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Confidentiality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consideration of my employment by [Company] (the Company), the compensation now and hereafter paid to me, and [other relevant consideration, if any (e.g., training, access to Company confidential information / customers, additional bonuses)], I, [employee name] (Employee), hereby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Recognition of the Company's Rights; Non-disclosure.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all times during my employment and for [time period] thereafter, I will hold in strictest confidence and will not disclose, use, lecture upon or publish any of the Company's Confidential and Proprietary Information (defined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herein), except as such disclosure, use or publication may be required in connection with my work for the Company, or unless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expressly authorizes such in writing. I will obtain the Company's written approval before publishing or submitting for publication any material (written, verbal, or otherwise) that incorporates any Confidential and Proprietary Information. I hereby assign to the Company any rights I may have or acquire in the Confidential and Proprietary Information and recognize that all Confidential and Proprietary Information shall be the sole property of the Company and its assigns unless otherwise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and Proprietary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term "Confidential and Proprietary Information" shall mean any and all knowledge, data or information relating to the Company's products, business or operations that is created or obtained by, or otherwise proprietary to, the Company, that the Company maintains as confidential, and that is not generally known or readily obtainable outside the Company, including, for purposes of illustration and not limitation, the business plans, financial records, strategies, customers, potential customers, customer retention and service strategies and plans, suppliers, prospective suppliers, vendors, licensees, licensors, products, product samples, costs, margins, procurement processes, sources, strategies, inventions, procedures, sales aids or literature, technical advice or knowledge, contractual agreements and preferences, pricing, price lists, product specifications, trade secrets, distribution methods, inventories, marketing strategies and interests, inventions, pending patent applications, formulae, algorithms, data, designs, formulations, methods, drawings, work sheets, blueprints, concepts, samples, inventions, manufacturing processes, computer programs and systems and know-how or other intellectual property, of the Company and its affiliates. All Confidential and Proprietary Information shall remain the sole and exclusive property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understand that the Company may receive from third parties confidential or proprietary information ("Third-Party Information")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on the Company's part to maintain the confidentiality of such information and to use it only for certain limited purposes. During the term of my employment and thereafter, I will hold Third-Party Information in the strictest confidence and will not disclose to anyone (other than Company personnel who need to know such information in connection with their work for the Company) or use, except in connection with my work for the Company, Third-Party Information unless expressly authorized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Improper Use of Information of Prior Employers and Others.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my employment by the Company I will not improperly use or disclose any confidential information or trade secrets, if any, of any former employer or any other person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and I will not bring onto the premises of the Company any unpublished documents or any property belonging to any former employer or any other person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unless consented to in writing by that former employer or person. I will use in the performance of my duties only information that is generally known and used by persons with training and experience comparable to my own, which is common knowledge in the industry or otherwise legally in the public domain, or which is otherwise provided or developed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Third-Party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hereby agree that (i) all Company Inventions (as defined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conceived, developed, or reduced to practice by me during my employment with the Company will be original works of authorship, invention, development, or discovery and will not incorporate or be based on any Third-Party Materials (as defined below) without the express prior written consent of the Company; (ii) if at any time I anticipate any Third-Party Materials may be contained in any Company Invention that I conceive, develop, or reduce to practice, I will promptly notify the Company in writing (and, in any case, reasonably in advance of delivering such Invention); and (iii) I will not incorporate any Third-Party Materials in any such Invention unless and until the Company has such legal rights and authority to use the Third-Party Materials as the Company may determine is necessary or appropriate, in its sole discretion. As used herein, "Third-Party Materials" means works, inventions, developments, discoveries, or information belonging to any person or entity other than the Company. I hereby grant to the Company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irrevocable, nonexclusive, worldwide, royalty-free license to use, reproduce and distribute copies of (internally and externally), prepare derivative works based upon, and otherwise commercially exploit any Third-Party Materials, to the fullest extent of my rights, title, or interest therein, which may be contained in any Company Invention developed by me.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Interference with NLRA or Reporting Rights.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not intended to interfere with or restrain employee communications regarding wages, hours, or other terms and conditions of employment or to otherwise interfere with any rights Employee has under the National Labor Relations Act. This Agreement does not prohibit Employee from reporting any allegations of unlawful conduct, including alleged criminal conduct or unlawful discrimination, harassment, or retaliation, to the government or from making other disclosures to the government that are protected under federal or state whistleblower provisions. This Agreement does not prohibit Employee from making truthful statements or disclosures about alleged unlawful discrimination, harassment, or retaliation.</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NOTICE is hereby given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employee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contractor or consultant) may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who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for retaliation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employer for reporting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may disclose the trade secret to the attorney of the individual and use the trade secret information in the court proceeding, if the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files any document containing the trade secret under seal; and (B) does not disclose the trade secret, except pursuant to court order.</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Legally Compelled Disclosure.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Nothing in this Agreement is intended to prohibit disclosure by Employee of information that is required to be disclosed pursuant to any applicable law, court order, subpoena, or written request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body or administrative or other agency. Employee agrees to notify the Company as promptly as reasonably practicable after Employee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any such disclosure of Confidential and Proprietary Information and agrees, upon request by the Company, to reasonably cooperate (at the Company's expense) with the Company's lawful efforts to challenge or limit such disclosure.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the Company would suffer irreparable harm if I fail to comply with this Agreement, and that the Company would be entitled to any appropriate relief, including equitable relief.</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without access to the Company's Confidential and Proprietary information, I would not receive such information from other sources.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acknowledge that I will return all of the Company's Confidential and Proprietary Information upon termination of employment (see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herein for more detail on the return of Company documents).</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I have received adequate consideration for signing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this Agreement is reasonable in scope and duration and the restrictions placed on me by the Company to protect its Confidential and Proprietary Information are reasonable.</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this agreement will not prevent me from finding future gainful employment in my chosen occupation.</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the Company expended substantial time, effort, and capital to develop, maintain, and safeguard its Confidential and Proprietary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the Company's Confidential and Proprietary Information is unique, private, valuable, and confidential, and I will be privy to such Confidential and Proprietary Information.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acknowledge the confidentiality covenants contained in this Agreement are independent of any other rights or responsibilities of the parties; thus, the confidentiality covenants will remain in effect even if either party breaches the other's rights or responsibilities or initiates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Proprietary Rights and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term "Invention" shall include anything that may be patentable or copyrightable as well as any discovery, development, design, formula, improvement, invention, original work of authorship, software program, process, technique, trade secret and any other form of information that derives independent economic value from not being generally known to the public, whether or not registrable or protectable. The term "Proprietary Rights" shall mean all trade secret, patent, copyright, mask work and other intellectual property rights throughout the world.</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Inventions, if any, patented or unpatented, that I made prior to the commencement of my employment with the Company are excluded from the scope of this Agreement. To preclude any possible uncertainty, I have set forth on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attached hereto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of all Inventions that (i) I have, alone or jointly with others, conceived, developed or reduced to practice or caused to be conceived, developed or reduced to practice prior to the commencement of my employment with the Company, (ii) I consider to be my property or the property of third parties, and (iii) I wish to have excluded from the scope of this Agreement ( referred to herein as "Prior Inventions"). If disclosure of any such Prior Invention would cause me to violate any prior confidentiality agreement, I understand that I am not to identify or describe such Prior Inventions in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but am only to disclose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cursory name for each such invention, the party(ies) to whom it belongs and my relationship to such party(ies). If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is left blank, I represent that there are no Prior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Sections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I hereby assign and agree to assign in the future (when any such Inventions are first reduced to practice or first fixed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tangible medium, as applicable) to the Company all my right, title and interest in and to any and all Inventions (and all Proprietary Rights with respect thereto) whether or not patentable or registrable under copyright or similar statutes, made or conceived or reduced to practice or learned by me, either alone or jointly with others, during the period of my employment with the Company. Inventions subject to assignment to the Company,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as directed by the Company pursuant to Section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are referred to in this Agreement as "Company Inventions." The Company will have the right to obtain and hold in its own name patents, copyrights, registrations and any other protection available with respect to such Inventions or Proprietary Rights as may be necessary or desirable to transfer, perfect and defend the Company's ownership therein. I hereby waive and quitclaim to the Company any and all claims, of any nature whatsoever, which I now or may hereafter have for infringement of any Proprietary Rights assigned hereunder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Non-assignable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does not apply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Invention that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non-assignable invention under the Illinois Patent Act, 765 ILCS 1060/2. I have reviewed the notification on Exhibit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(Limited Assignment Exclusion Notice) and agree that my signature acknowledges receipt of the notification.</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 to Keep the Company Informed of Employment and Post-employment Inventions.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the period of my employment and for [number] months after termination of my employment with the Company, unless prohibited by law, I will promptly disclose to the Company fully and in writing all Inventions authored, conceived or reduced to practice by me, either alone or jointly with others. In addition, I will promptly disclose to the Company all patent applications filed by me or on my behalf within one year after termination of employment. At the time of each such disclosure, I will advise the Company in writing of any Inventions that I believe are not subject to assignment under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and I will at that time provide to the Company in writing all evidence necessary to substantiate that belief; provided that I shall not be compelled to disclose confidential information or trade secrets of any third party to whom I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I will preserve the confidentiality of all Inventions that belong to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 or Third Party.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also agree to assign all my right, title and interest in and to any particular Company Invention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including without limitation the United States, as directed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Works Made for Hire.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acknowledge that all original works of authorship that are made by me (solely or jointly with others) within the scope of my employment and that are protectable by copyright are "works made for hire," pursuant to United States Copyright Act (17 U.S.C. § 101). Accordingly, all right, title, and interest in such works (including copyrights) will vest exclusively in the Company to the fullest extent provided under applicable law.</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 of Proprietary Rights; Employee Cooperation.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Both during and after my employment with the Company, I agree to assist the Company in every proper way to obtain and enforce United States and foreign Proprietary Rights relating to Company Inventions in any and all countries. To that end I will execute, verify and deliver such documents and perform such other acts (including appearances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as the Company may reasonably request for use in applying for, obtaining, perfecting, evidencing, sustaining and enforcing such Proprietary Rights and the assignment thereof, including without limitation execution, verification and delivery of assignments of applicable Proprietary Rights to the Company or its designee. The Company shall compensate Employee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rate for the time actually spent by Employee at the Company's request on such assistance provided after the termination of Employee's employment with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Company as Agent and Attorney in Fact.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the Company is unable for any reason, after reasonable effort, to secure my signature on any document needed in connection with the actions specified in Section </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I hereby irrevocably designate and appoint the Company and its duly authorized officers and agents as my agent and attorney in fact, which appointment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to act for and in my behalf to execute, verify and file any such documents and to do all other lawfully permitted acts to further the purposes thereof with the same legal force and effect as if executed by me.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agree to keep and maintain adequate and current records (in the form of notes, sketches, drawings and in any other form that may be required by the Company) of all Confidential and Proprietary Information developed by me and all Company Inventions made by me during the period of my employment at the Company Upon the Company's request, I agree to promptly prepare and deliver to the Company any memoranda in connection with any Confidential and Proprietary Information developed by me and/or Inventions made by me during the period of my employment with the Company. All such records and memoranda shall be available to the Company at all times and remain the sole property of the Company.</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CONFLICTING OBLIGATION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represent that my performance of all the terms of this Agreement and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the Company does not and will not breach any agreement to keep in confidence information acquired by me in confidence or in trust prior to my employment by the Company. I have not entered into, and I agree I will not enter into, any agreement either written or oral in conflict herewith.</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COMPANY DOCUMENTS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When I leave the employ of the Company, and at such other times as may be requested by the Company, I will deliver to the Company all Company property (including computers, phones, portable electronic storage devices, and other electronic devices) and any and all drawings, notes, memoranda, specifications, devices, formulas, and documents, together with all copies thereof, and any other material containing or disclosing any Company Inventions, Third-Party Information, or Confidential and Proprietary Information of the Company (and cooperate with the Company to ensure that no electronic copies thereof have been retained in or are retrievable from any personal property not belonging to the Company). I further agree that any property situated on the Company's premises and owned by the Company, including disks and other storage media, filing cabinets or other work areas, is subject to inspection by Company personnel at any time with or without notice. Prior to leaving, I will cooperate with the Company in completing and signing the Company's termination statement.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AND EQUITABLE REMEDIES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 hereby agree and acknowledge that any breach or threatened breach of this Agreement by me will result in irreparable harm to the Company for which there will be no adequate remedy at law. In such event, the Company shall be entitled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without bond and without proof of actual damages, preventing any further breach of and/or requiring specific performance under this Agreement by me, in addition to all other remedies available in law or at equity.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notices required or permitted hereunder shall be given to the appropriate party at the address specified below or at such other address as the party shall specify in writing. Such notice shall be deemed given upon personal delivery to the appropriate address or if sent by certified or registered mail, [number] days after the date of mailing.</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 OF NEW EMPLOYER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that I leave the employ of the Company, to the extent permitted by law, I hereby consent to the notification of my new employer of my rights and obligations under this Agreement and acknowledge that the Company may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redacted copy of this Agreement to my new employer.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Consent to Personal Jurisdiction.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will be governed by and construed according to the laws of [state]. I hereby expressly consent to the personal jurisdiction of the state and federal courts located in [county], [state] for any lawsuit filed there against me by the Company arising from or related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case any one or more of the provisions contained in this Agreement shall, for any reason, be held to be invalid, illegal or unenforceable in any respect, such invalidity, illegality or unenforceability shall not affect the other provisions of this Agreement, and this Agreement shall be construed as if such invalid, illegal or unenforceable provision had never been contained herein. If moreover, any one or more of the provisions contained in this Agreement shall for any reason be held to be excessively broad as to duration, geographical scope, activity or subject, it shall be construed by limiting and reducing it, so as to be enforceable to the extent compatible with the applicable law as it shall then appear.</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will be binding upon my heirs, executors, administrators and other legal representatives and will be for the benefit of the Company, its successors and its assigns.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provisions of this Agreement shall survive the termination of my employment, the termination of this Agreement, and the assignment of this Agreement by the Company to any successor in interest or other assignee.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At-will Employment.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 agree and understand that nothing in this Agreement shall confer any right with respect to the continuation of my employment by the Company, nor shall it interfere in any way with my right or the Company's right to terminate my employment at any time, with or without cause.</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waiver by the Company of any breach of this Agreement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preceding or succeeding breach. No waiver by the Company of any right under this Agreement shall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other right. The Company shall not be required to give notice to enforce strict adherence to all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is the final, complete and exclusive agreement of the parties with respect to the subject matter hereof and supersedes and merges all prior discussions between us. No modification of or amendment to this Agreement, nor any waiver of any rights under this Agreement, will be effective unless in writing and signed by the Party to be charged. Any subsequent change or changes in my duties, salary or compensation will not affect the validity or scope of this Agreement.</w:t>
      </w:r>
    </w:p>
    <w:p>
      <w:pP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effective as of the first day of my employment with the Company, namely: [date].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HAVE READ THIS AGREEMENT CAREFULLY AND UNDERSTAND ITS TERMS. I UNDERSTAND I HAVE THE RIGHT TO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AT MY EXPENSE TO REVIEW THIS AGREEMENT BEFORE ACCEPTING IT. I WAS NOT COERCED IN ANY MANNER TO SIGN THIS AGREEMENT. I HAVE COMPLETELY FILLED OUT EXHIBITS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TO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 Name of Employee</w:t>
      </w:r>
    </w:p>
    <w:p>
      <w:pPr>
        <w:keepNext w:val="0"/>
        <w:spacing w:before="200" w:after="0" w:line="260" w:lineRule="exact"/>
        <w:ind w:left="720" w:right="0" w:firstLine="0"/>
        <w:jc w:val="both"/>
      </w:pPr>
      <w:r>
        <w:rPr>
          <w:rFonts w:ascii="Times New Roman" w:hAnsi="Times New Roman" w:eastAsia="Times New Roman" w:cs="Times New Roman"/>
          <w:b w:val="0"/>
          <w:sz w:val="24"/>
        </w:rPr>
        <w:t>ACCEPTED AND AGREED TO:</w:t>
      </w:r>
    </w:p>
    <w:p>
      <w:pPr>
        <w:keepNext w:val="0"/>
        <w:spacing w:before="120" w:after="0" w:line="260" w:lineRule="exact"/>
        <w:ind w:left="720" w:right="0" w:firstLine="0"/>
        <w:jc w:val="left"/>
      </w:pPr>
      <w:r>
        <w:rPr>
          <w:rFonts w:ascii="Times New Roman" w:hAnsi="Times New Roman" w:eastAsia="Times New Roman" w:cs="Times New Roman"/>
          <w:b w:val="0"/>
          <w:sz w:val="24"/>
        </w:rPr>
        <w:t>[Company]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Authorized Officer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Printed Name</w:t>
      </w:r>
    </w:p>
    <w:p>
      <w:pPr>
        <w:keepNext w:val="0"/>
        <w:spacing w:before="120" w:after="0" w:line="260" w:lineRule="exact"/>
        <w:ind w:left="720" w:right="0" w:firstLine="0"/>
        <w:jc w:val="left"/>
      </w:pPr>
      <w:r>
        <w:rPr>
          <w:rFonts w:ascii="Times New Roman" w:hAnsi="Times New Roman" w:eastAsia="Times New Roman" w:cs="Times New Roman"/>
          <w:b w:val="0"/>
          <w:sz w:val="24"/>
        </w:rPr>
        <w:t>Its: 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of Authorized Officer</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Inventions.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TO: [Company]</w:t>
      </w:r>
    </w:p>
    <w:p>
      <w:pPr>
        <w:keepNext w:val="0"/>
        <w:spacing w:before="200" w:after="0" w:line="260" w:lineRule="exact"/>
        <w:ind w:left="720" w:right="0" w:firstLine="0"/>
        <w:jc w:val="both"/>
      </w:pPr>
      <w:r>
        <w:rPr>
          <w:rFonts w:ascii="Times New Roman" w:hAnsi="Times New Roman" w:eastAsia="Times New Roman" w:cs="Times New Roman"/>
          <w:b w:val="0"/>
          <w:sz w:val="24"/>
        </w:rPr>
        <w:t>FROM: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 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SUBJECT: Previous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listed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list and description of all Inventions (as defined in the Confidential and Proprietary information and Inventions Agreement to which this Exhibit is attached) that (i) I have, alone or jointly with others, conceived, developed, or reduced to practice or caused to be conceived, developed, or reduced to practice prior to the commencement of my employment with the Company, (ii) I consider to be my property or the property of third parties, and (iii) I wish to have excluded from the scope of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Check appropriate lines below:</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 No Inventions.</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 See description of Inventions below:</w:t>
      </w:r>
    </w:p>
    <w:p>
      <w:pPr>
        <w:keepNext w:val="0"/>
        <w:spacing w:before="200" w:after="0" w:line="260" w:lineRule="exact"/>
        <w:ind w:left="216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2160" w:right="0" w:firstLine="0"/>
        <w:jc w:val="both"/>
      </w:pPr>
      <w:r>
        <w:rPr>
          <w:rFonts w:ascii="Times New Roman" w:hAnsi="Times New Roman" w:eastAsia="Times New Roman" w:cs="Times New Roman"/>
          <w:b w:val="0"/>
          <w:sz w:val="24"/>
        </w:rPr>
        <w:t>___________________ See additional sheets attached with description of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confidentiality agreement, I cannot complete the disclosure above for the inventions listed below, identified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cursory name, the party(ies) to whom it belongs, and my relationship to such party(ies):</w:t>
      </w:r>
    </w:p>
    <w:p>
      <w:pPr>
        <w:keepNext w:val="0"/>
        <w:spacing w:before="200" w:after="0" w:line="260" w:lineRule="exact"/>
        <w:ind w:left="1080" w:right="0" w:firstLine="0"/>
        <w:jc w:val="both"/>
      </w:pPr>
      <w:r>
        <w:rPr>
          <w:rFonts w:ascii="Times New Roman" w:hAnsi="Times New Roman" w:eastAsia="Times New Roman" w:cs="Times New Roman"/>
          <w:b w:val="0"/>
          <w:sz w:val="24"/>
        </w:rPr>
        <w:t>______ See additional sheets attached.</w:t>
      </w:r>
    </w:p>
    <w:p>
      <w:pPr>
        <w:keepNext w:val="0"/>
        <w:spacing w:before="200" w:after="0" w:line="260" w:lineRule="exact"/>
        <w:ind w:left="720" w:right="0" w:firstLine="0"/>
        <w:jc w:val="both"/>
      </w:pPr>
      <w:r>
        <w:rPr>
          <w:rFonts w:ascii="Times New Roman" w:hAnsi="Times New Roman" w:eastAsia="Times New Roman" w:cs="Times New Roman"/>
          <w:b w:val="0"/>
          <w:sz w:val="24"/>
        </w:rPr>
        <w:t>If this Exhibit is left blank, I represent that there are no Prior Inventions.</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Employee Signature</w:t>
      </w:r>
    </w:p>
    <w:p>
      <w:pPr>
        <w:keepNext w:val="0"/>
        <w:spacing w:before="120" w:after="0" w:line="260" w:lineRule="exact"/>
        <w:ind w:left="360" w:right="0" w:firstLine="0"/>
        <w:jc w:val="left"/>
      </w:pPr>
      <w:r>
        <w:rPr>
          <w:rFonts w:ascii="Times New Roman" w:hAnsi="Times New Roman" w:eastAsia="Times New Roman" w:cs="Times New Roman"/>
          <w:b w:val="0"/>
          <w:sz w:val="24"/>
        </w:rPr>
        <w:t>Exhibit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Limited Assignment Exclusion Notice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IS TO NOTIFY THE EMPLOYEE in accordance with 765 ILCS 1060/2 and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of this Confidentiality Agreement that the foregoing Agreement between the Employee and the Company does not require the Employee to assign or offer to assign to the Company any invention that the Employee developed entirely on the Employee's own time without using the Company's equipment, supplies, facilities or trade secret information unless: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INVENTION RELATES TO THE COMPANY'S BUSINESS OR THE COMPANY'S ACTUAL OR DEMONSTRABLY ANTICIPATED RESEARCH OR DEVELOPMENT; OR</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INVENTION RESULTS FROM ANY WORK PERFORMED BY THE EMPLOYEE FOR THE COMPANY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the extent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provision in the foregoing Agreement purports to require the Employee to assign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invention otherwise excluded from the preceding paragraph, the provision is against the public policy of this state and is unenforceable.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limited exclusion does not apply to any patent or invention covered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between the Company and the United States or any of its agencies requiring full title to such patent or invention to be in the United States.</w:t>
      </w:r>
    </w:p>
    <w:p>
      <w:pPr>
        <w:keepNext w:val="0"/>
        <w:spacing w:before="200" w:after="0" w:line="260" w:lineRule="exact"/>
        <w:ind w:left="720" w:right="0" w:firstLine="0"/>
        <w:jc w:val="both"/>
      </w:pPr>
      <w:r>
        <w:rPr>
          <w:rFonts w:ascii="Times New Roman" w:hAnsi="Times New Roman" w:eastAsia="Times New Roman" w:cs="Times New Roman"/>
          <w:b/>
          <w:sz w:val="24"/>
        </w:rPr>
        <w:t>I ACKNOWLEDGE RECEIPT</w:t>
      </w:r>
      <w:r>
        <w:rPr>
          <w:rFonts w:ascii="Times New Roman" w:hAnsi="Times New Roman" w:eastAsia="Times New Roman" w:cs="Times New Roman"/>
          <w:b w:val="0"/>
          <w:sz w:val="24"/>
        </w:rPr>
        <w:t xml:space="preserv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notification.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__________________ </w:t>
      </w:r>
    </w:p>
    <w:p>
      <w:pPr>
        <w:keepNext w:val="0"/>
        <w:spacing w:before="60" w:after="0" w:line="260" w:lineRule="exact"/>
        <w:ind w:left="720" w:right="0" w:firstLine="0"/>
        <w:jc w:val="both"/>
      </w:pPr>
      <w:r>
        <w:rPr>
          <w:rFonts w:ascii="Times New Roman" w:hAnsi="Times New Roman" w:eastAsia="Times New Roman" w:cs="Times New Roman"/>
          <w:b w:val="0"/>
          <w:sz w:val="24"/>
        </w:rPr>
        <w:t>Signature of Employee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___________________ </w:t>
      </w:r>
    </w:p>
    <w:p>
      <w:pPr>
        <w:keepNext w:val="0"/>
        <w:spacing w:before="60" w:after="0" w:line="260" w:lineRule="exact"/>
        <w:ind w:left="720" w:right="0" w:firstLine="0"/>
        <w:jc w:val="both"/>
      </w:pPr>
      <w:r>
        <w:rPr>
          <w:rFonts w:ascii="Times New Roman" w:hAnsi="Times New Roman" w:eastAsia="Times New Roman" w:cs="Times New Roman"/>
          <w:b w:val="0"/>
          <w:sz w:val="24"/>
        </w:rPr>
        <w:t>Print Name of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WITNESSED BY: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_________________ </w:t>
      </w:r>
    </w:p>
    <w:p>
      <w:pPr>
        <w:keepNext w:val="0"/>
        <w:spacing w:before="60" w:after="0" w:line="260" w:lineRule="exact"/>
        <w:ind w:left="720" w:right="0" w:firstLine="0"/>
        <w:jc w:val="both"/>
      </w:pPr>
      <w:r>
        <w:rPr>
          <w:rFonts w:ascii="Times New Roman" w:hAnsi="Times New Roman" w:eastAsia="Times New Roman" w:cs="Times New Roman"/>
          <w:b w:val="0"/>
          <w:sz w:val="24"/>
        </w:rPr>
        <w:t>Signature of Witness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____________________ </w:t>
      </w:r>
    </w:p>
    <w:p>
      <w:pPr>
        <w:keepNext w:val="0"/>
        <w:spacing w:before="60" w:after="0" w:line="260" w:lineRule="exact"/>
        <w:ind w:left="720" w:right="0" w:firstLine="0"/>
        <w:jc w:val="both"/>
      </w:pPr>
      <w:r>
        <w:rPr>
          <w:rFonts w:ascii="Times New Roman" w:hAnsi="Times New Roman" w:eastAsia="Times New Roman" w:cs="Times New Roman"/>
          <w:b w:val="0"/>
          <w:sz w:val="24"/>
        </w:rPr>
        <w:t>Printed Name of Witness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