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[any other relevant consideration, if any (e.g., training, access to Company confidential information/customers,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during my employment and for [time period]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or unless and to the extent that the Company's Confidential and Proprietary Information becomes generally known to and available for use by the public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Employee's acts or omissions to act, or unless such information is required to be disclosed pursuant to any applicable law, court order or other governmental body or administrative or other agency.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such Confidential and Proprietary Information and recognize that all Confidential and Proprietary Information shall be the sole property of the Company and its assigns unless otherwise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herein, the term "Confidential and Proprietary Information" shall mean confidential information relating to the Company's products, business, and operations, including, but not limited to, the business plans, financial records, strategies, customers, potential customers, customer retention and service strategies and plans, suppliers, prospective suppliers, vendors, licensees, licensors, products, product samples, costs, margins, procurement processes, sources, strategies, inventions, procedures, sales aids or literature, technical advice or knowledge, contractual agreements and preferences, pricing, price lists, product specifications, trade secrets, distribution methods, inventories, marketing strategies and interests, inventions, pending patent applications, formulae, algorithms, data, designs, formulations, methods, drawings, work sheets, blueprints, concepts, samples, inventions, manufacturing processes, computer programs and systems and know-how or other intellectual property, of the Company and its affiliates. All Confidential and Proprietary Information shall remain the sole and exclusive property of the Company. Confidential Information also includes any information described above that the Company obtains from its clients or any other third party and that the Company treats as confidential, whether or not owned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in addition, that the Company has received and in the future will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is hereby given that this agreement does not affect any immunity under 18 U.S.C. §§ 1833(b)(1) or (2). For the purposes of these subsections only, which are reproduced below, individuals performing work as contractors or consultants are considered to be employees.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shall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 Further, Employee understands that in the event that disclosure of the Company's trade secrets was not done in good faith pursuant to the above, Employee will be subject to substantial damages, including punitive damages and attorney's fees.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(Previous Inventions)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have, alone or jointly with others, conceived, developed or reduced to practice or caused to be conceived, developed or reduced to practice prior to the commencement of my employment with the Company, that I consider to be my property or the property of third parties and that I wish to have excluded from the scope of this Agreement (collectively referred to as "Prior Inventions"). If disclosure of any such Prior Invention would cause me to violate any prior confidentiality agreement, I understand that I am not to list such Prior Inventions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listing of the party(ies) to whom it belongs and the fact that full disclosure as to such inventions has not been made for that reason.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space is provided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for such purpose. If no such disclosure is attached, I represent that there are no Prior Inventions. Notwithstanding the foregoing, I agree that I will not incorporate, or permit to be incorporated, Prior Inventions in any Company Inventions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without the Company's prior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Sections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I hereby assign and agree to assign in the future (when any such Inventions or Proprietary Rights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assigned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herein, are hereinafter referred to as "Company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Non-assignable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does not apply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that is wholly unrelated to my employment with the Company and as such, is not being transferred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period of my employment and for [number] months after termination of my employment with the Company, unless otherwise provided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fully qualify for protection under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I will at that time provide to the Company in writing all evidence necessary to substantiate that belief. The Company will keep in confidence and will not use for any purpose or disclose to third parties without my prior written consent any confidential information disclosed in writing to the Company pursuant to this Agreement relating to Inventions that qualify fully for protection under the provisions of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I will preserve the confidentiality of any Invention that does not fully qualify for protection under Section </w:t>
      </w:r>
      <w:r>
        <w:rPr>
          <w:rFonts w:ascii="Times New Roman" w:hAnsi="Times New Roman" w:eastAsia="Times New Roman" w:cs="Times New Roman"/>
          <w:b w:val="0"/>
          <w:sz w:val="24"/>
        </w:rPr>
        <w:t>(d)</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for Hire.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that all original works of authorship that are made by me (solely or jointly with others) within the scope of my employment and that are protectable by copyright are "works made for hire," pursuant to United States Copyright Act (17 U.S.C. § 101).</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will assist the Company in every proper way to obtain, and from time to time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 addition, I will execute, verify and deliver assignments of such Proprietary Rights to the Company or its designee. My obligation to assist the Company with respect to Proprietary Rights relating to such Company Inventions in any and all countries shall continue beyond the termination of my employment, but the Company shall compensate me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after my termination for the time actually spent by me at the Company's request on such assistance. In the event the Company is unable for any reason, after reasonable effort, to secure my signature on any document needed in connection with the actions specified in the preceding paragraph,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of the preceding paragraph with the same legal force and effect as if executed by me.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which records shall be available to and remain the sole property of the Company at all times.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 I leave the employ of the Company, I will deliver to the Company any and all drawings, notes, memoranda, specifications, devices, formulas, and documents, together with all copies thereof, and any other material containing or disclosing any Company Inventions, Third Party Information, or Confidential and Proprietary Information of the Company. I further agree that any property situated on the Company's premises and owned by the Company, including disks and other storage media, filing cabinets or other work areas, is subject to inspection by the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Because my services are personal and unique and because I may have access to and become acquainted with the Confidential and Proprietary Information of the Company, to the extent permitted by law, the Company shall have the right to enforce this Agreement and any of its provisions by injunction, specific performance or other equitable relief, without bond and without prejudice to any other rights and remedies that the Company may have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I leave the employ of the Company, to the extent permitted by law, I hereby consent to the notification of my new employer of my rights and obligations under this Agreement, and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dispute arising under this Agreement will be governed by the law of Maryland and will be litigated in the appropriate state or federal court located in [city], Maryland. Employee hereby submits to the jurisdiction of such courts in the event of any such dispute.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pursuant to Sections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Agreement shall apply to any time during which I was previously employed, or am in the future employed, by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if no other agreement governs non-disclosure and assignment of inventions during such period. 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 I HAVE COMPLETELY FILLED OUT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TO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Its: 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exhibit, below,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or improvements relevant to the subject matter of my employment by [Company] (the Company) that have been made or conceived or first reduced to practice by me alone or jointly with others prior to my engagement by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No inventions or improvements.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description of inventions or improvements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additional sheets attached with description of inventions or improvements below.</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confidentiality agreement, I cannot complete the disclosure under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above, with respect to inventions or improvements generally listed below, the proprietary rights and duty of confidentiality with respect to which I owe to the following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______ See additional sheets attached.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