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Confidentiality Agreement </w:t>
      </w:r>
    </w:p>
    <w:p>
      <w:pPr>
        <w:keepNext w:val="0"/>
        <w:spacing w:after="0" w:line="240" w:lineRule="exact"/>
        <w:ind w:right="0"/>
        <w:jc w:val="both"/>
      </w:pPr>
    </w:p>
    <w:p>
      <w:pPr>
        <w:keepNext w:val="0"/>
        <w:spacing w:after="0" w:line="300" w:lineRule="exact"/>
        <w:ind w:left="0" w:right="0" w:firstLine="0"/>
        <w:jc w:val="left"/>
      </w:pPr>
      <w:r>
        <w:rPr>
          <w:rFonts w:ascii="Times New Roman" w:hAnsi="Times New Roman" w:eastAsia="Times New Roman" w:cs="Times New Roman"/>
          <w:b/>
          <w:sz w:val="24"/>
        </w:rPr>
        <w:t>Table of Contents</w:t>
      </w:r>
    </w:p>
    <w:p>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Confidentiality Agreement</w:t>
      </w:r>
    </w:p>
    <w:p>
      <w:pPr>
        <w:keepNext w:val="0"/>
        <w:spacing w:before="200" w:after="0" w:line="260" w:lineRule="exact"/>
        <w:ind w:left="720" w:right="0" w:firstLine="0"/>
        <w:jc w:val="both"/>
      </w:pPr>
      <w:r>
        <w:rPr>
          <w:rFonts w:ascii="Times New Roman" w:hAnsi="Times New Roman" w:eastAsia="Times New Roman" w:cs="Times New Roman"/>
          <w:b w:val="0"/>
          <w:sz w:val="24"/>
        </w:rPr>
        <w:t>In consideration of my employment by [Company] (the Company), the compensation now and hereafter paid to me, and [other relevant consideration, if any (e.g., training, access to Company confidential information / customers, additional bonuses)], I, [employee name] (Employee), hereby agree as follows:</w:t>
      </w:r>
    </w:p>
    <w:p>
      <w:pPr>
        <w:keepNext w:val="0"/>
        <w:spacing w:before="120" w:after="0" w:line="260" w:lineRule="exact"/>
        <w:ind w:left="1080" w:right="0" w:firstLine="0"/>
        <w:jc w:val="left"/>
      </w:pPr>
      <w:r>
        <w:rPr>
          <w:rFonts w:ascii="Times New Roman" w:hAnsi="Times New Roman" w:eastAsia="Times New Roman" w:cs="Times New Roman"/>
          <w:b w:val="0"/>
          <w:sz w:val="24"/>
        </w:rPr>
        <w:t>ARTICLE 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NON-DISCLOSURE</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1.1.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Recognition of the Company's Rights; Non-disclosure.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At all times during my employment with the Company and for [period of time OR "all times"] thereafter, I will hold in strictest confidence and will not disclose, use, lecture upon or publish any of the Company's Confidential and Proprietary Information (defined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herein), except as such disclosure, use or publication may be required in connection with my work for the Company, or unless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expressly authorizes such in writing. I will obtain the Company's written approval before publishing or submitting for publication any material (written, verbal, or otherwise) that relates to my work at the Company and/or incorporates any Confidential and Proprietary Information. I hereby assign to the Company any rights I may have or acquire in the Confidential and Proprietary Information and recognize that all Confidential and Proprietary Information shall be the sole property of the Company and its assigns.</w:t>
      </w:r>
    </w:p>
    <w:p>
      <w:pPr>
        <w:keepNext w:val="0"/>
        <w:spacing w:before="120" w:after="0" w:line="260" w:lineRule="exact"/>
        <w:ind w:left="1440" w:right="0" w:firstLine="0"/>
        <w:jc w:val="left"/>
      </w:pPr>
      <w:r>
        <w:rPr>
          <w:rFonts w:ascii="Times New Roman" w:hAnsi="Times New Roman" w:eastAsia="Times New Roman" w:cs="Times New Roman"/>
          <w:b w:val="0"/>
          <w:sz w:val="24"/>
        </w:rPr>
        <w:t>1.2.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Confidential and Proprietary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"Confidential and Proprietary Information" shall mean any and all knowledge, data or information relating to the Company's products, business or operations that is created or obtained by, or otherwise proprietary to, the Company, that the Company maintains as confidential, and that is not generally known or readily obtainable outside the Company, including, for purposes of illustration and not limitation, the business plans, financial records, strategies, customers, potential customers, customer retention and service strategies and plans, suppliers, prospective suppliers, vendors, licensees, licensors, products, product samples, costs, margins, procurement processes, sources, strategies, inventions, procedures, sales aids or literature, technical advice or knowledge, contractual agreements and preferences, pricing, price lists, product specifications, trade secrets, distribution methods, inventories, marketing strategies and interests, inventions, pending patent applications, formulae, algorithms, data, designs, formulations, methods, drawings, work sheets, blueprints, concepts, samples, inventions, manufacturing processes, computer programs and systems and know-how or other intellectual property, of the Company and its affiliates. All Confidential and Proprietary Information shall remain the sole and exclusive property of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Third-Party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understand that the Company may receive from third parties confidential or proprietary information ("Third-Party Information") subject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duty on the Company's part to maintain the confidentiality of such information and to use it only for certain limited purposes. During the term of my employment and thereafter, I will hold Third-Party Information in the strictest confidence and will not disclose to anyone (other than Company personnel who need to know such information in connection with their work for the Company) or use, except in connection with my work for the Company, Third-Party Information unless expressly authorized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officer of the Company in writing.</w:t>
      </w:r>
    </w:p>
    <w:p>
      <w:pPr>
        <w:keepNext w:val="0"/>
        <w:spacing w:before="120" w:after="0" w:line="260" w:lineRule="exact"/>
        <w:ind w:left="1440" w:right="0" w:firstLine="0"/>
        <w:jc w:val="left"/>
      </w:pPr>
      <w:r>
        <w:rPr>
          <w:rFonts w:ascii="Times New Roman" w:hAnsi="Times New Roman" w:eastAsia="Times New Roman" w:cs="Times New Roman"/>
          <w:b w:val="0"/>
          <w:sz w:val="24"/>
        </w:rPr>
        <w:t>1.4.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Improper Use of Information of Prior Employers and Others.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my employment by the Company I will not improperly use or disclose any confidential information or trade secrets, if any, of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and I will not bring onto the premises of the Company any unpublished documents or any property belonging to any former employer or any other person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unless consented to in writing by that former employer or person. I will use in the performance of my duties only information that is generally known and used by persons with training and experience comparable to my own, which is common knowledge in the industry or otherwise legally in the public domain, or which is otherwise provided or developed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1.5.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Use of Third-Party Information.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agree that (i) all Company Inventions (as defined in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conceived, developed, or reduced to practice by me during my employment with the Company will be original works of authorship, invention, development, or discovery and will not incorporate or be based on any Third-Party Materials (as defined below) without the express prior written consent of the Company; (ii) if at any time I anticipate any Third-Party Materials may be contained in any Company Invention that I conceive, develop, or reduce to practice, I will promptly notify the Company in writing (and, in any case, reasonably in advance of delivering such Invention); and (iii) I will not incorporate any Third-Party Materials in any such Invention unless and until the Company has such legal rights and authority to use the Third-Party Materials as the Company may determine is necessary or appropriate, in its sole discretion. As used herein, "Third-Party Materials" means works, inventions, developments, discoveries, or information belonging to any person or entity other than the Company. I hereby grant to the Company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irrevocable, nonexclusive, worldwide, royalty-free license to use, reproduce and distribute copies of (internally and externally), prepare derivative works based upon, and otherwise commercially exploit any Third-Party Materials, to the fullest extent of my rights, title, or interest therein, which may be contained in any Company Invention developed by me.</w:t>
      </w:r>
    </w:p>
    <w:p>
      <w:pPr>
        <w:keepNext w:val="0"/>
        <w:spacing w:before="120" w:after="0" w:line="260" w:lineRule="exact"/>
        <w:ind w:left="1440" w:right="0" w:firstLine="0"/>
        <w:jc w:val="left"/>
      </w:pPr>
      <w:r>
        <w:rPr>
          <w:rFonts w:ascii="Times New Roman" w:hAnsi="Times New Roman" w:eastAsia="Times New Roman" w:cs="Times New Roman"/>
          <w:b w:val="0"/>
          <w:sz w:val="24"/>
        </w:rPr>
        <w:t>1.6.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Interference with NLRA or Reporting Rights.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not intended to interfere with or restrain employee communications regarding wages, hours, or other terms and conditions of employment or to otherwise interfere with any rights Employee has under the National Labor Relations Act. This Agreement does not prohibit Employee from reporting possible legal violations to the government or from making other disclosures to the government that are protected under federal or state whistleblower provisions.</w:t>
      </w:r>
    </w:p>
    <w:p>
      <w:pPr>
        <w:keepNext w:val="0"/>
        <w:spacing w:before="120" w:after="0" w:line="260" w:lineRule="exact"/>
        <w:ind w:left="1440" w:right="0" w:firstLine="0"/>
        <w:jc w:val="left"/>
      </w:pPr>
      <w:r>
        <w:rPr>
          <w:rFonts w:ascii="Times New Roman" w:hAnsi="Times New Roman" w:eastAsia="Times New Roman" w:cs="Times New Roman"/>
          <w:b w:val="0"/>
          <w:sz w:val="24"/>
        </w:rPr>
        <w:t>1.7.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Defend Trade Secrets 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NOTICE is hereby given that:</w:t>
      </w:r>
    </w:p>
    <w:p>
      <w:pPr>
        <w:keepNext w:val="0"/>
        <w:spacing w:before="120" w:after="0" w:line="260" w:lineRule="exact"/>
        <w:ind w:left="180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employee (including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contractor or consultant) may not be held criminally or civilly liable under any Federal or State trade secret law for the disclosure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trade secret that: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is made (i) in confidence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State, or local government official, either directly or indirectly, or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and (ii) solely for the purpose of reporting or investigating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or (B) is made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complaint or other document filed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or other proceeding, if such filing is made under seal.</w:t>
      </w:r>
    </w:p>
    <w:p>
      <w:pPr>
        <w:keepNext w:val="0"/>
        <w:spacing w:before="120" w:after="0" w:line="260" w:lineRule="exact"/>
        <w:ind w:left="1800" w:right="0" w:firstLine="0"/>
        <w:jc w:val="left"/>
      </w:pPr>
      <w:r>
        <w:rPr>
          <w:rFonts w:ascii="Times New Roman" w:hAnsi="Times New Roman" w:eastAsia="Times New Roman" w:cs="Times New Roman"/>
          <w:b w:val="0"/>
          <w:sz w:val="24"/>
        </w:rPr>
        <w:t>(b)</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individual who files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lawsuit for retaliation by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employer for reporting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suspected violation of law may disclose the trade secret to the attorney of the individual and use the trade secret information in the court proceeding, if the individual (</w:t>
      </w:r>
      <w:r>
        <w:rPr>
          <w:rFonts w:ascii="Times New Roman" w:hAnsi="Times New Roman" w:eastAsia="Times New Roman" w:cs="Times New Roman"/>
          <w:b/>
          <w:sz w:val="24"/>
        </w:rPr>
        <w:t>A</w:t>
      </w:r>
      <w:r>
        <w:rPr>
          <w:rFonts w:ascii="Times New Roman" w:hAnsi="Times New Roman" w:eastAsia="Times New Roman" w:cs="Times New Roman"/>
          <w:b w:val="0"/>
          <w:sz w:val="24"/>
        </w:rPr>
        <w:t>) files any document containing the trade secret under seal; and (B) does not disclose the trade secret, except pursuant to court order.</w:t>
      </w:r>
    </w:p>
    <w:p>
      <w:pPr>
        <w:keepNext w:val="0"/>
        <w:spacing w:before="120" w:after="0" w:line="260" w:lineRule="exact"/>
        <w:ind w:left="1440" w:right="0" w:firstLine="0"/>
        <w:jc w:val="left"/>
      </w:pPr>
      <w:r>
        <w:rPr>
          <w:rFonts w:ascii="Times New Roman" w:hAnsi="Times New Roman" w:eastAsia="Times New Roman" w:cs="Times New Roman"/>
          <w:b w:val="0"/>
          <w:sz w:val="24"/>
        </w:rPr>
        <w:t>1.8.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Legally Compelled Disclosure.</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Nothing in this Agreement is intended to prohibit disclosure by Employee of information that is required to be disclosed pursuant to any applicable law, court order or other governmental body or administrative or other agency. Employee agrees to notify the Company as promptly as reasonably practicable after Employee receives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request for any such disclosure of Confidential and Proprietary Information and agrees, upon request by the Company, to reasonably cooperate (at the Company's expense) with the Company's lawful efforts to challenge or limit such disclosure.</w:t>
      </w:r>
    </w:p>
    <w:p>
      <w:pPr>
        <w:keepNext w:val="0"/>
        <w:spacing w:before="120" w:after="0" w:line="260" w:lineRule="exact"/>
        <w:ind w:left="1440" w:right="0" w:firstLine="0"/>
        <w:jc w:val="left"/>
      </w:pPr>
      <w:r>
        <w:rPr>
          <w:rFonts w:ascii="Times New Roman" w:hAnsi="Times New Roman" w:eastAsia="Times New Roman" w:cs="Times New Roman"/>
          <w:b w:val="0"/>
          <w:sz w:val="24"/>
        </w:rPr>
        <w:t>1.9.</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Acknowledgments.</w:t>
      </w:r>
      <w:r>
        <w:rPr>
          <w:rFonts w:ascii="Times New Roman" w:hAnsi="Times New Roman" w:eastAsia="Times New Roman" w:cs="Times New Roman"/>
          <w:b w:val="0"/>
          <w:sz w:val="24"/>
        </w:rPr>
        <w:t xml:space="preserve"> </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the Company would suffer irreparable harm if I fail to comply with this Agreement, and that the Company would be entitled to any appropriate relief, including equitable relief.</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without access to the Company's Confidential and Proprietary information, I would not receive such information from other sources.</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acknowledge that I will return all of the Company's Confidential and Proprietary Information upon termination of employment (see Section </w:t>
      </w:r>
      <w:r>
        <w:rPr>
          <w:rFonts w:ascii="Times New Roman" w:hAnsi="Times New Roman" w:eastAsia="Times New Roman" w:cs="Times New Roman"/>
          <w:b w:val="0"/>
          <w:sz w:val="24"/>
        </w:rPr>
        <w:t>V.</w:t>
      </w:r>
      <w:r>
        <w:rPr>
          <w:rFonts w:ascii="Times New Roman" w:hAnsi="Times New Roman" w:eastAsia="Times New Roman" w:cs="Times New Roman"/>
          <w:b w:val="0"/>
          <w:sz w:val="24"/>
        </w:rPr>
        <w:t xml:space="preserve"> herein for more detail on the return of Company documents).</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I have received adequate consideration for signing this Agreement.</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this Agreement is reasonable in scope and duration and the restrictions placed on me by the Company to protect its Confidential and Proprietary Information are reasonable.</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that this agreement will not prevent me from finding future gainful employment in my chosen occupation.</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the Company expended substantial time, effort, and capital to develop, maintain, and safeguard its Confidential and Proprietary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I acknowledge the Company's Confidential and Proprietary Information is unique, private, valuable, and confidential, and I will be privy to such Confidential and Proprietary Information.</w:t>
      </w:r>
    </w:p>
    <w:p>
      <w:pPr>
        <w:keepNext w:val="0"/>
        <w:spacing w:before="200" w:after="0" w:line="260" w:lineRule="exact"/>
        <w:ind w:left="1800" w:right="0" w:firstLine="0"/>
        <w:jc w:val="both"/>
      </w:pPr>
      <w:r>
        <w:rPr>
          <w:rFonts w:ascii="Times New Roman" w:hAnsi="Times New Roman" w:eastAsia="Times New Roman" w:cs="Times New Roman"/>
          <w:b w:val="0"/>
          <w:sz w:val="24"/>
        </w:rPr>
        <w:t xml:space="preserve">I acknowledge the confidentiality covenants contained in this Agreement are independent of any other rights or responsibilities of the parties; thus, the confidentiality covenants will remain in effect even if either party breaches the other's rights or responsibilities or initiates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claim.</w:t>
      </w:r>
    </w:p>
    <w:p>
      <w:pPr>
        <w:keepNext w:val="0"/>
        <w:spacing w:before="120" w:after="0" w:line="260" w:lineRule="exact"/>
        <w:ind w:left="1080" w:right="0" w:firstLine="0"/>
        <w:jc w:val="left"/>
      </w:pPr>
      <w:r>
        <w:rPr>
          <w:rFonts w:ascii="Times New Roman" w:hAnsi="Times New Roman" w:eastAsia="Times New Roman" w:cs="Times New Roman"/>
          <w:b w:val="0"/>
          <w:sz w:val="24"/>
        </w:rPr>
        <w:t>ARTICLE 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2.1.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Proprietary Rights and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term "Invention" shall include anything that may be patentable or copyrightable as well as any discovery, development, design, formula, improvement, invention, original work of authorship, software program, process, technique, trade secret and any other form of information that derives independent economic value from not being generally known to the public, whether or not registrable or protectable. The term "Proprietary Rights" shall mean all trade secret, patent, copyright, mask work and other intellectual property rights throughout the world.</w:t>
      </w:r>
    </w:p>
    <w:p>
      <w:pPr>
        <w:keepNext w:val="0"/>
        <w:spacing w:before="120" w:after="0" w:line="260" w:lineRule="exact"/>
        <w:ind w:left="1440" w:right="0" w:firstLine="0"/>
        <w:jc w:val="left"/>
      </w:pPr>
      <w:r>
        <w:rPr>
          <w:rFonts w:ascii="Times New Roman" w:hAnsi="Times New Roman" w:eastAsia="Times New Roman" w:cs="Times New Roman"/>
          <w:b w:val="0"/>
          <w:sz w:val="24"/>
        </w:rPr>
        <w:t>2.2.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Prior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Inventions, if any, patented or unpatented, that I made prior to the commencement of my employment with the Company are excluded from the scope of this Agreement. To preclude any possible uncertainty, I have set forth on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attached hereto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of all Inventions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 (referred to herein as "Prior Inventions"). If disclosure of any such Prior Invention would cause me to violate any prior confidentiality agreement, I understand that I am not to identify or describe such Prior Inventions in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but am only to disclose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cursory name for each such invention,  the party(ies) to whom it belongs and my relationship to such party(ies).  If Exhibit </w:t>
      </w:r>
      <w:r>
        <w:rPr>
          <w:rFonts w:ascii="Times New Roman" w:hAnsi="Times New Roman" w:eastAsia="Times New Roman" w:cs="Times New Roman"/>
          <w:b w:val="0"/>
          <w:sz w:val="24"/>
        </w:rPr>
        <w:t>1.</w:t>
      </w:r>
      <w:r>
        <w:rPr>
          <w:rFonts w:ascii="Times New Roman" w:hAnsi="Times New Roman" w:eastAsia="Times New Roman" w:cs="Times New Roman"/>
          <w:b w:val="0"/>
          <w:sz w:val="24"/>
        </w:rPr>
        <w:t xml:space="preserve"> is left blank,  I represent that there are no Prior Inventions.</w:t>
      </w:r>
    </w:p>
    <w:p>
      <w:pPr>
        <w:keepNext w:val="0"/>
        <w:spacing w:before="120" w:after="0" w:line="260" w:lineRule="exact"/>
        <w:ind w:left="1440" w:right="0" w:firstLine="0"/>
        <w:jc w:val="left"/>
      </w:pP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Assignment of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Subject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herein, I hereby assign and agree to assign in the future (when any such Inventions  are first reduced to practice or first fixed in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tangible medium, as applicable) to the Company all my right, title and interest in and to any and all Inventions (and all Proprietary Rights with respect thereto) whether or not patentable or registrable under copyright or similar statutes, made or conceived or reduced to practice or learned by me, either alone or jointly with others, during the period of my employment with the Company. Inventions subject to assignment to the Company, or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as directed by the Company pursuant to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herein, are  referred to in this Agreement as "Company Inventions." The Company will have the right to obtain and hold in its own name patents, copyrights, registrations and any other protection available with respect to such Inventions or Proprietary Rights as may be necessary or desirable to transfer, perfect and defend the Company's ownership therein. I hereby waive and quitclaim to the Company any and all claims, of any nature whatsoever, which I now or may hereafter have for infringement of any Proprietary Rights assigned hereunder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Obligation to Keep the Company Informed of Employment and Post-employment Inventions.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During the period of my employment and for [number] months after termination of my employment with the Company, unless prohibited by law, I will promptly disclose to the Company fully and in writing all Inventions authored, conceived or reduced to practice by me, either alone or jointly with others. In addition, I will promptly disclose to the Company all patent applications filed by me or on my behalf within one year after termination of employment. At the time of each such disclosure, I will advise the Company in writing of any Inventions that I believe are not subject to assignment under Section </w:t>
      </w:r>
      <w:r>
        <w:rPr>
          <w:rFonts w:ascii="Times New Roman" w:hAnsi="Times New Roman" w:eastAsia="Times New Roman" w:cs="Times New Roman"/>
          <w:b w:val="0"/>
          <w:sz w:val="24"/>
        </w:rPr>
        <w:t>2.3.</w:t>
      </w:r>
      <w:r>
        <w:rPr>
          <w:rFonts w:ascii="Times New Roman" w:hAnsi="Times New Roman" w:eastAsia="Times New Roman" w:cs="Times New Roman"/>
          <w:b w:val="0"/>
          <w:sz w:val="24"/>
        </w:rPr>
        <w:t xml:space="preserve"> or Section </w:t>
      </w: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and I will at that time provide to the Company in writing all evidence necessary to substantiate that belief; provided that I shall not be compelled to disclose confidential information or trade secrets of any third party to whom I have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obligation of confidentiality. I will preserve the confidentiality of all Inventions that belong to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Government or Third Party.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also agree to assign all my right, title and interest in and to any particular Company Invention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third party, including without limitation the United States, as directed by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Works Made for Hire.</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acknowledge that all original works of authorship that are made by me (solely or jointly with others) within the scope of my employment and that are protectable by copyright are "works made for hire," pursuant to United States Copyright Act (17 U.S.C. § 101). Accordingly, all right, title, and interest in such works (including copyrights) will vest exclusively in the Company to the fullest extent provided under applicable law.</w:t>
      </w:r>
    </w:p>
    <w:p>
      <w:pPr>
        <w:keepNext w:val="0"/>
        <w:spacing w:before="120" w:after="0" w:line="260" w:lineRule="exact"/>
        <w:ind w:left="1440" w:right="0" w:firstLine="0"/>
        <w:jc w:val="left"/>
      </w:pP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Enforcement of Proprietary Rights; Employee Cooperation.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Both during and after my employment with the Company, I agree to assist the Company in every proper way to obtain and  enforce United States and foreign Proprietary Rights relating to Company Inventions in any and all countries. To that end I will execute, verify and deliver such documents and perform such other acts (including appearances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witness) as the Company may reasonably request for use in applying for, obtaining, perfecting, evidencing, sustaining and enforcing such Proprietary Rights and the assignment thereof, including without limitation execution, verification  and delivery of assignments of applicable Proprietary Rights to the Company or its designee. The Company shall compensate Employee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reasonable rate for the time actually spent by Employee at the Company's request on such assistance provided after the termination of Employee's employment with the Company.</w:t>
      </w:r>
    </w:p>
    <w:p>
      <w:pPr>
        <w:keepNext w:val="0"/>
        <w:spacing w:before="120" w:after="0" w:line="260" w:lineRule="exact"/>
        <w:ind w:left="1440" w:right="0" w:firstLine="0"/>
        <w:jc w:val="left"/>
      </w:pPr>
      <w:r>
        <w:rPr>
          <w:rFonts w:ascii="Times New Roman" w:hAnsi="Times New Roman" w:eastAsia="Times New Roman" w:cs="Times New Roman"/>
          <w:b w:val="0"/>
          <w:sz w:val="24"/>
        </w:rPr>
        <w:t>2.8.</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Appointment of Company as Agent and Attorney in Fact.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the Company is unable for any reason, after reasonable effort, to secure my signature on any document needed in connection with the actions specified in Section </w:t>
      </w:r>
      <w:r>
        <w:rPr>
          <w:rFonts w:ascii="Times New Roman" w:hAnsi="Times New Roman" w:eastAsia="Times New Roman" w:cs="Times New Roman"/>
          <w:b w:val="0"/>
          <w:sz w:val="24"/>
        </w:rPr>
        <w:t>2.7.</w:t>
      </w:r>
      <w:r>
        <w:rPr>
          <w:rFonts w:ascii="Times New Roman" w:hAnsi="Times New Roman" w:eastAsia="Times New Roman" w:cs="Times New Roman"/>
          <w:b w:val="0"/>
          <w:sz w:val="24"/>
        </w:rPr>
        <w:t xml:space="preserve">, I hereby irrevocably designate and appoint the Company and its duly authorized officers and agents as my agent and attorney in fact, which appointment is coupled with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interest, to act for and in my behalf to execute, verify and file any such documents and to do all other lawfully permitted acts to further the purposes thereof with the same legal force and effect as if executed by me.</w:t>
      </w:r>
    </w:p>
    <w:p>
      <w:pPr>
        <w:keepNext w:val="0"/>
        <w:spacing w:before="120" w:after="0" w:line="260" w:lineRule="exact"/>
        <w:ind w:left="1080" w:right="0" w:firstLine="0"/>
        <w:jc w:val="left"/>
      </w:pPr>
      <w:r>
        <w:rPr>
          <w:rFonts w:ascii="Times New Roman" w:hAnsi="Times New Roman" w:eastAsia="Times New Roman" w:cs="Times New Roman"/>
          <w:b w:val="0"/>
          <w:sz w:val="24"/>
        </w:rPr>
        <w:t>ARTICLE 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RECORDS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agree to keep and maintain adequate and current records (in the form of notes, sketches, drawings and in any other form that may be required by the Company) of all Confidential and Proprietary Information developed by me and all Company Inventions made by me during the period of my employment at the Company. Upon the Company's request, I agree to promptly prepare and deliver to the Company any memoranda in connection with any Confidential and Proprietary Information developed by me and/or Inventions made by me during the period of my employment with the Company. All such records and memoranda shall be available to the Company at all times and remain the sole property of the Company.</w:t>
      </w:r>
    </w:p>
    <w:p>
      <w:pPr>
        <w:keepNext w:val="0"/>
        <w:spacing w:before="120" w:after="0" w:line="260" w:lineRule="exact"/>
        <w:ind w:left="1080" w:right="0" w:firstLine="0"/>
        <w:jc w:val="left"/>
      </w:pPr>
      <w:r>
        <w:rPr>
          <w:rFonts w:ascii="Times New Roman" w:hAnsi="Times New Roman" w:eastAsia="Times New Roman" w:cs="Times New Roman"/>
          <w:b w:val="0"/>
          <w:sz w:val="24"/>
        </w:rPr>
        <w:t>ARTICLE IV.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 CONFLICTING OBLIGATION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represent that my performance of all the terms of this Agreement and as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of the Company does not and will not breach any agreement to keep in confidence information acquired by me in confidence or in trust prior to my employment by the Company. I have not entered into, and I agree I will not enter into, any agreement either written or oral in conflict herewith.</w:t>
      </w:r>
    </w:p>
    <w:p>
      <w:pPr>
        <w:keepNext w:val="0"/>
        <w:spacing w:before="120" w:after="0" w:line="260" w:lineRule="exact"/>
        <w:ind w:left="1080" w:right="0" w:firstLine="0"/>
        <w:jc w:val="left"/>
      </w:pPr>
      <w:r>
        <w:rPr>
          <w:rFonts w:ascii="Times New Roman" w:hAnsi="Times New Roman" w:eastAsia="Times New Roman" w:cs="Times New Roman"/>
          <w:b w:val="0"/>
          <w:sz w:val="24"/>
        </w:rPr>
        <w:t>ARTICLE V.</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RETURN OF COMPANY DOCUMENTS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When I leave the employ of the Company, and at such other times as may be requested by the Company, I will deliver to the Company all Company property (including computers, phones, portable electronic storage devices, and other electronic devices) and any and all drawings, notes, memoranda, specifications, devices, formulas, and documents, together with all copies thereof, and any other material containing or disclosing any Company Inventions, Third-Party Information, or Confidential and Proprietary Information of the Company (and cooperate with the Company to ensure that no electronic copies thereof have been retained in or are retrievable from any personal property not belonging to the Company). I further agree that any property situated on the Company's premises and owned by the Company, including disks and other storage media, filing cabinets or other work areas, is subject to inspection by Company personnel at any time with or without notice. Prior to leaving, I will cooperate with the Company in completing and signing the Company's termination statement.</w:t>
      </w:r>
    </w:p>
    <w:p>
      <w:pPr>
        <w:keepNext w:val="0"/>
        <w:spacing w:before="120" w:after="0" w:line="260" w:lineRule="exact"/>
        <w:ind w:left="1080" w:right="0" w:firstLine="0"/>
        <w:jc w:val="left"/>
      </w:pPr>
      <w:r>
        <w:rPr>
          <w:rFonts w:ascii="Times New Roman" w:hAnsi="Times New Roman" w:eastAsia="Times New Roman" w:cs="Times New Roman"/>
          <w:b w:val="0"/>
          <w:sz w:val="24"/>
        </w:rPr>
        <w:t>ARTICLE VI.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LEGAL AND EQUITABLE REMEDIES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 hereby agree and acknowledge that any breach or threatened breach of this Agreement by me will result in irreparable harm to the Company for which there will be no adequate remedy at law. In such event, the Company shall be entitled to receive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injunction, without bond and without proof of actual damages, preventing any further breach of and/or requiring specific performance under this Agreement by me, in addition to all other remedies available in law or at equity.</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NOTICES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Any notices required or permitted hereunder shall be given to the appropriate party at the address specified below or at such other address as the party shall specify in writing. Such notice shall be deemed given upon personal delivery to the appropriate address or if sent by certified or registered mail, [number] days after the date of mailing.</w:t>
      </w:r>
    </w:p>
    <w:p>
      <w:pPr>
        <w:keepNext w:val="0"/>
        <w:spacing w:before="120" w:after="0" w:line="260" w:lineRule="exact"/>
        <w:ind w:left="1080" w:right="0" w:firstLine="0"/>
        <w:jc w:val="left"/>
      </w:pPr>
      <w:r>
        <w:rPr>
          <w:rFonts w:ascii="Times New Roman" w:hAnsi="Times New Roman" w:eastAsia="Times New Roman" w:cs="Times New Roman"/>
          <w:b w:val="0"/>
          <w:sz w:val="24"/>
        </w:rPr>
        <w:t>ARTICLE VIII.</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NOTIFICATION OF NEW EMPLOYER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In the event that I leave the employ of the Company, to the extent permitted by law, I hereby consent to the notification of my new employer of my rights and obligations under this Agreement and acknowledge that the Company may send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copy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redacted copy of this Agreement to my new employer.</w:t>
      </w:r>
    </w:p>
    <w:p>
      <w:pPr>
        <w:keepNext w:val="0"/>
        <w:spacing w:before="120" w:after="0" w:line="260" w:lineRule="exact"/>
        <w:ind w:left="1080" w:right="0" w:firstLine="0"/>
        <w:jc w:val="left"/>
      </w:pPr>
      <w:r>
        <w:rPr>
          <w:rFonts w:ascii="Times New Roman" w:hAnsi="Times New Roman" w:eastAsia="Times New Roman" w:cs="Times New Roman"/>
          <w:b w:val="0"/>
          <w:sz w:val="24"/>
        </w:rPr>
        <w:t>ARTICLE IX.</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GENERAL PROVISIONS</w:t>
      </w:r>
      <w:r>
        <w:rPr>
          <w:rFonts w:ascii="Times New Roman" w:hAnsi="Times New Roman" w:eastAsia="Times New Roman" w:cs="Times New Roman"/>
          <w:b w:val="0"/>
          <w:sz w:val="24"/>
        </w:rPr>
        <w:t xml:space="preserve"> </w:t>
      </w:r>
    </w:p>
    <w:p>
      <w:pPr>
        <w:keepNext w:val="0"/>
        <w:spacing w:before="120" w:after="0" w:line="260" w:lineRule="exact"/>
        <w:ind w:left="1440" w:right="0" w:firstLine="0"/>
        <w:jc w:val="left"/>
      </w:pPr>
      <w:r>
        <w:rPr>
          <w:rFonts w:ascii="Times New Roman" w:hAnsi="Times New Roman" w:eastAsia="Times New Roman" w:cs="Times New Roman"/>
          <w:b w:val="0"/>
          <w:sz w:val="24"/>
        </w:rPr>
        <w:t>9.1.</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Governing Law; Consent to Personal Jurisdiction.</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governed by and construed according to the laws of [state ]. I hereby expressly consent to the personal jurisdiction of the state and federal courts located in [county] County, [state name] for any lawsuit filed there against me by the Company arising from or related to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9.2.</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Severability.</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In case any one or more of the provisions contained in this Agreement shall, for any reason, be held to be invalid, illegal or unenforceable in any respect, such invalidity, illegality or unenforceability shall not affect the other provisions of this Agreement, and this Agreement shall be construed as if such invalid, illegal or unenforceable provision had never been contained herein. If moreover, any one or more of the provisions contained in this Agreement shall for any reason be held to be excessively broad as to duration, geographical scope, activity or subject, it shall be construed by limiting and reducing it, so as to be enforceable to the extent compatible with the applicable law as it shall then appear.</w:t>
      </w:r>
    </w:p>
    <w:p>
      <w:pPr>
        <w:keepNext w:val="0"/>
        <w:spacing w:before="120" w:after="0" w:line="260" w:lineRule="exact"/>
        <w:ind w:left="1440" w:right="0" w:firstLine="0"/>
        <w:jc w:val="left"/>
      </w:pPr>
      <w:r>
        <w:rPr>
          <w:rFonts w:ascii="Times New Roman" w:hAnsi="Times New Roman" w:eastAsia="Times New Roman" w:cs="Times New Roman"/>
          <w:b w:val="0"/>
          <w:sz w:val="24"/>
        </w:rPr>
        <w:t>9.3.</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Successors and Assigns.</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will be binding upon my heirs, executors, administrators and other legal representatives and will be for the benefit of the Company, its successors and its assigns.</w:t>
      </w:r>
    </w:p>
    <w:p>
      <w:pPr>
        <w:keepNext w:val="0"/>
        <w:spacing w:before="120" w:after="0" w:line="260" w:lineRule="exact"/>
        <w:ind w:left="1440" w:right="0" w:firstLine="0"/>
        <w:jc w:val="left"/>
      </w:pPr>
      <w:r>
        <w:rPr>
          <w:rFonts w:ascii="Times New Roman" w:hAnsi="Times New Roman" w:eastAsia="Times New Roman" w:cs="Times New Roman"/>
          <w:b w:val="0"/>
          <w:sz w:val="24"/>
        </w:rPr>
        <w:t>9.4.</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Survival.</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The provisions of this Agreement shall survive the termination of my employment, the termination of this Agreement, and the assignment of this Agreement by the Company to any successor in interest or other assignee.</w:t>
      </w:r>
    </w:p>
    <w:p>
      <w:pPr>
        <w:keepNext w:val="0"/>
        <w:spacing w:before="120" w:after="0" w:line="260" w:lineRule="exact"/>
        <w:ind w:left="1440" w:right="0" w:firstLine="0"/>
        <w:jc w:val="left"/>
      </w:pPr>
      <w:r>
        <w:rPr>
          <w:rFonts w:ascii="Times New Roman" w:hAnsi="Times New Roman" w:eastAsia="Times New Roman" w:cs="Times New Roman"/>
          <w:b w:val="0"/>
          <w:sz w:val="24"/>
        </w:rPr>
        <w:t>9.5.</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At-will Employment.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I agree and understand that nothing in this Agreement shall confer any right with respect to the continuation of my employment by the Company, nor shall it interfere in any way with my right or the Company's right to terminate my employment at any time, with or without cause.</w:t>
      </w:r>
    </w:p>
    <w:p>
      <w:pPr>
        <w:keepNext w:val="0"/>
        <w:spacing w:before="120" w:after="0" w:line="260" w:lineRule="exact"/>
        <w:ind w:left="1440" w:right="0" w:firstLine="0"/>
        <w:jc w:val="left"/>
      </w:pPr>
      <w:r>
        <w:rPr>
          <w:rFonts w:ascii="Times New Roman" w:hAnsi="Times New Roman" w:eastAsia="Times New Roman" w:cs="Times New Roman"/>
          <w:b w:val="0"/>
          <w:sz w:val="24"/>
        </w:rPr>
        <w:t>9.6.</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Waiver.</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 xml:space="preserve">No waiver by the Company of any breach of this Agreement shall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preceding or succeeding breach. No waiver by the Company of any right under this Agreement shall be construed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waiver of any other right. The Company shall not be required to give notice to enforce strict adherence to all terms of this Agreement.</w:t>
      </w:r>
    </w:p>
    <w:p>
      <w:pPr>
        <w:keepNext w:val="0"/>
        <w:spacing w:before="120" w:after="0" w:line="260" w:lineRule="exact"/>
        <w:ind w:left="1440" w:right="0" w:firstLine="0"/>
        <w:jc w:val="left"/>
      </w:pPr>
      <w:r>
        <w:rPr>
          <w:rFonts w:ascii="Times New Roman" w:hAnsi="Times New Roman" w:eastAsia="Times New Roman" w:cs="Times New Roman"/>
          <w:b w:val="0"/>
          <w:sz w:val="24"/>
        </w:rPr>
        <w:t>9.7.</w:t>
      </w:r>
      <w:r>
        <w:rPr>
          <w:rFonts w:ascii="Times New Roman" w:hAnsi="Times New Roman" w:eastAsia="Times New Roman" w:cs="Times New Roman"/>
          <w:b w:val="0"/>
          <w:sz w:val="24"/>
        </w:rPr>
        <w:t xml:space="preserve"> </w:t>
      </w:r>
      <w:r>
        <w:rPr>
          <w:rFonts w:ascii="Times New Roman" w:hAnsi="Times New Roman" w:eastAsia="Times New Roman" w:cs="Times New Roman"/>
          <w:b/>
          <w:sz w:val="24"/>
        </w:rPr>
        <w:t>Entire Agreement.</w:t>
      </w:r>
      <w:r>
        <w:rPr>
          <w:rFonts w:ascii="Times New Roman" w:hAnsi="Times New Roman" w:eastAsia="Times New Roman" w:cs="Times New Roman"/>
          <w:b w:val="0"/>
          <w:sz w:val="24"/>
        </w:rPr>
        <w:t xml:space="preserve"> </w:t>
      </w:r>
    </w:p>
    <w:p>
      <w:pPr>
        <w:keepNext w:val="0"/>
        <w:spacing w:before="200" w:after="0" w:line="260" w:lineRule="exact"/>
        <w:ind w:left="1440" w:right="0" w:firstLine="0"/>
        <w:jc w:val="both"/>
      </w:pPr>
      <w:r>
        <w:rPr>
          <w:rFonts w:ascii="Times New Roman" w:hAnsi="Times New Roman" w:eastAsia="Times New Roman" w:cs="Times New Roman"/>
          <w:b w:val="0"/>
          <w:sz w:val="24"/>
        </w:rPr>
        <w:t>This Agreement is the final, complete and exclusive agreement of the Parties with respect to the subject matter hereof and supersedes and merges all prior discussions between us. No modification of or amendment to this Agreement, nor any waiver of any rights under this Agreement, will be effective unless in writing and signed by the Party to be charged. Any subsequent change or changes in my duties, salary or compensation will not affect the validity or scope of this Agreement.</w:t>
      </w:r>
    </w:p>
    <w:p>
      <w:pPr/>
    </w:p>
    <w:p>
      <w:pPr>
        <w:keepNext w:val="0"/>
        <w:spacing w:before="200" w:after="0" w:line="260" w:lineRule="exact"/>
        <w:ind w:left="360" w:right="0" w:firstLine="0"/>
        <w:jc w:val="both"/>
      </w:pPr>
      <w:r>
        <w:rPr>
          <w:rFonts w:ascii="Times New Roman" w:hAnsi="Times New Roman" w:eastAsia="Times New Roman" w:cs="Times New Roman"/>
          <w:b w:val="0"/>
          <w:sz w:val="24"/>
        </w:rPr>
        <w:t>This Agreement shall be effective as of the first day of my employment with the Company, namely: [date].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I HAVE READ THIS AGREEMENT CAREFULLY AND UNDERSTAND ITS TERMS. I UNDERSTAND I HAVE THE RIGHT TO OBTAIN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ATTORNEY AT MY EXPENSE TO REVIEW THIS AGREEMENT BEFORE ACCEPTING IT. I WAS NOT COERCED IN ANY MANNER TO SIGN THIS AGREEMENT.</w:t>
      </w:r>
    </w:p>
    <w:p>
      <w:pPr>
        <w:keepNext w:val="0"/>
        <w:spacing w:before="200" w:after="0" w:line="260" w:lineRule="exact"/>
        <w:ind w:left="360" w:right="0" w:firstLine="0"/>
        <w:jc w:val="both"/>
      </w:pPr>
      <w:r>
        <w:rPr>
          <w:rFonts w:ascii="Times New Roman" w:hAnsi="Times New Roman" w:eastAsia="Times New Roman" w:cs="Times New Roman"/>
          <w:b w:val="0"/>
          <w:sz w:val="24"/>
        </w:rPr>
        <w:t>Dated: 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 Name of Employee</w:t>
      </w:r>
    </w:p>
    <w:p>
      <w:pPr>
        <w:keepNext w:val="0"/>
        <w:spacing w:before="200" w:after="0" w:line="260" w:lineRule="exact"/>
        <w:ind w:left="360" w:right="0" w:firstLine="0"/>
        <w:jc w:val="both"/>
      </w:pPr>
      <w:r>
        <w:rPr>
          <w:rFonts w:ascii="Times New Roman" w:hAnsi="Times New Roman" w:eastAsia="Times New Roman" w:cs="Times New Roman"/>
          <w:b w:val="0"/>
          <w:sz w:val="24"/>
        </w:rPr>
        <w:t>ACCEPTED AND AGREED TO:</w:t>
      </w:r>
    </w:p>
    <w:p>
      <w:pPr>
        <w:keepNext w:val="0"/>
        <w:spacing w:before="120" w:after="0" w:line="260" w:lineRule="exact"/>
        <w:ind w:left="360" w:right="0" w:firstLine="0"/>
        <w:jc w:val="left"/>
      </w:pPr>
      <w:r>
        <w:rPr>
          <w:rFonts w:ascii="Times New Roman" w:hAnsi="Times New Roman" w:eastAsia="Times New Roman" w:cs="Times New Roman"/>
          <w:b w:val="0"/>
          <w:sz w:val="24"/>
        </w:rPr>
        <w:t>[Company]</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Signature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Printed Name</w:t>
      </w:r>
    </w:p>
    <w:p>
      <w:pPr>
        <w:keepNext w:val="0"/>
        <w:spacing w:before="120" w:after="0" w:line="260" w:lineRule="exact"/>
        <w:ind w:left="360" w:right="0" w:firstLine="0"/>
        <w:jc w:val="left"/>
      </w:pPr>
      <w:r>
        <w:rPr>
          <w:rFonts w:ascii="Times New Roman" w:hAnsi="Times New Roman" w:eastAsia="Times New Roman" w:cs="Times New Roman"/>
          <w:b w:val="0"/>
          <w:sz w:val="24"/>
        </w:rPr>
        <w:t>Its: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Title of Authorized Officer</w:t>
      </w:r>
    </w:p>
    <w:p>
      <w:pPr>
        <w:keepNext w:val="0"/>
        <w:spacing w:before="120" w:after="0" w:line="260" w:lineRule="exact"/>
        <w:ind w:left="360" w:right="0" w:firstLine="0"/>
        <w:jc w:val="left"/>
      </w:pPr>
      <w:r>
        <w:rPr>
          <w:rFonts w:ascii="Times New Roman" w:hAnsi="Times New Roman" w:eastAsia="Times New Roman" w:cs="Times New Roman"/>
          <w:b w:val="0"/>
          <w:sz w:val="24"/>
        </w:rPr>
        <w:t>Dated: 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EXHIBIT 1.</w:t>
      </w:r>
    </w:p>
    <w:p>
      <w:pPr>
        <w:keepNext w:val="0"/>
        <w:spacing w:before="200" w:after="0" w:line="260" w:lineRule="exact"/>
        <w:ind w:left="720" w:right="0" w:firstLine="0"/>
        <w:jc w:val="both"/>
      </w:pPr>
      <w:r>
        <w:rPr>
          <w:rFonts w:ascii="Times New Roman" w:hAnsi="Times New Roman" w:eastAsia="Times New Roman" w:cs="Times New Roman"/>
          <w:b w:val="0"/>
          <w:sz w:val="24"/>
        </w:rPr>
        <w:t>TO: [Company]</w:t>
      </w:r>
    </w:p>
    <w:p>
      <w:pPr>
        <w:keepNext w:val="0"/>
        <w:spacing w:before="200" w:after="0" w:line="260" w:lineRule="exact"/>
        <w:ind w:left="720" w:right="0" w:firstLine="0"/>
        <w:jc w:val="both"/>
      </w:pPr>
      <w:r>
        <w:rPr>
          <w:rFonts w:ascii="Times New Roman" w:hAnsi="Times New Roman" w:eastAsia="Times New Roman" w:cs="Times New Roman"/>
          <w:b w:val="0"/>
          <w:sz w:val="24"/>
        </w:rPr>
        <w:t>FROM: [Employee]</w:t>
      </w:r>
    </w:p>
    <w:p>
      <w:pPr>
        <w:keepNext w:val="0"/>
        <w:spacing w:before="200" w:after="0" w:line="260" w:lineRule="exact"/>
        <w:ind w:left="720" w:right="0" w:firstLine="0"/>
        <w:jc w:val="both"/>
      </w:pPr>
      <w:r>
        <w:rPr>
          <w:rFonts w:ascii="Times New Roman" w:hAnsi="Times New Roman" w:eastAsia="Times New Roman" w:cs="Times New Roman"/>
          <w:b w:val="0"/>
          <w:sz w:val="24"/>
        </w:rPr>
        <w:t>DATE: ______________________</w:t>
      </w:r>
    </w:p>
    <w:p>
      <w:pPr>
        <w:keepNext w:val="0"/>
        <w:spacing w:before="200" w:after="0" w:line="260" w:lineRule="exact"/>
        <w:ind w:left="720" w:right="0" w:firstLine="0"/>
        <w:jc w:val="both"/>
      </w:pPr>
      <w:r>
        <w:rPr>
          <w:rFonts w:ascii="Times New Roman" w:hAnsi="Times New Roman" w:eastAsia="Times New Roman" w:cs="Times New Roman"/>
          <w:b w:val="0"/>
          <w:sz w:val="24"/>
        </w:rPr>
        <w:t>SUBJECT: Previous Inventions</w:t>
      </w:r>
    </w:p>
    <w:p>
      <w:pPr>
        <w:keepNext w:val="0"/>
        <w:spacing w:before="120" w:after="0" w:line="260" w:lineRule="exact"/>
        <w:ind w:left="720" w:right="0" w:firstLine="0"/>
        <w:jc w:val="left"/>
      </w:pPr>
      <w:r>
        <w:rPr>
          <w:rFonts w:ascii="Times New Roman" w:hAnsi="Times New Roman" w:eastAsia="Times New Roman" w:cs="Times New Roman"/>
          <w:b w:val="0"/>
          <w:sz w:val="24"/>
        </w:rPr>
        <w:t>1.</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Except as listed in Section </w:t>
      </w:r>
      <w:r>
        <w:rPr>
          <w:rFonts w:ascii="Times New Roman" w:hAnsi="Times New Roman" w:eastAsia="Times New Roman" w:cs="Times New Roman"/>
          <w:b w:val="0"/>
          <w:sz w:val="24"/>
        </w:rPr>
        <w:t>2.</w:t>
      </w:r>
      <w:r>
        <w:rPr>
          <w:rFonts w:ascii="Times New Roman" w:hAnsi="Times New Roman" w:eastAsia="Times New Roman" w:cs="Times New Roman"/>
          <w:b w:val="0"/>
          <w:sz w:val="24"/>
        </w:rPr>
        <w:t xml:space="preserve">, the following is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list and description of all Inventions (as defined in the Confidential and Proprietary information and Inventions Agreement to which this Exhibit is attached) that (i) I have, alone or jointly with others, conceived, developed, or reduced to practice or caused to be conceived, developed, or reduced to practice prior to the commencement of my employment with the Company, (ii) I consider to be my property or the property of third parties, and (iii) I wish to have excluded from the scope of this Agreement:</w:t>
      </w:r>
    </w:p>
    <w:p>
      <w:pPr>
        <w:keepNext w:val="0"/>
        <w:spacing w:before="200" w:after="0" w:line="260" w:lineRule="exact"/>
        <w:ind w:left="1080" w:right="0" w:firstLine="0"/>
        <w:jc w:val="both"/>
      </w:pPr>
      <w:r>
        <w:rPr>
          <w:rFonts w:ascii="Times New Roman" w:hAnsi="Times New Roman" w:eastAsia="Times New Roman" w:cs="Times New Roman"/>
          <w:b w:val="0"/>
          <w:sz w:val="24"/>
        </w:rPr>
        <w:t>Check appropriate lines below:</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No inventions</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description of inventions below:</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800" w:right="0" w:firstLine="0"/>
        <w:jc w:val="both"/>
      </w:pPr>
      <w:r>
        <w:rPr>
          <w:rFonts w:ascii="Times New Roman" w:hAnsi="Times New Roman" w:eastAsia="Times New Roman" w:cs="Times New Roman"/>
          <w:b w:val="0"/>
          <w:sz w:val="24"/>
        </w:rPr>
        <w:t>________________________________________________________________</w:t>
      </w:r>
    </w:p>
    <w:p>
      <w:pPr>
        <w:keepNext w:val="0"/>
        <w:spacing w:before="200" w:after="0" w:line="260" w:lineRule="exact"/>
        <w:ind w:left="1440" w:right="0" w:firstLine="0"/>
        <w:jc w:val="both"/>
      </w:pPr>
      <w:r>
        <w:rPr>
          <w:rFonts w:ascii="Times New Roman" w:hAnsi="Times New Roman" w:eastAsia="Times New Roman" w:cs="Times New Roman"/>
          <w:b w:val="0"/>
          <w:sz w:val="24"/>
        </w:rPr>
        <w:t>___________________ See additional sheets attached with description of inventions or improvements below.</w:t>
      </w:r>
    </w:p>
    <w:p>
      <w:pPr>
        <w:keepNext w:val="0"/>
        <w:spacing w:before="120" w:after="0" w:line="260" w:lineRule="exact"/>
        <w:ind w:left="720" w:right="0" w:firstLine="0"/>
        <w:jc w:val="left"/>
      </w:pPr>
      <w:r>
        <w:rPr>
          <w:rFonts w:ascii="Times New Roman" w:hAnsi="Times New Roman" w:eastAsia="Times New Roman" w:cs="Times New Roman"/>
          <w:b w:val="0"/>
          <w:sz w:val="24"/>
        </w:rPr>
        <w:t>2.</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Due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prior confidentiality agreement, I cannot complete the disclosure under Section </w:t>
      </w:r>
      <w:r>
        <w:rPr>
          <w:rFonts w:ascii="Times New Roman" w:hAnsi="Times New Roman" w:eastAsia="Times New Roman" w:cs="Times New Roman"/>
          <w:b w:val="0"/>
          <w:sz w:val="24"/>
        </w:rPr>
        <w:t>I.</w:t>
      </w:r>
      <w:r>
        <w:rPr>
          <w:rFonts w:ascii="Times New Roman" w:hAnsi="Times New Roman" w:eastAsia="Times New Roman" w:cs="Times New Roman"/>
          <w:b w:val="0"/>
          <w:sz w:val="24"/>
        </w:rPr>
        <w:t>, above, with respect to inventions or improvements generally listed below, the proprietary rights and duty of confidentiality with respect to which I owe to the following party(ies):</w:t>
      </w:r>
    </w:p>
    <w:p>
      <w:pPr>
        <w:keepNext w:val="0"/>
        <w:spacing w:before="200" w:after="0" w:line="260" w:lineRule="exact"/>
        <w:ind w:left="720" w:right="0" w:firstLine="0"/>
        <w:jc w:val="both"/>
      </w:pPr>
      <w:r>
        <w:rPr>
          <w:rFonts w:ascii="Times New Roman" w:hAnsi="Times New Roman" w:eastAsia="Times New Roman" w:cs="Times New Roman"/>
          <w:b w:val="0"/>
          <w:sz w:val="24"/>
        </w:rPr>
        <w:t>______ See additional sheets attached.</w:t>
      </w:r>
    </w:p>
    <w:p>
      <w:pPr>
        <w:keepNext w:val="0"/>
        <w:spacing w:before="200" w:after="0" w:line="260" w:lineRule="exact"/>
        <w:ind w:left="720" w:right="0" w:firstLine="0"/>
        <w:jc w:val="both"/>
      </w:pPr>
      <w:r>
        <w:rPr>
          <w:rFonts w:ascii="Times New Roman" w:hAnsi="Times New Roman" w:eastAsia="Times New Roman" w:cs="Times New Roman"/>
          <w:b/>
          <w:sz w:val="24"/>
        </w:rPr>
        <w:t>If this Exhibit is left blank, I represent that there are no Prior Inventions.</w:t>
      </w:r>
    </w:p>
    <w:p>
      <w:pPr>
        <w:keepNext w:val="0"/>
        <w:spacing w:before="120" w:after="0" w:line="260" w:lineRule="exact"/>
        <w:ind w:left="720" w:right="0" w:firstLine="0"/>
        <w:jc w:val="left"/>
      </w:pPr>
      <w:r>
        <w:rPr>
          <w:rFonts w:ascii="Times New Roman" w:hAnsi="Times New Roman" w:eastAsia="Times New Roman" w:cs="Times New Roman"/>
          <w:b w:val="0"/>
          <w:sz w:val="24"/>
        </w:rPr>
        <w:t>___________________</w:t>
      </w:r>
    </w:p>
    <w:p>
      <w:pPr>
        <w:keepNext w:val="0"/>
        <w:spacing w:before="120" w:after="0" w:line="260" w:lineRule="exact"/>
        <w:ind w:left="720" w:right="0" w:firstLine="0"/>
        <w:jc w:val="left"/>
      </w:pPr>
      <w:r>
        <w:rPr>
          <w:rFonts w:ascii="Times New Roman" w:hAnsi="Times New Roman" w:eastAsia="Times New Roman" w:cs="Times New Roman"/>
          <w:b w:val="0"/>
          <w:sz w:val="24"/>
        </w:rPr>
        <w:t>Employee Signature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