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Inventions, if any, patented or unpatented, that I made prior to the commencement of my employment with the Company are excluded from the scope of this Agreement. To preclude any possible uncertainty, I have set forth on Exhibit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Inventions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for Hire.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according to the laws of [state]. I hereby expressly consent to the personal jurisdiction of the state and federal courts located in [county]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additional sheets attached with description of inventions below</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