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Company's Rights; Non-disclosure.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all times during my employment with the Company and at all times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I will obtain the Company's written approval before publishing or submitting for publication any material (written, verbal, or otherwise) that relates to my work at the Company and/or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"Confidential and Proprietary Information" shall mean any and all knowledge, data or information relating to the Company's products, business or operations that is created or obtained by, or otherwise proprietary to, the Company, that the Company maintains as confidential, and that is not generally known or readily obtainable outside the Company, including, for purposes of illustration and not limitation, the business plans, financial records, strategies, customers, potential customers, customer retention and service strategies and plans, suppliers, prospective suppliers, vendors, licensees, licensors, products, product samples, costs, margins, procurement processes, sources, strategies, inventions, procedures, sales aids or literature, technical advice or knowledge, contractual agreements and preferences, pricing, price lists, product specifications, trade secrets, distribution methods, inventories, marketing strategies and interests, inventions, pending patent applications, formulae, algorithms, data, designs, formulations, methods, drawings, work sheets, blueprints, concepts, samples, inventions, manufacturing processes, computer programs and systems and know-how or other intellectual property, of the Company and its affiliates. All Confidential and Proprietary Information shall remain the sole and exclusive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understand that the Company may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my employment by the Company I will not improperly use or disclose any confidential information or trade secrets, if any,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 is hereby given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Nothing in this Agreement is intended to prohibit disclosure by Employee of information that is required to be disclosed pursuant to any applicable law, court order or other governmental body or administrative or other agency. Employee agrees to notify the Company as promptly as reasonably practicable after Employee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(referred to herein as "Prior Inventions"). If disclosure of any such Prior Invention would cause me to violate any prior confidentiality agreement, I understand that I am not to identify or describe such Prior Invention in Exhibit 1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the party(ies) to whom it belongs and my relationship to such party(ies). If Exhibit 1 is left blank,  I represent that there are no Prior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 hereby assign and agree to assign in the future (when any such Inventions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herein,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Non-assignable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does not apply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that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non-assignable Invention under N.C. Gen. Stat. § 66-57.1.</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I will preserve the confidentiality of all Inventions that belong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also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for the time actually spent by Employee at the Company's request on such assistance provided after the termination of Employee's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Company8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 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and acknowledge that any breach or threatened breach of this Agreement by me will result in irreparable harm to the Company for which there will be no adequate remedy at law. In such event, the Company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08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I leave the employ of the Company, to the extent permitted by law, I hereby consent to the notification of my new employer of my rights and obligations under this Agreement and acknowledge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waiver by the Company of any breach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No Inventions</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See description of Inventions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___________________ See additional sheets attached with description of inventions or improvements below.</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I cannot complete the disclosure above for the inventions listed below, identified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the party(ies) to whom it belongs, and my relationship to such party(ies):</w:t>
      </w:r>
    </w:p>
    <w:p>
      <w:pPr>
        <w:keepNext w:val="0"/>
        <w:spacing w:before="200" w:after="0" w:line="260" w:lineRule="exact"/>
        <w:ind w:left="720" w:right="0" w:firstLine="0"/>
        <w:jc w:val="both"/>
      </w:pPr>
      <w:r>
        <w:rPr>
          <w:rFonts w:ascii="Times New Roman" w:hAnsi="Times New Roman" w:eastAsia="Times New Roman" w:cs="Times New Roman"/>
          <w:b w:val="0"/>
          <w:sz w:val="24"/>
        </w:rPr>
        <w:t>______See additional sheets attached.</w:t>
      </w:r>
    </w:p>
    <w:p>
      <w:pPr>
        <w:keepNext w:val="0"/>
        <w:spacing w:before="200" w:after="0" w:line="260" w:lineRule="exact"/>
        <w:ind w:left="720" w:right="0" w:firstLine="0"/>
        <w:jc w:val="both"/>
      </w:pPr>
      <w:r>
        <w:rPr>
          <w:rFonts w:ascii="Times New Roman" w:hAnsi="Times New Roman" w:eastAsia="Times New Roman" w:cs="Times New Roman"/>
          <w:b/>
          <w:sz w:val="24"/>
        </w:rPr>
        <w:t>If this Exhibit is left blank, I represent that there are no Prior Inventions.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____________________</w:t>
      </w:r>
    </w:p>
    <w:p>
      <w:pPr>
        <w:keepNext w:val="0"/>
        <w:spacing w:before="60" w:after="0" w:line="260" w:lineRule="exact"/>
        <w:ind w:left="360" w:right="0" w:firstLine="0"/>
        <w:jc w:val="both"/>
      </w:pPr>
      <w:r>
        <w:rPr>
          <w:rFonts w:ascii="Times New Roman" w:hAnsi="Times New Roman" w:eastAsia="Times New Roman" w:cs="Times New Roman"/>
          <w:b w:val="0"/>
          <w:sz w:val="24"/>
        </w:rPr>
        <w:t>Employee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