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 all times during my employment with the Company and at all times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I will obtain the Company's written approval before publishing or submitting for publication any material (written, verbal, or otherwise) that relates to my work at the Company and/or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"Confidential and Proprietary Information" shall mean any and all confidential and/or proprietary knowledge, data or information of the Company. By way of illustration but not limitation, Confidential and Proprietary Information includes tangible and intangible information relating to formulations, products, processes, know-how, designs, formulas, methods, developmental or experimental work, clinical data, improvements, discoveries, plans for research, new products, marketing and selling, business plans, budgets and unpublished financial statements, licenses, prices and costs, suppliers and customers.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understand that the Company may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my employment by the Company I will not improperly use or disclose any confidential information or trade secrets, if any,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Nothing in this Agreement is intended to prohibit disclosure by Employee of information that is required to be disclosed pursuant to any applicable law, court order or other governmental body or administrative or other agency. Employee agrees to notify the Company as promptly as reasonably practicable after Employee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herein for more detail on the return of Company documents).</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(referred to herein as "Prior Inventions"). If disclosure of any such Prior Invention would cause me to violate any prior confidentiality agreement, I understand that I am not to identify or describe such Prior Inventions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herein, I hereby assign and agree to assign in the future (when any such Inventions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herein,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I will preserve the confidentiality of all Inventions that belong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also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for the time actually spent by Employee at the Company's request on such assistance provided after the termination of Employee's employment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the Company is unable for any reason, after reasonable effort, to secure my signature on any document needed in connection with the actions specified in Section</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hereby agree and acknowledge that any breach or threatened breach of this Agreement by me will result in irreparable harm to the Company for which there will be no adequate remedy at law. In such event, the Company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I leave the employ of the Company, to the extent permitted by law, I hereby consent to the notification of my new employer of my rights and obligations under this Agreement and acknowledge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will be governed by and construed according to the laws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waiver by the Company of any breach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 1</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No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description of Inventions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additional sheets attached with description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I cannot complete the disclosure above for the inventions listed below, identified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the party(ies) to whom it belongs, and my relationship to such party(ies):</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1080" w:right="0" w:firstLine="0"/>
        <w:jc w:val="both"/>
      </w:pPr>
      <w:r>
        <w:rPr>
          <w:rFonts w:ascii="Times New Roman" w:hAnsi="Times New Roman" w:eastAsia="Times New Roman" w:cs="Times New Roman"/>
          <w:b/>
          <w:sz w:val="24"/>
        </w:rPr>
        <w:t>If this Exhibit is left blank, I represent that there are no Prior Inventions.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