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Confidentiality Agreement</w:t>
      </w:r>
    </w:p>
    <w:p>
      <w:pPr>
        <w:keepNext w:val="0"/>
        <w:spacing w:before="200" w:after="0" w:line="260" w:lineRule="exact"/>
        <w:ind w:left="720" w:right="0" w:firstLine="0"/>
        <w:jc w:val="both"/>
      </w:pPr>
      <w:r>
        <w:rPr>
          <w:rFonts w:ascii="Times New Roman" w:hAnsi="Times New Roman" w:eastAsia="Times New Roman" w:cs="Times New Roman"/>
          <w:b w:val="0"/>
          <w:sz w:val="24"/>
        </w:rPr>
        <w:t>In consideration of my employment by [Company] (the Company), the compensation now and hereafter paid to me, and [other relevant consideration, if any (e.g., training, access to Company confidential information / customers, additional bonuses)], I, [employee name] (Employee), hereby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Non-Disclosure.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Recognition of the Company's Rights; Non-disclosure.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At all times during my employment with the Company and at all times thereafter, I will hold in strictest confidence and will not disclose, use, lecture upon or publish any of the Company's Confidential and Proprietary Information (defined in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herein), except as such disclosure, use or publication may be required in connection with my work for the Company, or unless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Company expressly authorizes such in writing. I will obtain the Company's written approval before publishing or submitting for publication any material (written, verbal, or otherwise) that relates to my work at the Company and/or incorporates any Confidential and Proprietary Information. I hereby assign to the Company any rights I may have or acquire in the Confidential and Proprietary Information and recognize that all Confidential and Proprietary Information shall be the sole property of the Company and its assigns.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and Proprietary Information.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term "Confidential and Proprietary Information" shall mean any and all confidential and/or proprietary knowledge, data or information of the Company. By way of illustration but not limitation, Confidential and Proprietary Information includes tangible and intangible information relating to formulations, products, processes, know-how, designs, formulas, methods, developmental or experimental work, clinical data, improvements, discoveries, plans for research, new products, marketing and selling, business plans, budgets and unpublished financial statements, licenses, prices and costs, suppliers and customers.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Third-Party Information.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understand that the Company may receive from third parties confidential or proprietary information ("Third-Party Information")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on the Company's part to maintain the confidentiality of such information and to use it only for certain limited purposes. During the term of my employment and thereafter, I will hold Third-Party Information in the strictest confidence and will not disclose to anyone (other than Company personnel who need to know such information in connection with their work for the Company) or use, except in connection with my work for the Company, Third-Party Information unless expressly authorized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Company in writing.</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Improper Use of Information of Prior Employers and Others.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During my employment by the Company I will not improperly use or disclose any confidential information or trade secrets, if any, of any former employer or any other person to whom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and I will not bring onto the premises of the Company any unpublished documents or any property belonging to any former employer or any other person to whom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unless consented to in writing by that former employer or person. I will use in the performance of my duties only information that is generally known and used by persons with training and experience comparable to my own, which is common knowledge in the industry or otherwise legally in the public domain, or which is otherwise provided or developed by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Third-Party Information.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hereby agree that (i) all Company Inventions (as defined in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conceived, developed, or reduced to practice by me during my employment with the Company will be original works of authorship, invention, development, or discovery and will not incorporate or be based on any Third-Party Materials (as defined below) without the express prior written consent of the Company; (ii) if at any time I anticipate any Third-Party Materials may be contained in any Company Invention that I conceive, develop, or reduce to practice, I will promptly notify the Company in writing (and, in any case, reasonably in advance of delivering such Invention); and (iii) I will not incorporate any Third-Party Materials in any such Invention unless and until the Company has such legal rights and authority to use the Third-Party Materials as the Company may determine is necessary or appropriate, in its sole discretion. As used herein, "Third-Party Materials" means works, inventions, developments, discoveries, or information belonging to any person or entity other than the Company. I hereby grant to the Company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nonexclusive, worldwide, royalty-free license to use, reproduce and distribute copies of (internally and externally), prepare derivative works based upon, and otherwise commercially exploit any Third-Party Materials, to the fullest extent of my rights, title, or interest therein, which may be contained in any Company Invention developed by me.</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Interference with NLRA or Reporting Rights.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is not intended to interfere with or restrain employee communications regarding wages, hours, or other terms and conditions of employment or to otherwise interfere with any rights Employee has under the National Labor Relations Act. This Agreement does not prohibit Employee from reporting possible legal violations to the government or from making other disclosures to the government that are protected under federal or state whistleblower provisions.</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Defend Trade Secrets Act.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NOTICE is hereby given that: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employee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contractor or consultant) may not be held criminally or civilly liable under any Federal or State trade secret law for the disclosure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made (i) in confidence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State, or local government official, either directly or indirectly, or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and (ii) solely for the purpose of reporting or investigating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or (B) is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or other document filed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or other proceeding, if such filing is made under seal.</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for retaliation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for reporting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may disclose the trade secret to the attorney of the individual and use the trade secret information in the court proceeding, if the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files any document containing the trade secret under seal; and (B) does not disclose the trade secret, except pursuant to court order.</w:t>
      </w:r>
    </w:p>
    <w:p>
      <w:pPr>
        <w:keepNext w:val="0"/>
        <w:spacing w:before="120" w:after="0" w:line="260" w:lineRule="exact"/>
        <w:ind w:left="144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Legally Compelled Disclosure.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Nothing in this Agreement is intended to prohibit disclosure by Employee of information that is required to be disclosed pursuant to any applicable law, court order or other governmental body or administrative or other agency. Employee agrees to notify the Company as promptly as reasonably practicable after Employee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any such disclosure of Confidential and Proprietary Information and agrees, upon request by the Company, to reasonably cooperate (at the Company's expense) with the Company's lawful efforts to challenge or limit such disclosure.</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Acknowledgments.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I acknowledge that the Company would suffer irreparable harm if I fail to comply with this Agreement, and that the Company would be entitled to any appropriate relief, including equitable relief.</w:t>
      </w:r>
    </w:p>
    <w:p>
      <w:pPr>
        <w:keepNext w:val="0"/>
        <w:spacing w:before="200" w:after="0" w:line="260" w:lineRule="exact"/>
        <w:ind w:left="1800" w:right="0" w:firstLine="0"/>
        <w:jc w:val="both"/>
      </w:pPr>
      <w:r>
        <w:rPr>
          <w:rFonts w:ascii="Times New Roman" w:hAnsi="Times New Roman" w:eastAsia="Times New Roman" w:cs="Times New Roman"/>
          <w:b w:val="0"/>
          <w:sz w:val="24"/>
        </w:rPr>
        <w:t>I acknowledge that without access to the Company's Confidential and Proprietary information, I would not receive such information from other sources.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 acknowledge that I will return all of the Company's Confidential and Proprietary Information upon termination of employment (see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herein for more detail on the return of Company documents).</w:t>
      </w:r>
    </w:p>
    <w:p>
      <w:pPr>
        <w:keepNext w:val="0"/>
        <w:spacing w:before="200" w:after="0" w:line="260" w:lineRule="exact"/>
        <w:ind w:left="1800" w:right="0" w:firstLine="0"/>
        <w:jc w:val="both"/>
      </w:pPr>
      <w:r>
        <w:rPr>
          <w:rFonts w:ascii="Times New Roman" w:hAnsi="Times New Roman" w:eastAsia="Times New Roman" w:cs="Times New Roman"/>
          <w:b w:val="0"/>
          <w:sz w:val="24"/>
        </w:rPr>
        <w:t>I acknowledge that I have received adequate consideration for signing this Agreement.</w:t>
      </w:r>
    </w:p>
    <w:p>
      <w:pPr>
        <w:keepNext w:val="0"/>
        <w:spacing w:before="200" w:after="0" w:line="260" w:lineRule="exact"/>
        <w:ind w:left="1800" w:right="0" w:firstLine="0"/>
        <w:jc w:val="both"/>
      </w:pPr>
      <w:r>
        <w:rPr>
          <w:rFonts w:ascii="Times New Roman" w:hAnsi="Times New Roman" w:eastAsia="Times New Roman" w:cs="Times New Roman"/>
          <w:b w:val="0"/>
          <w:sz w:val="24"/>
        </w:rPr>
        <w:t>I acknowledge that this Agreement is reasonable in scope and duration and the restrictions placed on me by the Company to protect its Confidential and Proprietary Information are reasonable.</w:t>
      </w:r>
    </w:p>
    <w:p>
      <w:pPr>
        <w:keepNext w:val="0"/>
        <w:spacing w:before="200" w:after="0" w:line="260" w:lineRule="exact"/>
        <w:ind w:left="1800" w:right="0" w:firstLine="0"/>
        <w:jc w:val="both"/>
      </w:pPr>
      <w:r>
        <w:rPr>
          <w:rFonts w:ascii="Times New Roman" w:hAnsi="Times New Roman" w:eastAsia="Times New Roman" w:cs="Times New Roman"/>
          <w:b w:val="0"/>
          <w:sz w:val="24"/>
        </w:rPr>
        <w:t>I acknowledge that this agreement will not prevent me from finding future gainful employment in my chosen occupation.</w:t>
      </w:r>
    </w:p>
    <w:p>
      <w:pPr>
        <w:keepNext w:val="0"/>
        <w:spacing w:before="200" w:after="0" w:line="260" w:lineRule="exact"/>
        <w:ind w:left="1800" w:right="0" w:firstLine="0"/>
        <w:jc w:val="both"/>
      </w:pPr>
      <w:r>
        <w:rPr>
          <w:rFonts w:ascii="Times New Roman" w:hAnsi="Times New Roman" w:eastAsia="Times New Roman" w:cs="Times New Roman"/>
          <w:b w:val="0"/>
          <w:sz w:val="24"/>
        </w:rPr>
        <w:t>I acknowledge the Company expended substantial time, effort, and capital to develop, maintain, and safeguard its Confidential and Proprietary Information.</w:t>
      </w:r>
    </w:p>
    <w:p>
      <w:pPr>
        <w:keepNext w:val="0"/>
        <w:spacing w:before="200" w:after="0" w:line="260" w:lineRule="exact"/>
        <w:ind w:left="1800" w:right="0" w:firstLine="0"/>
        <w:jc w:val="both"/>
      </w:pPr>
      <w:r>
        <w:rPr>
          <w:rFonts w:ascii="Times New Roman" w:hAnsi="Times New Roman" w:eastAsia="Times New Roman" w:cs="Times New Roman"/>
          <w:b w:val="0"/>
          <w:sz w:val="24"/>
        </w:rPr>
        <w:t>I acknowledge the Company's Confidential and Proprietary Information is unique, private, valuable, and confidential, and I will be privy to such Confidential and Proprietary Information.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 acknowledge the confidentiality covenants contained in this Agreement are independent of any other rights or responsibilities of the parties; thus, the confidentiality covenants will remain in effect even if either party breaches the other's rights or responsibilities or initiates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Inventions.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Proprietary Rights and Inventions.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term "Invention" shall include anything that may be patentable or copyrightable as well as any discovery, development, design, formula, improvement, invention, original work of authorship, software program, process, technique, trade secret and any other form of information that derives independent economic value from not being generally known to the public, whether or not registrable or protectable. The term "Proprietary Rights" shall mean all trade secret, patent, copyright, mask work and other intellectual property rights throughout the world.</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 Inventions.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Inventions, if any, patented or unpatented, that I made prior to the commencement of my employment with the Company are excluded from the scope of this Agreement. To preclude any possible uncertainty, I have set forth on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attached hereto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list of all Inventions that (i) I have, alone or jointly with others, conceived, developed or reduced to practice or caused to be conceived, developed or reduced to practice prior to the commencement of my employment with the Company, (ii) I consider to be my property or the property of third parties, and (iii) I wish to have excluded from the scope of this Agreement (referred to herein as "Prior Inventions"). If disclosure of any such Prior Invention would cause me to violate any prior confidentiality agreement, I understand that I am not to  identify or describe such Prior Invention in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but am only to disclose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cursory name for each such invention,  the party(ies) to whom it belongs and my relationship to such party(ies). If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is left blank, I represent that there are no Prior Inventions.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Inventions.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Subject to Sections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herein, I hereby assign and agree to assign in the future (when any such Inventions  are first reduced to practice or first fixed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as applicable) to the Company all my right, title and interest in and to any and all Inventions (and all Proprietary Rights with respect thereto) whether or not patentable or registrable under copyright or similar statutes, made or conceived or reduced to practice or learned by me, either alone or jointly with others, during the period of my employment with the Company. Inventions subject to assignment to the Company,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as directed by the Company pursuant to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herein, are  referred to in this Agreement as "Company Inventions." The Company will have the right to obtain and hold in its own name patents, copyrights, registrations and any other protection available with respect to such Inventions or Proprietary Rights as may be necessary or desirable to transfer, perfect, and defend the Company's ownership therein. I hereby waive and quitclaim to the Company any and all claims, of any nature whatsoever, which I now or may hereafter have for infringement of any Proprietary Rights assigned hereunder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 to Keep the Company Informed of Employment and Post-employment Inventions.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During the period of my employment and for [number] months after termination of my employment with the Company, unless prohibited by law, I will promptly disclose to the Company fully and in writing all Inventions authored, conceived or reduced to practice by me, either alone or jointly with others. In addition, I will promptly disclose to the Company all patent applications filed by me or on my behalf within one year after termination of employment. At the time of each such disclosure, I will advise the Company in writing of any Inventions that I believe are not subject to assignment under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and I will at that time provide to the Company in writing all evidence necessary to substantiate that belief; provided that I shall not be compelled to disclose confidential information or trade secrets of any third party to whom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I will preserve the confidentiality of all Inventions that belong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Government or Third Party.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also agree to assign all my right, title and interest in and to any particular Company Invention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including without limitation the United States, as directed by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Works Made for Hire.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all original works of authorship that are made by me (solely or jointly with others) within the scope of my employment and that are protectable by copyright are "works made for hire," pursuant to United States Copyright Act (17 U.S.C. § 101). Accordingly, all right, title, and interest in such works (including copyrights) will vest exclusively in the Company to the fullest extent provided under applicable law.</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Enforcement of Proprietary Rights; Employee Cooperation.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Both during and after my employment with the Company, I agree to assist the Company in every proper way to obtain, and enforce United States and foreign Proprietary Rights relating to Company Inventions in any and all countries. To that end I will execute, verify and deliver such documents and perform such other acts (including appearances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as the Company may reasonably request for use in applying for, obtaining, perfecting, evidencing, sustaining and enforcing such Proprietary Rights and the assignment thereof including without limitation execution, verification and  delivery of assignments of applicable Proprietary Rights to the Company or its designee. The Company shall compensate Employee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rate for the time actually spent by Employee at the Company's request on such assistance provided after the termination of Employee's employment with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Company as Agent and Attorney in Fact.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the event the Company is unable for any reason, after reasonable effort, to secure my signature on any document needed in connection with the actions specified in Section </w:t>
      </w: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I hereby irrevocably designate and appoint the Company and its duly authorized officers and agents as my agent and attorney in fact, which appointment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to act for and in my behalf to execute, verify and file any such documents and to do all other lawfully permitted acts to further the purposes thereof with the same legal force and effect as if executed by me.</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agree to keep and maintain adequate and current records (in the form of notes, sketches, drawings and in any other form that may be required by the Company) of all Confidential and Proprietary Information developed by me and all Company Inventions made by me during the period of my employment at the Company. Upon the Company's request, I agree to promptly prepare and deliver to the Company any memoranda in connection with any Confidential and Proprietary Information developed by me and/or Inventions made by me during the period of my employment with the Company. All such records and memoranda shall be available to the Company at all times and remain the sole property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Conflicting Obligation.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represent that my performance of all the terms of this Agreement and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the Company does not and will not breach any agreement to keep in confidence information acquired by me in confidence or in trust prior to my employment by the Company. I have not entered into, and I agree I will not enter into, any agreement either written or oral in conflict herewith.</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Company Documents.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When I leave the employ of the Company, and at such other times as may be requested by the Company, I will deliver to the Company all Company property (including computers, phones, portable electronic storage devices, and other electronic devices) and any and all drawings, notes, memoranda, specifications, devices, formulas, and documents, together with all copies thereof, and any other material containing or disclosing any Company Inventions, Third-Party Information, or Confidential and Proprietary Information of the Company (and cooperate with the Company to ensure that no electronic copies thereof have been retained in or are retrievable from any personal property not belonging to the Company). I further agree that any property situated on the Company's premises and owned by the Company, including disks and other storage media, filing cabinets or other work areas, is subject to inspection by Company personnel at any time with or without notice. Prior to leaving, I will cooperate with the Company in completing and signing the Company's termination statement.</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and Equitable Remedies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hereby agree and acknowledge that any breach or threatened breach of this Agreement by me will result in irreparable harm to the Company for which there will be no adequate remedy at law. In such event, the Company shall be entitled to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bond and without proof of actual damages, preventing any further breach of and/or requiring specific performance under this Agreement by me, in addition to all other remedies available in law or at equity.</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Any notices required or permitted hereunder shall be given to the appropriate party at the address specified below or at such other address as the party shall specify in writing. Such notice shall be deemed given upon personal delivery to the appropriate address or if sent by certified or registered mail, [number] days after the date of mailing.</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Notification of New Employer.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the event that I leave the employ of the Company, to the extent permitted by law, I hereby consent to the notification of my new employer of my rights and obligations under this Agreement and acknowledge that the Company may send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redacted copy of this Agreement to my new employer.</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Consent to Personal Jurisdiction.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will be governed by and construed according to the laws of the State of [state name]. I hereby expressly consent to the personal jurisdiction of the state and federal courts located in [county] County, [state name] for any lawsuit filed there against me by the Company arising from or related to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In case any one or more of the provisions contained in this Agreement shall, for any reason, be held to be invalid, illegal or unenforceable in any respect, such invalidity, illegality or unenforceability shall not affect the other provisions of this Agreement, and this Agreement shall be construed as if such invalid, illegal or unenforceable provision had never been contained herein. If moreover, any one or more of the provisions contained in this Agreement shall for any reason be held to be excessively broad as to duration, geographical scope, activity or subject, it shall be construed by limiting and reducing it, so as to be enforceable to the extent compatible with the applicable law as it shall then appear.</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will be binding upon my heirs, executors, administrators and other legal representatives and will be for the benefit of the Company, its successors and its assigns.</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provisions of this Agreement shall survive the termination of my employment, the termination of this Agreement, and the assignment of this Agreement by the Company to any successor in interest or other assignee.</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At-will Employment.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agree and understand that nothing in this Agreement shall confer any right with respect to the continuation of my employment by the Company, nor shall it interfere in any way with my right or the Company's right to terminate my employment at any time, with or without cause.</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 waiver by the Company of any breach of this Agreement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preceding or succeeding breach. No waiver by the Company of any right under this Agreement shall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right. The Company shall not be required to give notice to enforce strict adherence to all terms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is the final, complete and exclusive agreement of the Parties with respect to the subject matter hereof and supersedes and merges all prior discussions between us. No modification of or amendment to this Agreement, nor any waiver of any rights under this Agreement, will be effective unless in writing and signed by the Party to be charged. Any subsequent change or changes in my duties, salary or compensation will not affect the validity or scope of this Agreement.</w:t>
      </w:r>
    </w:p>
    <w:p>
      <w:pPr>
        <w:keepNext w:val="0"/>
        <w:spacing w:before="200" w:after="0" w:line="260" w:lineRule="exact"/>
        <w:ind w:left="360" w:right="0" w:firstLine="0"/>
        <w:jc w:val="both"/>
      </w:pPr>
      <w:r>
        <w:rPr>
          <w:rFonts w:ascii="Times New Roman" w:hAnsi="Times New Roman" w:eastAsia="Times New Roman" w:cs="Times New Roman"/>
          <w:b w:val="0"/>
          <w:sz w:val="24"/>
        </w:rPr>
        <w:t>This Agreement shall be effective as of the first day of my employment with the Company, namely: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HAVE READ THIS AGREEMENT CAREFULLY AND UNDERSTAND ITS TERMS. I UNDERSTAND I HAVE THE RIGHT TO OBTAIN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AT MY EXPENSE TO REVIEW THIS AGREEMENT BEFORE ACCEPTING IT. I WAS NOT COERCED IN ANY MANNER TO SIGN THIS AGREEMENT.</w:t>
      </w:r>
    </w:p>
    <w:p>
      <w:pPr>
        <w:keepNext w:val="0"/>
        <w:spacing w:before="200" w:after="0" w:line="260" w:lineRule="exact"/>
        <w:ind w:left="360" w:right="0" w:firstLine="0"/>
        <w:jc w:val="both"/>
      </w:pPr>
      <w:r>
        <w:rPr>
          <w:rFonts w:ascii="Times New Roman" w:hAnsi="Times New Roman" w:eastAsia="Times New Roman" w:cs="Times New Roman"/>
          <w:b w:val="0"/>
          <w:sz w:val="24"/>
        </w:rPr>
        <w:t>Dated: 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of Employee</w:t>
      </w:r>
    </w:p>
    <w:p>
      <w:pPr>
        <w:keepNext w:val="0"/>
        <w:spacing w:before="200" w:after="0" w:line="260" w:lineRule="exact"/>
        <w:ind w:left="360" w:right="0" w:firstLine="0"/>
        <w:jc w:val="both"/>
      </w:pPr>
      <w:r>
        <w:rPr>
          <w:rFonts w:ascii="Times New Roman" w:hAnsi="Times New Roman" w:eastAsia="Times New Roman" w:cs="Times New Roman"/>
          <w:b w:val="0"/>
          <w:sz w:val="24"/>
        </w:rPr>
        <w:t>ACCEPTED AND AGREED TO:</w:t>
      </w:r>
    </w:p>
    <w:p>
      <w:pPr>
        <w:keepNext w:val="0"/>
        <w:spacing w:before="120" w:after="0" w:line="260" w:lineRule="exact"/>
        <w:ind w:left="360" w:right="0" w:firstLine="0"/>
        <w:jc w:val="left"/>
      </w:pPr>
      <w:r>
        <w:rPr>
          <w:rFonts w:ascii="Times New Roman" w:hAnsi="Times New Roman" w:eastAsia="Times New Roman" w:cs="Times New Roman"/>
          <w:b w:val="0"/>
          <w:sz w:val="24"/>
        </w:rPr>
        <w:t>[Company]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Authorized Officer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Its: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of Authorized Officer</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EXHIBIT 1</w:t>
      </w:r>
    </w:p>
    <w:p>
      <w:pPr>
        <w:keepNext w:val="0"/>
        <w:spacing w:before="200" w:after="0" w:line="260" w:lineRule="exact"/>
        <w:ind w:left="720" w:right="0" w:firstLine="0"/>
        <w:jc w:val="both"/>
      </w:pPr>
      <w:r>
        <w:rPr>
          <w:rFonts w:ascii="Times New Roman" w:hAnsi="Times New Roman" w:eastAsia="Times New Roman" w:cs="Times New Roman"/>
          <w:b w:val="0"/>
          <w:sz w:val="24"/>
        </w:rPr>
        <w:t>TO: [Company]</w:t>
      </w:r>
    </w:p>
    <w:p>
      <w:pPr>
        <w:keepNext w:val="0"/>
        <w:spacing w:before="200" w:after="0" w:line="260" w:lineRule="exact"/>
        <w:ind w:left="720" w:right="0" w:firstLine="0"/>
        <w:jc w:val="both"/>
      </w:pPr>
      <w:r>
        <w:rPr>
          <w:rFonts w:ascii="Times New Roman" w:hAnsi="Times New Roman" w:eastAsia="Times New Roman" w:cs="Times New Roman"/>
          <w:b w:val="0"/>
          <w:sz w:val="24"/>
        </w:rPr>
        <w:t>FROM: [Employee]</w:t>
      </w:r>
    </w:p>
    <w:p>
      <w:pPr>
        <w:keepNext w:val="0"/>
        <w:spacing w:before="200" w:after="0" w:line="260" w:lineRule="exact"/>
        <w:ind w:left="720" w:right="0" w:firstLine="0"/>
        <w:jc w:val="both"/>
      </w:pPr>
      <w:r>
        <w:rPr>
          <w:rFonts w:ascii="Times New Roman" w:hAnsi="Times New Roman" w:eastAsia="Times New Roman" w:cs="Times New Roman"/>
          <w:b w:val="0"/>
          <w:sz w:val="24"/>
        </w:rPr>
        <w:t>DATE: 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SUBJECT: Previous Inventions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listed in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the following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list and description of all Inventions (as defined in the Confidential and Proprietary information and Inventions Agreement to which this Exhibit is attached) that (i) I have, alone or jointly with others, conceived, developed, or reduced to practice or caused to be conceived, developed, or reduced to practice prior to the commencement of my employment with the Company, (ii) I consider to be my property or the property of third parties, and (iii) I wish to have excluded from the scope of this Agreement:</w:t>
      </w:r>
    </w:p>
    <w:p>
      <w:pPr>
        <w:keepNext w:val="0"/>
        <w:spacing w:before="200" w:after="0" w:line="260" w:lineRule="exact"/>
        <w:ind w:left="1080" w:right="0" w:firstLine="0"/>
        <w:jc w:val="both"/>
      </w:pPr>
      <w:r>
        <w:rPr>
          <w:rFonts w:ascii="Times New Roman" w:hAnsi="Times New Roman" w:eastAsia="Times New Roman" w:cs="Times New Roman"/>
          <w:b w:val="0"/>
          <w:sz w:val="24"/>
        </w:rPr>
        <w:t>Check appropriate lines below:</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 No Inventions</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 See description of Inventions below:</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 See additional sheets attached with description of Inventions</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confidentiality agreement, I cannot complete the disclosure above for the inventions listed below, identified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cursory name, the party(ies) to whom it belongs, and my relationship to such party(ies):</w:t>
      </w:r>
    </w:p>
    <w:p>
      <w:pPr>
        <w:keepNext w:val="0"/>
        <w:spacing w:before="200" w:after="0" w:line="260" w:lineRule="exact"/>
        <w:ind w:left="720" w:right="0" w:firstLine="0"/>
        <w:jc w:val="both"/>
      </w:pPr>
      <w:r>
        <w:rPr>
          <w:rFonts w:ascii="Times New Roman" w:hAnsi="Times New Roman" w:eastAsia="Times New Roman" w:cs="Times New Roman"/>
          <w:b w:val="0"/>
          <w:sz w:val="24"/>
        </w:rPr>
        <w:t>______ See additional sheets attached.</w:t>
      </w:r>
    </w:p>
    <w:p>
      <w:pPr>
        <w:keepNext w:val="0"/>
        <w:spacing w:before="200" w:after="0" w:line="260" w:lineRule="exact"/>
        <w:ind w:left="720" w:right="0" w:firstLine="0"/>
        <w:jc w:val="both"/>
      </w:pPr>
      <w:r>
        <w:rPr>
          <w:rFonts w:ascii="Times New Roman" w:hAnsi="Times New Roman" w:eastAsia="Times New Roman" w:cs="Times New Roman"/>
          <w:b/>
          <w:sz w:val="24"/>
        </w:rPr>
        <w:t>If this Exhibit is left blank, I represent that there are no Prior Inventions.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___________________ </w:t>
      </w:r>
    </w:p>
    <w:p>
      <w:pPr>
        <w:keepNext w:val="0"/>
        <w:spacing w:before="60" w:after="0" w:line="260" w:lineRule="exact"/>
        <w:ind w:left="720" w:right="0" w:firstLine="0"/>
        <w:jc w:val="both"/>
      </w:pPr>
      <w:r>
        <w:rPr>
          <w:rFonts w:ascii="Times New Roman" w:hAnsi="Times New Roman" w:eastAsia="Times New Roman" w:cs="Times New Roman"/>
          <w:b w:val="0"/>
          <w:sz w:val="24"/>
        </w:rPr>
        <w:t>Employee Signature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