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of my employment by [company name] (the Company), the compensation now and hereafter paid to me, and [other consideration, if any (e.g., training, access to company confidential information, additional bonuses)], I, [employee name] (Employee),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the Company's Rights; Non-disclosure.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all times during my employment and at all times thereafter, I will hold in strictest confidence and will not disclose, use, lecture upon or publish any of the Company's Confidential and Proprietary Information (as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except as such disclosure, use or publication may be required in connection with my work for the Company or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expressly authorizes such in writing. I will obtain the Company's written approval before publishing or submitting for publication any material (written, verbal, or otherwise) that relates to my work at the Company and incorporates any Confidential and Proprietary Information. I hereby assign to the Company any rights I may have or acquire in such Confidential and Proprietary Information and recognize that all Confidential and Proprietary Information shall be the sole property of the Company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term "Confidential and Proprietary Information" shall mean any and all confidential information of the Company relating to its products, services, business, and operations. By way of illustration but not limitation, Confidential and Proprietary Information includes tangible and intangible information relating to formulations, products, processes, know-how, designs, formulas, methods, developmental or experimental work, data, drawings, worksheets, blueprints, concepts, samples, inventions, improvements, discoveries, research, marketing plans, business plans, budgets, and unpublished financial statements, licenses, prices, costs, suppliers, customers, and personnel. For the avoidance of doubt, Confidential and Proprietary Information shall not include any information that is not confidential to the Company or that has otherwise become generally known within the industry or available for use by the public (other than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Employee's breach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understand that the Company may receive from third parties confidential or proprietary information ("Third-Party Information")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my employment by the Company I will not improperly use or disclose any confidential information or trade secrets of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and I will not bring onto the premises of the Company any unpublished documents or any property belonging to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that (i) all Company Inventions (as defined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conceived, developed, or reduced to practice by me during my employment with the Company will be original works of authorship, invention, development, or discovery and will not incorporate or be based on any Third-Party Materials (as defined below) without the express prior written consent of the Company; (ii) if at any time I anticipate any Third-Party Materials may be contained in any Company Invention that I conceive, develop, or reduce to practice, I will promptly notify the Company in writing (and, in any case, reasonably in advance of delivering such Invention); and (iii) I will not incorporate any Third-Party Materials in any such Invention unless and until the Company has such legal rights and authority to use the Third-Party Materials as the Company may determine is necessary or appropriate, in its sole discretion. As used herein, "Third-Party Materials" means works, inventions, developments, discoveries, or information belonging to any person or entity other than the Company. I hereby grant to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copies of (internally and externally), prepare derivative works based upon, and otherwise commercially exploit any Third-Party Materials, to the fullest extent of my rights, title, or interest therein, which may be contained in any Company Invention developed by me.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Legally Compelled and Protected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Nothing in this Agreement is intended to prohibit disclosure by Employee of information that is required to be disclosed pursuant to any applicable law, court order or other governmental body or administrative or other agency. Employee agrees to notify the Company as promptly as reasonably practicable after Employee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any such disclosure of Confidential and Proprietary Information and agrees, upon request by the Company, to reasonably cooperate (at the Company's expense) with the Company's lawful efforts to challenge or limit such disclosure. Nothing in this Agreement is intended to prevent Employee from making disclosures protected by applicable law, including details of sexual assault claims under Va. Code Ann. §§ 18.2-61, 18.2-67.1, 18.2-67.3, or 18.2-67.4.</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Acknowledgments.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herein for more detail on the return of Company documents).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 The term "Proprietary Rights" shall mean all trade secret, patent, copyright, mask work and other intellectual property rights throughout the world.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Inventions, if any, patented or unpatented, that I made prior to the commencement of my employment with the Company are excluded from the scope of this Agreement. To preclude any possible uncertainty, I have set forth on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attached 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all Inventions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 (referred to herein as "Prior Inventions"). If disclosure of any such Prior Invention would cause me to violate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to which I am bound, I understand that I am not to identify or describe such Prior Invention in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but am only to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for each such invention, the party(ies) to whom it belongs, and my relationship to such party(ies). If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is left blank, I represent that there are no Prior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I hereby assign and agree to assign in the future (when any such Inventions are first reduced to practice or first fixed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For purposes of this Agreement, Inventions subject to assignment to the Company,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as directed by the Company pursuant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are referred to as "Company Inventions." The Company will have the right to obtain and hold in its own name patents, copyrights, registrations and any other Proprietary Rights or protections available with respect to any Company Inventions as may be necessary or desirable to transfer, perfect and defend the Company's ownership or other rights therein.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period of my employment and for [number] months after termination of my employment with the Company, unless prohibited by law, I will promptly disclose to the Company fully and in writing all Inventions authored, conceived or reduced to practice by me, either alone or jointly with others. In addition, I will promptly disclose to the Company all patent applications filed by me or on my behalf within one year after termination of employment. At the time of each such disclosure, I will advise the Company in writing of any Inventions that I believe are not subject to assignment under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 will at that time provide to the Company in writing all evidence necessary to substantiate that belief; provided that I shall not be compelled to disclose confidential information or trade secrets of any third party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I will preserve the confidentiality of all Inventions that belong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Third-Party 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agree to assign all my right, title and interest in and to any particular Company Invention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including without limitation the United States, as directed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Made for Hire.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acknowledge that all original works of authorship that are made by me (solely or jointly with others) within the scope of my employment and that are protectable by copyright are "works made for hire," pursuant to United States Copyright Act (17 U.S.C. § 101). Accordingly, all right, title and interest in such works (including copyrights) will vest exclusively in the Company to the fullest extent provided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 Employee Cooperation.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Both during and after my employment with the Company, I agree to assist the Company in every proper way to obtain and/or enforce Proprietary Rights relating to Company Inventions in any and all countries. To that end, I will execute, verify and deliver such documents and perform such other acts (including appearances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as the Company may reasonably request for use in applying for, obtaining, perfecting, evidencing, sustaining and enforcing such Proprietary Rights and the assignment thereof, including (without limitation) execution, verification and delivery of assignments of applicable Proprietary Rights to the Company or its designee. The Company shall compensate Employee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for time actually spent by Employee at the Company's request on such assistance provided after the termination of Employee's employment with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Company as Agent and Attorney in Fact.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Company is unable for any reason, after reasonable effort, to secure my signature on any document needed in connection with the actions specified in 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I hereby irrevocably designate and appoint the Company and its duly authorized officers and agents as my agent and attorney in fact, which appointment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act for and in my behalf to execute, verify and file any such documents and to do all other lawfully permitted acts to further the purposes thereof with the same legal force and effect as if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Upon the Company's request, I agree to promptly prepare and deliver to the Company any memoranda in connection with any Confidential and Proprietary Information developed by me and/or Inventions made by me during the period of my employment with the Company. All such records and memoranda shall be available to the Company at all times and remain the sole property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represent that my performance of all the terms of this Agreement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 I leave the employ of the Company, and at such other times as may be requested by the Company, I will deliver to the Company all Company property (including computers, phones, portable electronic storage devices and other electronic devices) and any and all drawings, notes, memoranda, specifications, devices, formulas and documents, together with all copies thereof, and any other material containing or disclosing any Company Inventions, Third-Party Information, or Confidential and Proprietary Information of the Company (and cooperate with the Company to ensure that no electronic copies thereof have been retained in or are retrievable from any personal property not belonging to the Company). I further agree that any property situated on the Company's premises and owned by the Company, including disks and other storage media, filing cabinets or other work areas, is subject to inspection by Company personnel at any time with or without notice. Prior to leaving, I will cooperate with the Company in completing and signing the Company's termination statement.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and acknowledge that any breach or threatened breach of this Agreement by me will result in irreparable harm to the Company for which there will be no adequate remedy at law. In such event, the Company shall be entitled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bond and without proof of actual damages, preventing any further breach of and/or requiring specific performance under this Agreement by me, in addition to all other remedies available in law or at equity.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by notice delivered in accordance with this Section). Such notice shall be deemed given upon personal delivery to the appropriate address or, if sent by certified or registered mail, [number] days after the date of mailing.</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I leave the employ of the Company, to the extent permitted by law, I hereby consent to the notification of my new employer of my rights and obligations under this Agreement and acknowledge that the Company may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redacted copy of this Agreement to my new employer.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construed according to the laws of [state]. I hereby expressly consent to the personal jurisdiction of the state and federal courts located in [county], [state] for any lawsuit filed there against me by the Company arising from or related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term, covenant, or obligation of this Agreement, or its application, is held invalid, unenforceable, or unlawful, such invalidity, unenforceability, or unlawfulness shall not affect the other provisions, terms, covenants or obligations of this Agreement, or their application, which all shall remain valid and enforceable in full force and effect to the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binding upon my heirs, executors, administrators, and other legal representatives and will be for the benefit of the Company, its successors,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understand that 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by the Company of its rights with respect to any breach of this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Agreement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shall not be required to give notice to enforce strict adherence to all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effective as of the first day of my employment with the Company, namely: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READ THIS AGREEMENT CAREFULLY AND UNDERSTAND ITS TERMS. I UNDERSTAND I HAVE THE RIGHT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MY EXPENSE TO REVIEW THIS AGREEMENT BEFORE ACCEPTING IT. I WAS NOT COERCED IN ANY MANNER TO SIGN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Exhibit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p>
    <w:p>
      <w:pPr>
        <w:keepNext w:val="0"/>
        <w:spacing w:before="200" w:after="0" w:line="260" w:lineRule="exact"/>
        <w:ind w:left="720" w:right="0" w:firstLine="0"/>
        <w:jc w:val="both"/>
      </w:pPr>
      <w:r>
        <w:rPr>
          <w:rFonts w:ascii="Times New Roman" w:hAnsi="Times New Roman" w:eastAsia="Times New Roman" w:cs="Times New Roman"/>
          <w:b w:val="0"/>
          <w:sz w:val="24"/>
        </w:rPr>
        <w:t>TO: [company name]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FROM: [employee name]</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and description of all Inventions (as defined in the Confidential and Proprietary information and Inventions Agreement to which this Exhibit is attached)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080" w:right="0" w:firstLine="0"/>
        <w:jc w:val="both"/>
      </w:pPr>
      <w:r>
        <w:rPr>
          <w:rFonts w:ascii="Times New Roman" w:hAnsi="Times New Roman" w:eastAsia="Times New Roman" w:cs="Times New Roman"/>
          <w:b w:val="0"/>
          <w:sz w:val="24"/>
        </w:rPr>
        <w:t>______ No Inventions to disclose</w:t>
      </w:r>
    </w:p>
    <w:p>
      <w:pPr>
        <w:keepNext w:val="0"/>
        <w:spacing w:before="200" w:after="0" w:line="260" w:lineRule="exact"/>
        <w:ind w:left="1080" w:right="0" w:firstLine="0"/>
        <w:jc w:val="both"/>
      </w:pPr>
      <w:r>
        <w:rPr>
          <w:rFonts w:ascii="Times New Roman" w:hAnsi="Times New Roman" w:eastAsia="Times New Roman" w:cs="Times New Roman"/>
          <w:b w:val="0"/>
          <w:sz w:val="24"/>
        </w:rPr>
        <w:t>______ See description of Inventions below:</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 See additional sheets attached with description of Inventions.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I cannot complete the disclosure above for the inventions listed below, identified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the party(ies) to whom it belongs, and my relationship to such party(ies):</w:t>
      </w:r>
    </w:p>
    <w:p>
      <w:pPr>
        <w:keepNext w:val="0"/>
        <w:spacing w:before="200" w:after="0" w:line="260" w:lineRule="exact"/>
        <w:ind w:left="720" w:right="0" w:firstLine="0"/>
        <w:jc w:val="both"/>
      </w:pPr>
      <w:r>
        <w:rPr>
          <w:rFonts w:ascii="Times New Roman" w:hAnsi="Times New Roman" w:eastAsia="Times New Roman" w:cs="Times New Roman"/>
          <w:b w:val="0"/>
          <w:sz w:val="24"/>
        </w:rPr>
        <w:t>______ See additional sheets attached.</w:t>
      </w:r>
    </w:p>
    <w:p>
      <w:pPr>
        <w:keepNext w:val="0"/>
        <w:spacing w:before="200" w:after="0" w:line="260" w:lineRule="exact"/>
        <w:ind w:left="720" w:right="0" w:firstLine="0"/>
        <w:jc w:val="both"/>
      </w:pPr>
      <w:r>
        <w:rPr>
          <w:rFonts w:ascii="Times New Roman" w:hAnsi="Times New Roman" w:eastAsia="Times New Roman" w:cs="Times New Roman"/>
          <w:b/>
          <w:sz w:val="24"/>
        </w:rPr>
        <w:t>If this Exhibit is left blank, I represent that there are no Prior Inventions.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Employee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