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Conflict of Interest Questionnaire for Employees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[organization]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Conflict of Interest Questionnaire (Employees)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Each year, [organization] requires all licensed healthcare professionals, officers, directors, and key employees to disclose any relationship that may pose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potential conflict of interest with that individual’s role in the organization. Conflicts of interest occur when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individual is faced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decision that might benefit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person’s private interests over the [organization]’s interest or create the possibility that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excess benefit transaction might occur.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Because you hold one of these roles, you are being asked to complete this short conflict of interest questionnaire. Please complete this questionnaire by [date].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regarding this questionnaire, please direct your attention to [compliance officer] at [contact information].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Thank you in advance for your help with this important project.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OVERVIEW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Before completing this questionnaire, please review the [organization]’s code of business ethics and conduct, and its policies on conflicts of interest and prohibited financial relationships.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these policies has been enclosed for your reference.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potential conflicts of interest arise during the course of the calendar year, please contact the [compliance officer] so that you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opportunity to update your answers and disclose any potential conflicts.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DEFINITIONS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Business Relationship(s)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between two persons include the following: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is employed by, or is transacting business with,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second person or with another organization in which the second person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owner, director, officer, or key employee; and (B) Two persons are both involved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enterprise as directors, officers, or owners of more than 10%.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Conflicts of Interest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may exist if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Interested Person (see definition below) can influence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decision of [organization]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manner that could lead, or appear to lead, to the personal gain or advantage of the Interested Person or his or her family members over the interests of [organization].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Family(ial)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is defined to include spouses, parents and grandparents, brothers and sisters, children, grandchildren, great-grandchildren, and spouses of any of these persons.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Financial Interest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means (1)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ownership interest of 5% or greater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enterprise other than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publicly traded company; (2)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position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officer, director, trustee, or key employee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enterprise; or (3)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compensation relationship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enterprise, including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employee, agent, or independent contractor.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Interested Person(s)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means all individuals employed by or otherwise associated with [organization] including, but not limited to, trustees, officers, employees, agents, medical staff, volunteers, and students.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[organization]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includes all business entities under the management or control of [organization].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* * * * *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QUESTIONNAIRE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family member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Financial Interest in any entity with which any [organization] entity has done or does business in the last twelve months?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list the name of the business enterprise and describe your relationship with the business enterprise: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Relationship: 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Have you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family member engaged in any business transaction with any [organization] entity? (You do not have to report any compensation, benefits, or reimbursement of expenses from [organization] or healthcare services or goods received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patient.)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list the name of the [organization] entity and describe the nature of the business transaction: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[Organization] entity Name: 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Business Transaction: 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family member receive any gifts, meals, gratuities, or other remuneration including, but not limited to, consulting fees, honoraria, royalties, and other payments for services from any existing or potential [organization] vendor(s) (e.g., consulting, research design, service on advisory or review committees, research, seminars, lectures, expert witness work, or teaching engagements), the value of which exceeded $10?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list the name of the vendor and describe the nature of the remuneration received: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Vendor Name: 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Remuneration Received: 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of Remuneration Received: _______________________________________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Vendor Name: 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Remuneration Received: 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of Remuneration Received: _______________________________________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Vendor Name: 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Remuneration Received: 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of Remuneration Received: 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family member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Financial Interest in any healthcare provider other than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[organization] entity? (Please note that physicians and other providers do not need to list entities where they have medical staff privileges.)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list the name of the non-[organization] healthcare provider and describe your relationship with the business enterprise: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Relationship: ___________________________________________________________________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currently have, or did you have within the last five years,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Familial relationship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Relationship with any director, officer or employee of [organization]?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identify the individual and describe the nature of the relationship: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Relationship: ___________________________________________________________________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Are you involved with any other matter that could be perceived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Conflict of Interest with [organization]? ☐ Yes ☐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describe: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Conflict of Interest Survey Acknowledgement and Attestation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I have read and agree to comply with [organization]’s code of business ethics and conduct and the policies related to conflicts of interest and prohibited financial relationships to the best of my knowledge. I further certify that the information provided in this questionnaire is accurate and complete to the best of my knowledge.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Signature: 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Printed name: 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Title/Role: 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Date: ___________________________________________________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