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NECTICUT</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Connecticut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Connecticut.</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