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CONNECTICUT</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Connecticut</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