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CONNECTICUT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Other: _______________________________________________________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Connecticut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] 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in the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