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Connecticut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Connecticut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