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ONNECTICUT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Connecticut.</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