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0"/>
        <w:jc w:val="center"/>
      </w:pPr>
      <w:r>
        <w:rPr>
          <w:rFonts w:ascii="Times New Roman" w:hAnsi="Times New Roman" w:eastAsia="Times New Roman" w:cs="Times New Roman"/>
          <w:b/>
          <w:sz w:val="24"/>
        </w:rPr>
        <w:t>DURABLE STATUTORY POWER OF ATTORNEY - SHORT FORM</w:t>
      </w:r>
    </w:p>
    <w:p>
      <w:pPr>
        <w:spacing w:before="240" w:after="0"/>
      </w:pPr>
      <w:r>
        <w:rPr>
          <w:rFonts w:ascii="Times New Roman" w:hAnsi="Times New Roman" w:eastAsia="Times New Roman" w:cs="Times New Roman"/>
          <w:sz w:val="24"/>
        </w:rPr>
        <w:t>Notice: The powers granted by this document are broad and sweeping. They are defined in the Connecticut Uniform Power of Attorney Act, which expressly permits the use of any other or different form of power of attorney desired by the parties concerned. The grantor of any power of attorney or the agent may make application to a Probate Court for an accounting as provided in subsection (d) of section 45a-175 of the general statutes. This power of attorney does not authorize the agent to make health care decisions for you.</w:t>
      </w:r>
    </w:p>
    <w:p>
      <w:pPr>
        <w:spacing w:before="240" w:after="0"/>
      </w:pPr>
      <w:r>
        <w:rPr>
          <w:rFonts w:ascii="Times New Roman" w:hAnsi="Times New Roman" w:eastAsia="Times New Roman" w:cs="Times New Roman"/>
          <w:sz w:val="24"/>
        </w:rPr>
        <w:t>Know All Persons by These Presents, which are intended to constitute a GENERAL POWER OF ATTORNEY pursuant to the Connecticut Uniform Power of Attorney Act:</w:t>
      </w:r>
    </w:p>
    <w:p>
      <w:pPr>
        <w:spacing w:before="240" w:after="0"/>
      </w:pPr>
      <w:r>
        <w:rPr>
          <w:rFonts w:ascii="Times New Roman" w:hAnsi="Times New Roman" w:eastAsia="Times New Roman" w:cs="Times New Roman"/>
          <w:sz w:val="24"/>
        </w:rPr>
        <w:t xml:space="preserve">That 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(insert name and address of the principal) do hereby appoint: </w:t>
      </w:r>
      <w:r>
        <w:rPr>
          <w:rFonts w:ascii="Times New Roman" w:hAnsi="Times New Roman" w:eastAsia="Times New Roman" w:cs="Times New Roman"/>
          <w:sz w:val="24"/>
        </w:rPr>
        <w:t>[NAME]</w:t>
      </w:r>
      <w:r>
        <w:rPr>
          <w:rFonts w:ascii="Times New Roman" w:hAnsi="Times New Roman" w:eastAsia="Times New Roman" w:cs="Times New Roman"/>
          <w:sz w:val="24"/>
        </w:rPr>
        <w:t xml:space="preserve"> (insert name and address of the agent, or each agent, if more than one is designated) my agent(s) TO ACT </w:t>
      </w:r>
      <w:r>
        <w:rPr>
          <w:rFonts w:ascii="Times New Roman" w:hAnsi="Times New Roman" w:eastAsia="Times New Roman" w:cs="Times New Roman"/>
          <w:sz w:val="24"/>
        </w:rPr>
        <w:t>[SEVERALLY OR JOINTLY]</w:t>
      </w:r>
      <w:r>
        <w:rPr>
          <w:rFonts w:ascii="Times New Roman" w:hAnsi="Times New Roman" w:eastAsia="Times New Roman" w:cs="Times New Roman"/>
          <w:sz w:val="24"/>
        </w:rPr>
        <w:t>.</w:t>
      </w:r>
    </w:p>
    <w:p>
      <w:pPr>
        <w:spacing w:before="240" w:after="0"/>
      </w:pPr>
      <w:r>
        <w:rPr>
          <w:rFonts w:ascii="Times New Roman" w:hAnsi="Times New Roman" w:eastAsia="Times New Roman" w:cs="Times New Roman"/>
          <w:sz w:val="24"/>
        </w:rPr>
        <w:t>If more than one agent is designated and the principal wishes each agent alone to be able to exercise the power conferred, insert in this blank the word ‘</w:t>
      </w:r>
      <w:r>
        <w:rPr>
          <w:rFonts w:ascii="Times New Roman" w:hAnsi="Times New Roman" w:eastAsia="Times New Roman" w:cs="Times New Roman"/>
          <w:b/>
          <w:sz w:val="24"/>
        </w:rPr>
        <w:t>severally</w:t>
      </w:r>
      <w:r>
        <w:rPr>
          <w:rFonts w:ascii="Times New Roman" w:hAnsi="Times New Roman" w:eastAsia="Times New Roman" w:cs="Times New Roman"/>
          <w:sz w:val="24"/>
        </w:rPr>
        <w:t>’. Failure to make any insertion or the insertion of the word ‘</w:t>
      </w:r>
      <w:r>
        <w:rPr>
          <w:rFonts w:ascii="Times New Roman" w:hAnsi="Times New Roman" w:eastAsia="Times New Roman" w:cs="Times New Roman"/>
          <w:b/>
          <w:sz w:val="24"/>
        </w:rPr>
        <w:t>jointly</w:t>
      </w:r>
      <w:r>
        <w:rPr>
          <w:rFonts w:ascii="Times New Roman" w:hAnsi="Times New Roman" w:eastAsia="Times New Roman" w:cs="Times New Roman"/>
          <w:sz w:val="24"/>
        </w:rPr>
        <w:t>’ shall require the agents to act jointly.</w:t>
      </w:r>
    </w:p>
    <w:p>
      <w:pPr>
        <w:spacing w:before="240" w:after="0"/>
      </w:pPr>
      <w:r>
        <w:rPr>
          <w:rFonts w:ascii="Times New Roman" w:hAnsi="Times New Roman" w:eastAsia="Times New Roman" w:cs="Times New Roman"/>
          <w:b/>
          <w:sz w:val="24"/>
        </w:rPr>
        <w:t>First</w:t>
      </w:r>
      <w:r>
        <w:rPr>
          <w:rFonts w:ascii="Times New Roman" w:hAnsi="Times New Roman" w:eastAsia="Times New Roman" w:cs="Times New Roman"/>
          <w:sz w:val="24"/>
        </w:rPr>
        <w:t>: In my name, place and stead in any way which I myself could do, if I were personally present, with respect to the following matters as each of them is defined in the Connecticut Uniform Power of Attorney Act to the extent that I am permitted by law to act through an agent:</w:t>
      </w:r>
    </w:p>
    <w:p>
      <w:pPr>
        <w:spacing w:before="240" w:after="0"/>
      </w:pPr>
      <w:r>
        <w:rPr>
          <w:rFonts w:ascii="Times New Roman" w:hAnsi="Times New Roman" w:eastAsia="Times New Roman" w:cs="Times New Roman"/>
          <w:sz w:val="24"/>
        </w:rPr>
        <w:t>(Strike out and initial in the opposite box any one or more of the subparagraphs as to which the principal does NOT desire to give the agent authority. Such elimination of any one or more of subparagraphs (A) to (M), inclusive, shall automatically constitute an elimination also of subparagraph (N).)</w:t>
      </w:r>
    </w:p>
    <w:p>
      <w:pPr>
        <w:spacing w:before="240" w:after="0"/>
      </w:pPr>
      <w:r>
        <w:rPr>
          <w:rFonts w:ascii="Times New Roman" w:hAnsi="Times New Roman" w:eastAsia="Times New Roman" w:cs="Times New Roman"/>
          <w:sz w:val="24"/>
        </w:rPr>
        <w:t>To strike out any subparagraph the principal must draw a line through the text of that subparagraph AND write his initials in the box opposite.</w:t>
      </w:r>
    </w:p>
    <w:p>
      <w:pPr>
        <w:spacing w:before="240" w:after="0"/>
      </w:pPr>
      <w:r>
        <w:rPr>
          <w:rFonts w:ascii="Times New Roman" w:hAnsi="Times New Roman" w:eastAsia="Times New Roman" w:cs="Times New Roman"/>
          <w:sz w:val="24"/>
        </w:rPr>
        <w:t>______________________________________________________________________</w:t>
      </w:r>
    </w:p>
    <w:p>
      <w:pPr>
        <w:spacing w:before="240" w:after="0"/>
      </w:pPr>
      <w:r>
        <w:rPr>
          <w:rFonts w:ascii="Times New Roman" w:hAnsi="Times New Roman" w:eastAsia="Times New Roman" w:cs="Times New Roman"/>
          <w:sz w:val="24"/>
        </w:rPr>
        <w:t>______________________________________________________________________</w:t>
      </w:r>
    </w:p>
    <w:p>
      <w:pPr>
        <w:spacing w:before="240" w:after="0"/>
      </w:pPr>
      <w:r>
        <w:rPr>
          <w:rFonts w:ascii="Times New Roman" w:hAnsi="Times New Roman" w:eastAsia="Times New Roman" w:cs="Times New Roman"/>
          <w:sz w:val="24"/>
        </w:rPr>
        <w:t>______________________________________________________________________</w:t>
      </w:r>
    </w:p>
    <w:p>
      <w:pPr>
        <w:spacing w:before="240" w:after="0"/>
      </w:pPr>
      <w:r>
        <w:rPr>
          <w:rFonts w:ascii="Times New Roman" w:hAnsi="Times New Roman" w:eastAsia="Times New Roman" w:cs="Times New Roman"/>
          <w:sz w:val="24"/>
        </w:rPr>
        <w:t>______________________________________________________________________</w:t>
      </w:r>
    </w:p>
    <w:p>
      <w:pPr>
        <w:spacing w:before="240" w:after="0"/>
      </w:pPr>
      <w:r>
        <w:rPr>
          <w:rFonts w:ascii="Times New Roman" w:hAnsi="Times New Roman" w:eastAsia="Times New Roman" w:cs="Times New Roman"/>
          <w:sz w:val="24"/>
        </w:rPr>
        <w:t>(Special provisions and limitations may be included in the statutory form power of attorney only if they conform to the requirements of the Connecticut Uniform Power of Attorney Act.)</w:t>
      </w:r>
    </w:p>
    <w:p>
      <w:pPr>
        <w:spacing w:before="240" w:after="0"/>
      </w:pPr>
      <w:r>
        <w:rPr>
          <w:rFonts w:ascii="Times New Roman" w:hAnsi="Times New Roman" w:eastAsia="Times New Roman" w:cs="Times New Roman"/>
          <w:b/>
          <w:sz w:val="24"/>
        </w:rPr>
        <w:t>Second</w:t>
      </w:r>
      <w:r>
        <w:rPr>
          <w:rFonts w:ascii="Times New Roman" w:hAnsi="Times New Roman" w:eastAsia="Times New Roman" w:cs="Times New Roman"/>
          <w:sz w:val="24"/>
        </w:rPr>
        <w:t>: LIMITATION ON AGENT'S AUTHORITY</w:t>
      </w:r>
    </w:p>
    <w:p>
      <w:pPr>
        <w:spacing w:before="240" w:after="0"/>
      </w:pPr>
      <w:r>
        <w:rPr>
          <w:rFonts w:ascii="Times New Roman" w:hAnsi="Times New Roman" w:eastAsia="Times New Roman" w:cs="Times New Roman"/>
          <w:sz w:val="24"/>
        </w:rPr>
        <w:t>An agent MAY NOT use my property to benefit the agent or a dependent of the agent unless I have included that authority in any special instructions below.</w:t>
      </w:r>
    </w:p>
    <w:p>
      <w:pPr>
        <w:spacing w:before="240" w:after="0"/>
      </w:pPr>
      <w:r>
        <w:rPr>
          <w:rFonts w:ascii="Times New Roman" w:hAnsi="Times New Roman" w:eastAsia="Times New Roman" w:cs="Times New Roman"/>
          <w:b/>
          <w:sz w:val="24"/>
        </w:rPr>
        <w:t>Third</w:t>
      </w:r>
      <w:r>
        <w:rPr>
          <w:rFonts w:ascii="Times New Roman" w:hAnsi="Times New Roman" w:eastAsia="Times New Roman" w:cs="Times New Roman"/>
          <w:sz w:val="24"/>
        </w:rPr>
        <w:t>: Hereby ratifying and confirming all that said agent(s) or substitute(s) do or cause to be done.</w:t>
      </w:r>
    </w:p>
    <w:p>
      <w:pPr>
        <w:spacing w:before="240" w:after="0"/>
      </w:pPr>
      <w:r>
        <w:rPr>
          <w:rFonts w:ascii="Times New Roman" w:hAnsi="Times New Roman" w:eastAsia="Times New Roman" w:cs="Times New Roman"/>
          <w:b/>
          <w:sz w:val="24"/>
        </w:rPr>
        <w:t>Fourth</w:t>
      </w:r>
      <w:r>
        <w:rPr>
          <w:rFonts w:ascii="Times New Roman" w:hAnsi="Times New Roman" w:eastAsia="Times New Roman" w:cs="Times New Roman"/>
          <w:sz w:val="24"/>
        </w:rPr>
        <w:t>: With full and unqualified authority to exercise or delegate any or all of the foregoing powers granted under this power of attorney to any person or persons whom my agent(s) shall select.</w:t>
      </w:r>
    </w:p>
    <w:p>
      <w:pPr>
        <w:spacing w:before="240" w:after="0"/>
      </w:pPr>
      <w:r>
        <w:rPr>
          <w:rFonts w:ascii="Times New Roman" w:hAnsi="Times New Roman" w:eastAsia="Times New Roman" w:cs="Times New Roman"/>
          <w:b/>
          <w:sz w:val="24"/>
        </w:rPr>
        <w:t>Fifth</w:t>
      </w:r>
      <w:r>
        <w:rPr>
          <w:rFonts w:ascii="Times New Roman" w:hAnsi="Times New Roman" w:eastAsia="Times New Roman" w:cs="Times New Roman"/>
          <w:sz w:val="24"/>
        </w:rPr>
        <w:t>: DESIGNATION OF SUCCESSOR AGENT(S) (OPTIONAL)</w:t>
      </w:r>
    </w:p>
    <w:p>
      <w:pPr>
        <w:spacing w:before="240" w:after="0"/>
      </w:pPr>
      <w:r>
        <w:rPr>
          <w:rFonts w:ascii="Times New Roman" w:hAnsi="Times New Roman" w:eastAsia="Times New Roman" w:cs="Times New Roman"/>
          <w:sz w:val="24"/>
        </w:rPr>
        <w:t>If my agent is unable or unwilling to act for me, I name as my successor agent:</w:t>
      </w:r>
    </w:p>
    <w:p>
      <w:pPr>
        <w:spacing w:before="240" w:after="0"/>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[NAME]</w:t>
      </w:r>
    </w:p>
    <w:p>
      <w:pPr>
        <w:spacing w:before="240" w:after="0"/>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[ADDRESS]</w:t>
      </w:r>
    </w:p>
    <w:p>
      <w:pPr>
        <w:spacing w:before="240" w:after="0"/>
      </w:pPr>
      <w:r>
        <w:rPr>
          <w:rFonts w:ascii="Times New Roman" w:hAnsi="Times New Roman" w:eastAsia="Times New Roman" w:cs="Times New Roman"/>
          <w:sz w:val="24"/>
        </w:rPr>
        <w:t>If my successor agent is unable or unwilling to act for me, I name as my second successor agent:</w:t>
      </w:r>
    </w:p>
    <w:p>
      <w:pPr>
        <w:spacing w:before="240" w:after="0"/>
      </w:pPr>
      <w:r>
        <w:rPr>
          <w:rFonts w:ascii="Times New Roman" w:hAnsi="Times New Roman" w:eastAsia="Times New Roman" w:cs="Times New Roman"/>
          <w:sz w:val="24"/>
        </w:rPr>
        <w:t xml:space="preserve">Name of Second Successor Agent: </w:t>
      </w:r>
      <w:r>
        <w:rPr>
          <w:rFonts w:ascii="Times New Roman" w:hAnsi="Times New Roman" w:eastAsia="Times New Roman" w:cs="Times New Roman"/>
          <w:sz w:val="24"/>
        </w:rPr>
        <w:t>[NAME]</w:t>
      </w:r>
    </w:p>
    <w:p>
      <w:pPr>
        <w:spacing w:before="240" w:after="0"/>
      </w:pPr>
      <w:r>
        <w:rPr>
          <w:rFonts w:ascii="Times New Roman" w:hAnsi="Times New Roman" w:eastAsia="Times New Roman" w:cs="Times New Roman"/>
          <w:sz w:val="24"/>
        </w:rPr>
        <w:t xml:space="preserve">Second Successor Agent's Address: </w:t>
      </w:r>
      <w:r>
        <w:rPr>
          <w:rFonts w:ascii="Times New Roman" w:hAnsi="Times New Roman" w:eastAsia="Times New Roman" w:cs="Times New Roman"/>
          <w:sz w:val="24"/>
        </w:rPr>
        <w:t>[ADDRESS]</w:t>
      </w:r>
    </w:p>
    <w:p>
      <w:pPr>
        <w:spacing w:before="240" w:after="0"/>
      </w:pPr>
      <w:r>
        <w:rPr>
          <w:rFonts w:ascii="Times New Roman" w:hAnsi="Times New Roman" w:eastAsia="Times New Roman" w:cs="Times New Roman"/>
          <w:b/>
          <w:sz w:val="24"/>
        </w:rPr>
        <w:t>Sixth</w:t>
      </w:r>
      <w:r>
        <w:rPr>
          <w:rFonts w:ascii="Times New Roman" w:hAnsi="Times New Roman" w:eastAsia="Times New Roman" w:cs="Times New Roman"/>
          <w:sz w:val="24"/>
        </w:rPr>
        <w:t>: DESIGNATION OF CONSERVATOR OF ESTATE (OPTIONAL)</w:t>
      </w:r>
    </w:p>
    <w:p>
      <w:pPr>
        <w:spacing w:before="240" w:after="0"/>
      </w:pPr>
      <w:r>
        <w:rPr>
          <w:rFonts w:ascii="Times New Roman" w:hAnsi="Times New Roman" w:eastAsia="Times New Roman" w:cs="Times New Roman"/>
          <w:sz w:val="24"/>
        </w:rPr>
        <w:t xml:space="preserve">If a conservator of my estate should be appointed, I designate that </w:t>
      </w:r>
      <w:r>
        <w:rPr>
          <w:rFonts w:ascii="Times New Roman" w:hAnsi="Times New Roman" w:eastAsia="Times New Roman" w:cs="Times New Roman"/>
          <w:sz w:val="24"/>
        </w:rPr>
        <w:t>[NAME]</w:t>
      </w:r>
      <w:r>
        <w:rPr>
          <w:rFonts w:ascii="Times New Roman" w:hAnsi="Times New Roman" w:eastAsia="Times New Roman" w:cs="Times New Roman"/>
          <w:sz w:val="24"/>
        </w:rPr>
        <w:t xml:space="preserve"> be appointed to serve as conservator of my estate. If </w:t>
      </w:r>
      <w:r>
        <w:rPr>
          <w:rFonts w:ascii="Times New Roman" w:hAnsi="Times New Roman" w:eastAsia="Times New Roman" w:cs="Times New Roman"/>
          <w:sz w:val="24"/>
        </w:rPr>
        <w:t>[NAME]</w:t>
      </w:r>
      <w:r>
        <w:rPr>
          <w:rFonts w:ascii="Times New Roman" w:hAnsi="Times New Roman" w:eastAsia="Times New Roman" w:cs="Times New Roman"/>
          <w:sz w:val="24"/>
        </w:rPr>
        <w:t xml:space="preserve"> is unable to serve or cease to serve as conservator of my estate, I designate that </w:t>
      </w:r>
      <w:r>
        <w:rPr>
          <w:rFonts w:ascii="Times New Roman" w:hAnsi="Times New Roman" w:eastAsia="Times New Roman" w:cs="Times New Roman"/>
          <w:sz w:val="24"/>
        </w:rPr>
        <w:t>[NAME]</w:t>
      </w:r>
      <w:r>
        <w:rPr>
          <w:rFonts w:ascii="Times New Roman" w:hAnsi="Times New Roman" w:eastAsia="Times New Roman" w:cs="Times New Roman"/>
          <w:sz w:val="24"/>
        </w:rPr>
        <w:t xml:space="preserve"> be appointed to serve as conservator of my estate.</w:t>
      </w:r>
    </w:p>
    <w:p>
      <w:pPr>
        <w:spacing w:before="240" w:after="0"/>
      </w:pPr>
      <w:r>
        <w:rPr>
          <w:rFonts w:ascii="Times New Roman" w:hAnsi="Times New Roman" w:eastAsia="Times New Roman" w:cs="Times New Roman"/>
          <w:sz w:val="24"/>
        </w:rPr>
        <w:t xml:space="preserve">I direct that bond for the conservator of my estate, including any sureties thereon </w:t>
      </w:r>
    </w:p>
    <w:p>
      <w:pPr>
        <w:spacing w:before="240" w:after="0"/>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be required </w:t>
      </w:r>
    </w:p>
    <w:p>
      <w:pPr>
        <w:spacing w:before="240" w:after="0"/>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sz w:val="24"/>
        </w:rPr>
        <w:t>not be required.</w:t>
      </w:r>
    </w:p>
    <w:p>
      <w:pPr>
        <w:spacing w:before="240" w:after="0"/>
      </w:pPr>
      <w:r>
        <w:rPr>
          <w:rFonts w:ascii="Times New Roman" w:hAnsi="Times New Roman" w:eastAsia="Times New Roman" w:cs="Times New Roman"/>
          <w:b/>
          <w:sz w:val="24"/>
        </w:rPr>
        <w:t>Seventh</w:t>
      </w:r>
      <w:r>
        <w:rPr>
          <w:rFonts w:ascii="Times New Roman" w:hAnsi="Times New Roman" w:eastAsia="Times New Roman" w:cs="Times New Roman"/>
          <w:sz w:val="24"/>
        </w:rPr>
        <w:t>: EFFECTIVE DATE</w:t>
      </w:r>
    </w:p>
    <w:p>
      <w:pPr>
        <w:spacing w:before="240" w:after="0"/>
      </w:pPr>
      <w:r>
        <w:rPr>
          <w:rFonts w:ascii="Times New Roman" w:hAnsi="Times New Roman" w:eastAsia="Times New Roman" w:cs="Times New Roman"/>
          <w:sz w:val="24"/>
        </w:rPr>
        <w:t>This power of attorney is effective immediately unless I have stated otherwise in the special instructions.</w:t>
      </w:r>
    </w:p>
    <w:p>
      <w:pPr>
        <w:spacing w:before="240" w:after="0"/>
      </w:pPr>
      <w:r>
        <w:rPr>
          <w:rFonts w:ascii="Times New Roman" w:hAnsi="Times New Roman" w:eastAsia="Times New Roman" w:cs="Times New Roman"/>
          <w:sz w:val="24"/>
        </w:rPr>
        <w:t>The execution of this statutory short form power of attorney shall be duly acknowledged by the principal in the manner prescribed for the acknowledgment of a conveyance of real property.</w:t>
      </w:r>
    </w:p>
    <w:p>
      <w:pPr>
        <w:spacing w:before="240" w:after="0"/>
      </w:pPr>
      <w:r>
        <w:rPr>
          <w:rFonts w:ascii="Times New Roman" w:hAnsi="Times New Roman" w:eastAsia="Times New Roman" w:cs="Times New Roman"/>
          <w:sz w:val="24"/>
        </w:rPr>
        <w:t xml:space="preserve">In Witness Whereof I have hereunto signed my name and affixed my seal this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20</w:t>
      </w:r>
      <w:r>
        <w:rPr>
          <w:rFonts w:ascii="Times New Roman" w:hAnsi="Times New Roman" w:eastAsia="Times New Roman" w:cs="Times New Roman"/>
          <w:sz w:val="24"/>
        </w:rPr>
        <w:t>[YEAR]</w:t>
      </w:r>
      <w:r>
        <w:rPr>
          <w:rFonts w:ascii="Times New Roman" w:hAnsi="Times New Roman" w:eastAsia="Times New Roman" w:cs="Times New Roman"/>
          <w:sz w:val="24"/>
        </w:rPr>
        <w:t>.</w:t>
      </w:r>
    </w:p>
    <w:p>
      <w:pPr>
        <w:spacing w:before="240" w:after="0"/>
      </w:pPr>
      <w:r>
        <w:rPr>
          <w:rFonts w:ascii="Times New Roman" w:hAnsi="Times New Roman" w:eastAsia="Times New Roman" w:cs="Times New Roman"/>
          <w:sz w:val="24"/>
        </w:rPr>
        <w:t>________________________</w:t>
      </w:r>
    </w:p>
    <w:p>
      <w:pPr/>
      <w:r>
        <w:rPr>
          <w:rFonts w:ascii="Times New Roman" w:hAnsi="Times New Roman" w:eastAsia="Times New Roman" w:cs="Times New Roman"/>
          <w:sz w:val="24"/>
        </w:rPr>
        <w:t>(Signature of Principal)                                                                   (Seal)</w:t>
      </w:r>
    </w:p>
    <w:p>
      <w:pPr>
        <w:spacing w:before="240" w:after="0"/>
      </w:pPr>
      <w:r>
        <w:rPr>
          <w:rFonts w:ascii="Times New Roman" w:hAnsi="Times New Roman" w:eastAsia="Times New Roman" w:cs="Times New Roman"/>
          <w:sz w:val="24"/>
        </w:rPr>
        <w:t>________________________</w:t>
      </w:r>
      <w:r>
        <w:rPr>
          <w:rFonts w:ascii="Times New Roman" w:hAnsi="Times New Roman" w:eastAsia="Times New Roman" w:cs="Times New Roman"/>
          <w:sz w:val="24"/>
        </w:rPr>
        <w:br/>
        <w:t>Witness</w:t>
      </w:r>
    </w:p>
    <w:p>
      <w:pPr>
        <w:spacing w:before="240" w:after="0"/>
      </w:pPr>
      <w:r>
        <w:rPr>
          <w:rFonts w:ascii="Times New Roman" w:hAnsi="Times New Roman" w:eastAsia="Times New Roman" w:cs="Times New Roman"/>
          <w:sz w:val="24"/>
        </w:rPr>
        <w:t>________________________</w:t>
      </w:r>
      <w:r>
        <w:rPr>
          <w:rFonts w:ascii="Times New Roman" w:hAnsi="Times New Roman" w:eastAsia="Times New Roman" w:cs="Times New Roman"/>
          <w:sz w:val="24"/>
        </w:rPr>
        <w:br/>
        <w:t>Witness</w:t>
      </w:r>
    </w:p>
    <w:p>
      <w:pPr>
        <w:spacing w:before="240" w:after="0"/>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r>
        <w:rPr>
          <w:rFonts w:ascii="Times New Roman" w:hAnsi="Times New Roman" w:eastAsia="Times New Roman" w:cs="Times New Roman"/>
          <w:sz w:val="24"/>
        </w:rPr>
        <w:tab/>
      </w:r>
    </w:p>
    <w:p>
      <w:pPr>
        <w:spacing w:before="240" w:after="0"/>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r>
        <w:rPr>
          <w:rFonts w:ascii="Times New Roman" w:hAnsi="Times New Roman" w:eastAsia="Times New Roman" w:cs="Times New Roman"/>
          <w:sz w:val="24"/>
        </w:rPr>
        <w:tab/>
        <w:tab/>
      </w:r>
    </w:p>
    <w:p>
      <w:pPr>
        <w:spacing w:before="240" w:after="0"/>
      </w:pPr>
      <w:r>
        <w:rPr>
          <w:rFonts w:ascii="Times New Roman" w:hAnsi="Times New Roman" w:eastAsia="Times New Roman" w:cs="Times New Roman"/>
          <w:sz w:val="24"/>
        </w:rPr>
        <w:t xml:space="preserve">On this the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20</w:t>
      </w:r>
      <w:r>
        <w:rPr>
          <w:rFonts w:ascii="Times New Roman" w:hAnsi="Times New Roman" w:eastAsia="Times New Roman" w:cs="Times New Roman"/>
          <w:sz w:val="24"/>
        </w:rPr>
        <w:t>[YEAR]</w:t>
      </w:r>
      <w:r>
        <w:rPr>
          <w:rFonts w:ascii="Times New Roman" w:hAnsi="Times New Roman" w:eastAsia="Times New Roman" w:cs="Times New Roman"/>
          <w:sz w:val="24"/>
        </w:rPr>
        <w:t xml:space="preserve"> before me, (name of the principal), signer of the foregoing instrument, personally appeared, and acknowledged the execution of such instrument to be his/her free act and deed.</w:t>
      </w:r>
    </w:p>
    <w:p>
      <w:pPr>
        <w:spacing w:before="240" w:after="0"/>
      </w:pPr>
      <w:r>
        <w:rPr>
          <w:rFonts w:ascii="Times New Roman" w:hAnsi="Times New Roman" w:eastAsia="Times New Roman" w:cs="Times New Roman"/>
          <w:sz w:val="24"/>
        </w:rPr>
        <w:t>________________________</w:t>
      </w:r>
    </w:p>
    <w:p>
      <w:pPr/>
      <w:r>
        <w:rPr>
          <w:rFonts w:ascii="Times New Roman" w:hAnsi="Times New Roman" w:eastAsia="Times New Roman" w:cs="Times New Roman"/>
          <w:sz w:val="24"/>
        </w:rPr>
        <w:t>Commissioner of the Superior Court</w:t>
      </w:r>
    </w:p>
    <w:p>
      <w:pPr/>
    </w:p>
    <w:p>
      <w:pPr/>
      <w:r>
        <w:rPr>
          <w:rFonts w:ascii="Times New Roman" w:hAnsi="Times New Roman" w:eastAsia="Times New Roman" w:cs="Times New Roman"/>
          <w:sz w:val="24"/>
        </w:rPr>
        <w:t>Notary Public</w:t>
      </w:r>
    </w:p>
    <w:p>
      <w:pP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p>
    <w:p>
      <w:pPr>
        <w:spacing w:before="0" w:after="0"/>
        <w:jc w:val="center"/>
      </w:pPr>
      <w:r>
        <w:rPr>
          <w:rFonts w:ascii="Times New Roman" w:hAnsi="Times New Roman" w:eastAsia="Times New Roman" w:cs="Times New Roman"/>
          <w:b/>
          <w:sz w:val="24"/>
        </w:rPr>
        <w:t>IMPORTANT INFORMATION FOR AGENT</w:t>
        <w:br/>
        <w:br/>
        <w:t>Agent's Duties</w:t>
      </w:r>
    </w:p>
    <w:p>
      <w:pPr>
        <w:spacing w:before="240" w:after="0"/>
      </w:pPr>
      <w:r>
        <w:rPr>
          <w:rFonts w:ascii="Times New Roman" w:hAnsi="Times New Roman" w:eastAsia="Times New Roman" w:cs="Times New Roman"/>
          <w:sz w:val="24"/>
        </w:rPr>
        <w:t>When you accept the authority granted under this power of attorney, a special legal relationship is created between you and the principal. This relationship continues until you resign or the power of attorney is terminated or revoked. You must:</w:t>
      </w:r>
    </w:p>
    <w:p>
      <w:pPr>
        <w:spacing w:before="240" w:after="0"/>
        <w:ind w:firstLine="0"/>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spacing w:before="0" w:after="0"/>
        <w:ind w:firstLine="0"/>
      </w:pPr>
      <w:r>
        <w:rPr>
          <w:rFonts w:ascii="Times New Roman" w:hAnsi="Times New Roman" w:eastAsia="Times New Roman" w:cs="Times New Roman"/>
          <w:sz w:val="24"/>
        </w:rPr>
        <w:t>Act in good faith;</w:t>
      </w:r>
    </w:p>
    <w:p>
      <w:pPr>
        <w:spacing w:before="0" w:after="0"/>
        <w:ind w:firstLine="0"/>
      </w:pPr>
      <w:r>
        <w:rPr>
          <w:rFonts w:ascii="Times New Roman" w:hAnsi="Times New Roman" w:eastAsia="Times New Roman" w:cs="Times New Roman"/>
          <w:sz w:val="24"/>
        </w:rPr>
        <w:t>Do nothing beyond the authority granted in this power of attorney; and</w:t>
      </w:r>
    </w:p>
    <w:p>
      <w:pPr>
        <w:spacing w:before="0" w:after="0"/>
        <w:ind w:firstLine="0"/>
      </w:pPr>
      <w:r>
        <w:rPr>
          <w:rFonts w:ascii="Times New Roman" w:hAnsi="Times New Roman" w:eastAsia="Times New Roman" w:cs="Times New Roman"/>
          <w:sz w:val="24"/>
        </w:rPr>
        <w:t xml:space="preserve">Disclose your identity as an agent whenever you act for the principal by writing or printing the name of the principal and signing your own name as “agent” in the following manner: </w:t>
      </w:r>
    </w:p>
    <w:p>
      <w:pPr>
        <w:spacing w:before="240" w:after="0"/>
      </w:pPr>
      <w:r>
        <w:rPr>
          <w:rFonts w:ascii="Times New Roman" w:hAnsi="Times New Roman" w:eastAsia="Times New Roman" w:cs="Times New Roman"/>
          <w:sz w:val="24"/>
        </w:rPr>
        <w:t>(Principal's Name) by (Your Signature) as Agent</w:t>
      </w:r>
    </w:p>
    <w:p>
      <w:pPr>
        <w:spacing w:before="240" w:after="0"/>
      </w:pPr>
      <w:r>
        <w:rPr>
          <w:rFonts w:ascii="Times New Roman" w:hAnsi="Times New Roman" w:eastAsia="Times New Roman" w:cs="Times New Roman"/>
          <w:sz w:val="24"/>
        </w:rPr>
        <w:t>Unless the special instructions in this power of attorney state otherwise, you must also:</w:t>
      </w:r>
    </w:p>
    <w:p>
      <w:pPr>
        <w:spacing w:before="240" w:after="0"/>
        <w:ind w:firstLine="0"/>
      </w:pPr>
      <w:r>
        <w:rPr>
          <w:rFonts w:ascii="Times New Roman" w:hAnsi="Times New Roman" w:eastAsia="Times New Roman" w:cs="Times New Roman"/>
          <w:sz w:val="24"/>
        </w:rPr>
        <w:t>Act loyally for the principal's benefit;</w:t>
      </w:r>
    </w:p>
    <w:p>
      <w:pPr>
        <w:spacing w:before="0" w:after="0"/>
        <w:ind w:firstLine="0"/>
      </w:pPr>
      <w:r>
        <w:rPr>
          <w:rFonts w:ascii="Times New Roman" w:hAnsi="Times New Roman" w:eastAsia="Times New Roman" w:cs="Times New Roman"/>
          <w:sz w:val="24"/>
        </w:rPr>
        <w:t>Avoid conflicts that would impair your ability to act in the principal's best interest;</w:t>
      </w:r>
    </w:p>
    <w:p>
      <w:pPr>
        <w:spacing w:before="0" w:after="0"/>
        <w:ind w:firstLine="0"/>
      </w:pPr>
      <w:r>
        <w:rPr>
          <w:rFonts w:ascii="Times New Roman" w:hAnsi="Times New Roman" w:eastAsia="Times New Roman" w:cs="Times New Roman"/>
          <w:sz w:val="24"/>
        </w:rPr>
        <w:t>Act with care, competence, and diligence;</w:t>
      </w:r>
    </w:p>
    <w:p>
      <w:pPr>
        <w:spacing w:before="0" w:after="0"/>
        <w:ind w:firstLine="0"/>
      </w:pPr>
      <w:r>
        <w:rPr>
          <w:rFonts w:ascii="Times New Roman" w:hAnsi="Times New Roman" w:eastAsia="Times New Roman" w:cs="Times New Roman"/>
          <w:sz w:val="24"/>
        </w:rPr>
        <w:t>Keep a record of all receipts, disbursements, and transactions made on behalf of the principal;</w:t>
      </w:r>
    </w:p>
    <w:p>
      <w:pPr>
        <w:spacing w:before="0" w:after="0"/>
        <w:ind w:firstLine="0"/>
      </w:pPr>
      <w:r>
        <w:rPr>
          <w:rFonts w:ascii="Times New Roman" w:hAnsi="Times New Roman" w:eastAsia="Times New Roman" w:cs="Times New Roman"/>
          <w:sz w:val="24"/>
        </w:rPr>
        <w:t>Cooperate with any person that has authority to make health care decisions for the principal to do what you know the principal reasonably expects or, if you do not know the principal's expectations, to act in the principal's best interest; and</w:t>
      </w:r>
    </w:p>
    <w:p>
      <w:pPr>
        <w:spacing w:before="0" w:after="0"/>
        <w:ind w:firstLine="0"/>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spacing w:before="240" w:after="0"/>
      </w:pPr>
      <w:r>
        <w:rPr>
          <w:rFonts w:ascii="Times New Roman" w:hAnsi="Times New Roman" w:eastAsia="Times New Roman" w:cs="Times New Roman"/>
          <w:b/>
          <w:sz w:val="24"/>
        </w:rPr>
        <w:t>Termination of Agent's Authority</w:t>
      </w:r>
    </w:p>
    <w:p>
      <w:pPr>
        <w:spacing w:before="240" w:after="0"/>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spacing w:before="240" w:after="0"/>
        <w:ind w:firstLine="0"/>
      </w:pPr>
      <w:r>
        <w:rPr>
          <w:rFonts w:ascii="Times New Roman" w:hAnsi="Times New Roman" w:eastAsia="Times New Roman" w:cs="Times New Roman"/>
          <w:sz w:val="24"/>
        </w:rPr>
        <w:t>Death of the principal;</w:t>
      </w:r>
    </w:p>
    <w:p>
      <w:pPr>
        <w:spacing w:before="0" w:after="0"/>
        <w:ind w:firstLine="0"/>
      </w:pPr>
      <w:r>
        <w:rPr>
          <w:rFonts w:ascii="Times New Roman" w:hAnsi="Times New Roman" w:eastAsia="Times New Roman" w:cs="Times New Roman"/>
          <w:sz w:val="24"/>
        </w:rPr>
        <w:t>The principal's revocation of the power of attorney or your authority;</w:t>
      </w:r>
    </w:p>
    <w:p>
      <w:pPr>
        <w:spacing w:before="0" w:after="0"/>
        <w:ind w:firstLine="0"/>
      </w:pPr>
      <w:r>
        <w:rPr>
          <w:rFonts w:ascii="Times New Roman" w:hAnsi="Times New Roman" w:eastAsia="Times New Roman" w:cs="Times New Roman"/>
          <w:sz w:val="24"/>
        </w:rPr>
        <w:t>The occurrence of a termination event stated in the power of attorney;</w:t>
      </w:r>
    </w:p>
    <w:p>
      <w:pPr>
        <w:spacing w:before="0" w:after="0"/>
        <w:ind w:firstLine="0"/>
      </w:pPr>
      <w:r>
        <w:rPr>
          <w:rFonts w:ascii="Times New Roman" w:hAnsi="Times New Roman" w:eastAsia="Times New Roman" w:cs="Times New Roman"/>
          <w:sz w:val="24"/>
        </w:rPr>
        <w:t>The purpose of the power of attorney is fully accomplished; or</w:t>
      </w:r>
    </w:p>
    <w:p>
      <w:pPr>
        <w:spacing w:before="0" w:after="0"/>
        <w:ind w:firstLine="0"/>
      </w:pPr>
      <w:r>
        <w:rPr>
          <w:rFonts w:ascii="Times New Roman" w:hAnsi="Times New Roman" w:eastAsia="Times New Roman" w:cs="Times New Roman"/>
          <w:sz w:val="24"/>
        </w:rPr>
        <w:t>If you are married to the principal, a legal action is filed with a court to end your marriage through divorce or annulment, or for your legal separation, unless the special instructions in this power of attorney state that such an action will not terminate your authority.</w:t>
      </w:r>
    </w:p>
    <w:p>
      <w:pPr>
        <w:spacing w:before="240" w:after="0"/>
      </w:pPr>
      <w:r>
        <w:rPr>
          <w:rFonts w:ascii="Times New Roman" w:hAnsi="Times New Roman" w:eastAsia="Times New Roman" w:cs="Times New Roman"/>
          <w:b/>
          <w:sz w:val="24"/>
        </w:rPr>
        <w:t>Liability of Agent</w:t>
      </w:r>
    </w:p>
    <w:p>
      <w:pPr>
        <w:spacing w:before="240" w:after="0"/>
      </w:pPr>
      <w:r>
        <w:rPr>
          <w:rFonts w:ascii="Times New Roman" w:hAnsi="Times New Roman" w:eastAsia="Times New Roman" w:cs="Times New Roman"/>
          <w:sz w:val="24"/>
        </w:rPr>
        <w:t>The meaning of the authority granted to you is defined in the Connecticut Uniform Power of Attorney Act, sections 1-350 to 1-353b, inclusive. If you violate the Connecticut Uniform Power of Attorney Act, sections 1-350 to 1-353b, inclusive, or act outside the authority granted, you may be liable for any damages caused by your violation.</w:t>
      </w:r>
    </w:p>
    <w:p>
      <w:pPr>
        <w:spacing w:before="240" w:after="0"/>
      </w:pPr>
      <w:r>
        <w:rPr>
          <w:rFonts w:ascii="Times New Roman" w:hAnsi="Times New Roman" w:eastAsia="Times New Roman" w:cs="Times New Roman"/>
          <w:sz w:val="24"/>
        </w:rPr>
        <w:t>If there is anything about this document or your duties that you do not understand, you should seek legal advice.</w:t>
      </w:r>
    </w:p>
    <w:p>
      <w:pPr/>
    </w:p>
    <w:p>
      <w:pPr>
        <w:spacing w:before="0" w:after="0"/>
        <w:jc w:val="center"/>
      </w:pPr>
      <w:r>
        <w:rPr>
          <w:rFonts w:ascii="Times New Roman" w:hAnsi="Times New Roman" w:eastAsia="Times New Roman" w:cs="Times New Roman"/>
          <w:b/>
          <w:sz w:val="24"/>
        </w:rPr>
        <w:t>AGENT'S CERTIFICATION AS TO THE</w:t>
        <w:br/>
        <w:t>VALIDITY OF POWER OF ATTORNEY</w:t>
        <w:br/>
        <w:t>AND AGENT'S AUTHORITY</w:t>
      </w:r>
    </w:p>
    <w:p>
      <w:pPr>
        <w:spacing w:before="240" w:after="0"/>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spacing w:before="240" w:after="0"/>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p>
    <w:p>
      <w:pPr>
        <w:spacing w:before="240" w:after="0"/>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(Name of Agent), certify under penalty of false statement that </w:t>
      </w:r>
      <w:r>
        <w:rPr>
          <w:rFonts w:ascii="Times New Roman" w:hAnsi="Times New Roman" w:eastAsia="Times New Roman" w:cs="Times New Roman"/>
          <w:sz w:val="24"/>
        </w:rPr>
        <w:t>[NAME]</w:t>
      </w:r>
      <w:r>
        <w:rPr>
          <w:rFonts w:ascii="Times New Roman" w:hAnsi="Times New Roman" w:eastAsia="Times New Roman" w:cs="Times New Roman"/>
          <w:sz w:val="24"/>
        </w:rPr>
        <w:t xml:space="preserve"> (Name of Principal) granted me authority as an agent or successor agent in a power of attorney dated </w:t>
      </w:r>
      <w:r>
        <w:rPr>
          <w:rFonts w:ascii="Times New Roman" w:hAnsi="Times New Roman" w:eastAsia="Times New Roman" w:cs="Times New Roman"/>
          <w:sz w:val="24"/>
        </w:rPr>
        <w:t>[DATE]</w:t>
      </w:r>
      <w:r>
        <w:rPr>
          <w:rFonts w:ascii="Times New Roman" w:hAnsi="Times New Roman" w:eastAsia="Times New Roman" w:cs="Times New Roman"/>
          <w:sz w:val="24"/>
        </w:rPr>
        <w:t>.</w:t>
      </w:r>
    </w:p>
    <w:p>
      <w:pPr>
        <w:spacing w:before="240" w:after="0"/>
      </w:pPr>
      <w:r>
        <w:rPr>
          <w:rFonts w:ascii="Times New Roman" w:hAnsi="Times New Roman" w:eastAsia="Times New Roman" w:cs="Times New Roman"/>
          <w:sz w:val="24"/>
        </w:rPr>
        <w:t>I further certify that to my knowledge:</w:t>
      </w:r>
    </w:p>
    <w:p>
      <w:pPr>
        <w:spacing w:before="240" w:after="0"/>
      </w:pPr>
      <w:r>
        <w:rPr>
          <w:rFonts w:ascii="Times New Roman" w:hAnsi="Times New Roman" w:eastAsia="Times New Roman" w:cs="Times New Roman"/>
          <w:sz w:val="24"/>
        </w:rPr>
        <w:t>the Principal is alive and has not revoked the Power of Attorney or my authority to act under the Power of Attorney and the Power of Attorney and my authority to act under the Power of Attorney have not terminated;</w:t>
      </w:r>
    </w:p>
    <w:p>
      <w:pPr>
        <w:spacing w:before="240" w:after="0"/>
      </w:pPr>
      <w:r>
        <w:rPr>
          <w:rFonts w:ascii="Times New Roman" w:hAnsi="Times New Roman" w:eastAsia="Times New Roman" w:cs="Times New Roman"/>
          <w:sz w:val="24"/>
        </w:rPr>
        <w:t>if the Power of Attorney was drafted to become effective upon the happening of an event or contingency, the event or contingency has occurred;</w:t>
      </w:r>
    </w:p>
    <w:p>
      <w:pPr>
        <w:spacing w:before="240" w:after="0"/>
      </w:pPr>
      <w:r>
        <w:rPr>
          <w:rFonts w:ascii="Times New Roman" w:hAnsi="Times New Roman" w:eastAsia="Times New Roman" w:cs="Times New Roman"/>
          <w:sz w:val="24"/>
        </w:rPr>
        <w:t>if I was named as a successor agent, the prior agent is no longer able or willing to serve; and</w:t>
      </w:r>
    </w:p>
    <w:p>
      <w:pPr>
        <w:spacing w:before="240" w:after="0"/>
      </w:pPr>
      <w:r>
        <w:rPr>
          <w:rFonts w:ascii="Times New Roman" w:hAnsi="Times New Roman" w:eastAsia="Times New Roman" w:cs="Times New Roman"/>
          <w:sz w:val="24"/>
        </w:rPr>
        <w:t>[DETAILS]</w:t>
      </w:r>
      <w:r>
        <w:rPr>
          <w:rFonts w:ascii="Times New Roman" w:hAnsi="Times New Roman" w:eastAsia="Times New Roman" w:cs="Times New Roman"/>
          <w:sz w:val="24"/>
        </w:rPr>
        <w:t>(Insert other relevant statements)</w:t>
      </w:r>
    </w:p>
    <w:p>
      <w:pPr>
        <w:spacing w:before="240" w:after="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__________________________________</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p>
    <w:p>
      <w:pPr/>
      <w:r>
        <w:rPr>
          <w:rFonts w:ascii="Times New Roman" w:hAnsi="Times New Roman" w:eastAsia="Times New Roman" w:cs="Times New Roman"/>
          <w:sz w:val="24"/>
        </w:rPr>
        <w:t>(Agent's Signature)                (Date)</w:t>
      </w:r>
    </w:p>
    <w:p>
      <w:pPr/>
    </w:p>
    <w:p>
      <w:pPr/>
      <w:r>
        <w:rPr>
          <w:rFonts w:ascii="Times New Roman" w:hAnsi="Times New Roman" w:eastAsia="Times New Roman" w:cs="Times New Roman"/>
          <w:sz w:val="24"/>
        </w:rPr>
        <w:t>[NAME]</w:t>
      </w:r>
    </w:p>
    <w:p>
      <w:pPr/>
      <w:r>
        <w:rPr>
          <w:rFonts w:ascii="Times New Roman" w:hAnsi="Times New Roman" w:eastAsia="Times New Roman" w:cs="Times New Roman"/>
          <w:sz w:val="24"/>
        </w:rPr>
        <w:t>(Agent's Name Printed)</w:t>
      </w:r>
    </w:p>
    <w:p>
      <w:pP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(Agent's Address)</w:t>
      </w:r>
    </w:p>
    <w:p>
      <w:pPr/>
    </w:p>
    <w:p>
      <w:pPr/>
      <w:r>
        <w:rPr>
          <w:rFonts w:ascii="Times New Roman" w:hAnsi="Times New Roman" w:eastAsia="Times New Roman" w:cs="Times New Roman"/>
          <w:sz w:val="24"/>
        </w:rPr>
        <w:t>[NUMBER]</w:t>
      </w:r>
    </w:p>
    <w:p>
      <w:pPr/>
      <w:r>
        <w:rPr>
          <w:rFonts w:ascii="Times New Roman" w:hAnsi="Times New Roman" w:eastAsia="Times New Roman" w:cs="Times New Roman"/>
          <w:sz w:val="24"/>
        </w:rPr>
        <w:t>(Agent's Telephone Number)</w:t>
      </w:r>
    </w:p>
    <w:p>
      <w:pPr/>
    </w:p>
    <w:p>
      <w:pPr/>
      <w:r>
        <w:rPr>
          <w:rFonts w:ascii="Times New Roman" w:hAnsi="Times New Roman" w:eastAsia="Times New Roman" w:cs="Times New Roman"/>
          <w:sz w:val="24"/>
        </w:rPr>
        <w:t xml:space="preserve">This document was acknowledged before me on </w:t>
      </w:r>
      <w:r>
        <w:rPr>
          <w:rFonts w:ascii="Times New Roman" w:hAnsi="Times New Roman" w:eastAsia="Times New Roman" w:cs="Times New Roman"/>
          <w:sz w:val="24"/>
        </w:rPr>
        <w:t>[DATE]</w:t>
      </w:r>
    </w:p>
    <w:p>
      <w:pPr/>
    </w:p>
    <w:p>
      <w:pPr/>
      <w:r>
        <w:rPr>
          <w:rFonts w:ascii="Times New Roman" w:hAnsi="Times New Roman" w:eastAsia="Times New Roman" w:cs="Times New Roman"/>
          <w:sz w:val="24"/>
        </w:rPr>
        <w:t xml:space="preserve">by </w:t>
      </w:r>
      <w:r>
        <w:rPr>
          <w:rFonts w:ascii="Times New Roman" w:hAnsi="Times New Roman" w:eastAsia="Times New Roman" w:cs="Times New Roman"/>
          <w:sz w:val="24"/>
        </w:rPr>
        <w:t>[NAME]</w:t>
      </w:r>
      <w:r>
        <w:rPr>
          <w:rFonts w:ascii="Times New Roman" w:hAnsi="Times New Roman" w:eastAsia="Times New Roman" w:cs="Times New Roman"/>
          <w:sz w:val="24"/>
        </w:rPr>
        <w:t>.</w:t>
        <w:br/>
      </w:r>
    </w:p>
    <w:p>
      <w:pPr/>
    </w:p>
    <w:p>
      <w:pPr/>
      <w:r>
        <w:rPr>
          <w:rFonts w:ascii="Times New Roman" w:hAnsi="Times New Roman" w:eastAsia="Times New Roman" w:cs="Times New Roman"/>
          <w:sz w:val="24"/>
        </w:rPr>
        <w:t>________________________________________</w:t>
      </w:r>
      <w:r>
        <w:rPr>
          <w:rFonts w:ascii="Times New Roman" w:hAnsi="Times New Roman" w:eastAsia="Times New Roman" w:cs="Times New Roman"/>
          <w:sz w:val="24"/>
        </w:rPr>
        <w:t xml:space="preserve">                                (Seal, if any)</w:t>
      </w:r>
    </w:p>
    <w:p>
      <w:pPr/>
      <w:r>
        <w:rPr>
          <w:rFonts w:ascii="Times New Roman" w:hAnsi="Times New Roman" w:eastAsia="Times New Roman" w:cs="Times New Roman"/>
          <w:sz w:val="24"/>
        </w:rPr>
        <w:t>(Signature of Commissioner of Superior Court/Notary)</w:t>
        <w:br/>
      </w: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