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ONNECTICUT</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Connecticut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Connecticut.</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