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Consent to Assignment and Delegation</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undersigned, having entered into [name and date of agreement, e.g., Sales Agreement dated June 1, 2020)] ("Agreement") with [name of assignor] ("Assignor"),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of which is annexed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hereby consents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of rights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delegation of performance of duties under the Agreement by Assignor to [name of assignee],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[state of incorporation or organization] [type of business entity, e.g., corporation] with its principal place of business located at [address] ("Assignee").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consent does not release Assignor from any liability or responsibility under the Agreement, and Assignor shall be responsible to the undersigned for any default or breach on the part of Assignee. Nor is this consent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estoppel with respect to any rights the undersigned may have by reason of Assignor's past performance or failure to perform under the Agreement.</w:t>
      </w:r>
    </w:p>
    <w:p>
      <w:pPr>
        <w:keepNext w:val="0"/>
        <w:spacing w:before="200" w:after="0" w:line="260" w:lineRule="exact"/>
        <w:ind w:left="360" w:right="0" w:firstLine="0"/>
        <w:jc w:val="both"/>
      </w:pPr>
      <w:r>
        <w:rPr>
          <w:rFonts w:ascii="Times New Roman" w:hAnsi="Times New Roman" w:eastAsia="Times New Roman" w:cs="Times New Roman"/>
          <w:b w:val="0"/>
          <w:sz w:val="24"/>
        </w:rPr>
        <w:t>This consent is conditioned upon the acceptance of the terms hereof by Assignee. By accepting the assignment, Assignee assumes all of the obligations and duties of the Assignor and shall be liable jointly and severally with Assignor for any default or breach of the Agreement, whether such default be past or future.</w:t>
      </w:r>
    </w:p>
    <w:p>
      <w:pPr>
        <w:keepNext w:val="0"/>
        <w:spacing w:before="200" w:after="0" w:line="260" w:lineRule="exact"/>
        <w:ind w:left="360" w:right="0" w:firstLine="0"/>
        <w:jc w:val="both"/>
      </w:pPr>
      <w:r>
        <w:rPr>
          <w:rFonts w:ascii="Times New Roman" w:hAnsi="Times New Roman" w:eastAsia="Times New Roman" w:cs="Times New Roman"/>
          <w:b w:val="0"/>
          <w:sz w:val="24"/>
        </w:rPr>
        <w:t>No provision of this consent shall be deemed to alter or modify any term or condition of the Agreement except insofar as such provision relates to the assignment and delegation being consented to herein.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written assignment of rights and delegation of performance is to be executed simultaneously herewith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w:t>
      </w:r>
    </w:p>
    <w:p>
      <w:pPr>
        <w:keepNext w:val="0"/>
        <w:spacing w:before="200" w:after="0" w:line="260" w:lineRule="exact"/>
        <w:ind w:left="360" w:right="0" w:firstLine="0"/>
        <w:jc w:val="both"/>
      </w:pPr>
      <w:r>
        <w:rPr>
          <w:rFonts w:ascii="Times New Roman" w:hAnsi="Times New Roman" w:eastAsia="Times New Roman" w:cs="Times New Roman"/>
          <w:b w:val="0"/>
          <w:sz w:val="24"/>
        </w:rPr>
        <w:t>Read, approved and accepted by:</w:t>
      </w:r>
    </w:p>
    <w:p>
      <w:pPr>
        <w:keepNext w:val="0"/>
        <w:spacing w:before="120" w:after="0" w:line="260" w:lineRule="exact"/>
        <w:ind w:left="360" w:right="0" w:firstLine="0"/>
        <w:jc w:val="left"/>
      </w:pPr>
      <w:r>
        <w:rPr>
          <w:rFonts w:ascii="Times New Roman" w:hAnsi="Times New Roman" w:eastAsia="Times New Roman" w:cs="Times New Roman"/>
          <w:b w:val="0"/>
          <w:sz w:val="24"/>
        </w:rPr>
        <w:t>[name of Assignor]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[name of Assignee]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