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CONSTRUCTION CONTRACT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Construction Contract (“Agreement”) is made between:</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xml:space="preserve">: ____________________ with a mailing address of ____________________, City of ____________________, State of ____________________, (“Client”) </w:t>
      </w:r>
    </w:p>
    <w:p>
      <w:pPr/>
    </w:p>
    <w:p>
      <w:pPr/>
      <w:r>
        <w:rPr>
          <w:rFonts w:ascii="Times New Roman" w:hAnsi="Times New Roman" w:eastAsia="Times New Roman" w:cs="Times New Roman"/>
          <w:sz w:val="24"/>
        </w:rPr>
        <w:t xml:space="preserve">AND </w:t>
      </w:r>
    </w:p>
    <w:p>
      <w:pPr/>
    </w:p>
    <w:p>
      <w:pPr/>
      <w:r>
        <w:rPr>
          <w:rFonts w:ascii="Times New Roman" w:hAnsi="Times New Roman" w:eastAsia="Times New Roman" w:cs="Times New Roman"/>
          <w:b/>
          <w:sz w:val="24"/>
        </w:rPr>
        <w:t>Contractor</w:t>
      </w:r>
      <w:r>
        <w:rPr>
          <w:rFonts w:ascii="Times New Roman" w:hAnsi="Times New Roman" w:eastAsia="Times New Roman" w:cs="Times New Roman"/>
          <w:sz w:val="24"/>
        </w:rPr>
        <w:t>: ____________________ with a mailing address of ____________________, City of ____________________, State of ____________________ (“Contractor”).</w:t>
      </w:r>
    </w:p>
    <w:p>
      <w:pPr/>
    </w:p>
    <w:p>
      <w:pPr/>
      <w:r>
        <w:rPr>
          <w:rFonts w:ascii="Times New Roman" w:hAnsi="Times New Roman" w:eastAsia="Times New Roman" w:cs="Times New Roman"/>
          <w:sz w:val="24"/>
        </w:rPr>
        <w:t>WHEREAS the Client intends to pay the Contractor for Services provided, effective ____________________, 20___,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The Contractor agrees to perform the following: ________________________</w:t>
      </w:r>
    </w:p>
    <w:p>
      <w:pPr/>
      <w:r>
        <w:rPr>
          <w:rFonts w:ascii="Times New Roman" w:hAnsi="Times New Roman" w:eastAsia="Times New Roman" w:cs="Times New Roman"/>
          <w:sz w:val="24"/>
        </w:rPr>
        <w:t>____________________________________________________________________________.</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Commission in the amount of: 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_____________________________________________________________.</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 20___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____________________, 20___.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___________________________________________. </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Date of 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Have the option to terminate this Agreement at any time by providing ____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__________________________________________</w:t>
      </w:r>
    </w:p>
    <w:p>
      <w:pPr/>
      <w:r>
        <w:rPr>
          <w:rFonts w:ascii="Times New Roman" w:hAnsi="Times New Roman" w:eastAsia="Times New Roman" w:cs="Times New Roman"/>
          <w:sz w:val="24"/>
        </w:rPr>
        <w:t>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Company: ______________________</w:t>
      </w:r>
    </w:p>
    <w:p>
      <w:pPr/>
    </w:p>
    <w:p>
      <w:pPr/>
      <w:r>
        <w:rPr>
          <w:rFonts w:ascii="Times New Roman" w:hAnsi="Times New Roman" w:eastAsia="Times New Roman" w:cs="Times New Roman"/>
          <w:sz w:val="24"/>
        </w:rPr>
        <w:t>Print Name: 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