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>
          <w:rFonts w:ascii="Times New Roman" w:hAnsi="Times New Roman" w:eastAsia="Times New Roman" w:cs="Times New Roman"/>
          <w:sz w:val="24"/>
        </w:rPr>
        <w:tab/>
        <w:t>CONSTRUCTION Invoice</w:t>
      </w:r>
    </w:p>
    <w:p>
      <w:pPr/>
    </w:p>
    <w:p>
      <w:pPr/>
    </w:p>
    <w:p>
      <w:pPr/>
    </w:p>
    <w:p>
      <w:pPr/>
    </w:p>
    <w:p>
      <w:pPr/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Terms and Conditions</w:t>
      </w:r>
    </w:p>
    <w:p>
      <w:pPr/>
      <w:r>
        <w:rPr>
          <w:rFonts w:ascii="Times New Roman" w:hAnsi="Times New Roman" w:eastAsia="Times New Roman" w:cs="Times New Roman"/>
          <w:sz w:val="24"/>
        </w:rPr>
        <w:t>Thank you for your business. Please send payment within ______ days of receiving this invoice. There will be a ______% per ______ on late invoices.</w:t>
      </w:r>
    </w:p>
    <w:p>
      <w:pPr>
        <w:jc w:val="center"/>
      </w:pPr>
    </w:p>
    <w:p>
      <w:pPr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Please Choose a Payment Type</w:t>
      </w:r>
    </w:p>
    <w:p>
      <w:pPr>
        <w:jc w:val="center"/>
      </w:pP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Credit Card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Visa    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MasterCard       </w:t>
      </w:r>
      <w:r>
        <w:rPr>
          <w:rFonts w:ascii="Times New Roman" w:hAnsi="Times New Roman" w:eastAsia="Times New Roman" w:cs="Times New Roman"/>
          <w:sz w:val="24"/>
        </w:rPr>
        <w:t xml:space="preserve"> Discover       </w:t>
      </w:r>
      <w:r>
        <w:rPr>
          <w:rFonts w:ascii="Times New Roman" w:hAnsi="Times New Roman" w:eastAsia="Times New Roman" w:cs="Times New Roman"/>
          <w:sz w:val="24"/>
        </w:rPr>
        <w:t xml:space="preserve"> American Express    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Cardholder Name</w:t>
        <w:tab/>
        <w:t>___________________________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Account/CC Number ___________________________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Expiration Date ____ /____</w:t>
      </w:r>
    </w:p>
    <w:p>
      <w:pPr/>
      <w:r>
        <w:rPr>
          <w:rFonts w:ascii="Times New Roman" w:hAnsi="Times New Roman" w:eastAsia="Times New Roman" w:cs="Times New Roman"/>
          <w:sz w:val="24"/>
        </w:rPr>
        <w:t>CVV ____</w:t>
      </w:r>
    </w:p>
    <w:p>
      <w:pPr/>
      <w:r>
        <w:rPr>
          <w:rFonts w:ascii="Times New Roman" w:hAnsi="Times New Roman" w:eastAsia="Times New Roman" w:cs="Times New Roman"/>
          <w:sz w:val="24"/>
        </w:rPr>
        <w:t>Zip Code 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authorize the above named business/individual to charge the credit card indicated in this authorization form according to the terms outlined above. This payment authorization is for the goods/services described above, for the amount indicated above only, and is valid for one (1) time use only. I certify that I am an authorized user of this credit card and that I will not dispute the payment with my credit card company; so long as the transaction corresponds to the terms indicated in this form.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SIGNATURE </w:t>
      </w:r>
      <w:r>
        <w:rPr>
          <w:rFonts w:ascii="Times New Roman" w:hAnsi="Times New Roman" w:eastAsia="Times New Roman" w:cs="Times New Roman"/>
          <w:sz w:val="24"/>
        </w:rPr>
        <w:t>___________________________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           DATE 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                  </w:t>
      </w:r>
      <w:r>
        <w:rPr>
          <w:rFonts w:ascii="Times New Roman" w:hAnsi="Times New Roman" w:eastAsia="Times New Roman" w:cs="Times New Roman"/>
          <w:sz w:val="24"/>
        </w:rPr>
        <w:t>(cardholder name)</w:t>
      </w:r>
    </w:p>
    <w:p>
      <w:pPr/>
    </w:p>
    <w:p>
      <w:pPr>
        <w:spacing w:before="0" w:after="240"/>
      </w:pPr>
    </w:p>
    <w:p>
      <w:pPr>
        <w:spacing w:before="0" w:after="240"/>
      </w:pPr>
      <w:r>
        <w:rPr>
          <w:rFonts w:ascii="Times New Roman" w:hAnsi="Times New Roman" w:eastAsia="Times New Roman" w:cs="Times New Roman"/>
          <w:b/>
          <w:sz w:val="24"/>
        </w:rPr>
        <w:t>Bank Wire</w:t>
      </w:r>
    </w:p>
    <w:p>
      <w:pPr/>
      <w:r>
        <w:rPr>
          <w:rFonts w:ascii="Times New Roman" w:hAnsi="Times New Roman" w:eastAsia="Times New Roman" w:cs="Times New Roman"/>
          <w:sz w:val="24"/>
        </w:rPr>
        <w:t>Name on Bank Account: 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Street Address: 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Bank Name: _________________________ </w:t>
      </w:r>
    </w:p>
    <w:p>
      <w:pPr/>
      <w:r>
        <w:rPr>
          <w:rFonts w:ascii="Times New Roman" w:hAnsi="Times New Roman" w:eastAsia="Times New Roman" w:cs="Times New Roman"/>
          <w:sz w:val="24"/>
        </w:rPr>
        <w:t>Account Number: 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Routing Number: 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Account Type: _________________________</w:t>
      </w:r>
    </w:p>
    <w:p>
      <w:pPr/>
    </w:p>
    <w:p>
      <w:pPr/>
    </w:p>
    <w:p>
      <w:pPr>
        <w:spacing w:before="0" w:after="240"/>
      </w:pPr>
    </w:p>
    <w:p>
      <w:pPr/>
      <w:r>
        <w:rPr>
          <w:rFonts w:ascii="Times New Roman" w:hAnsi="Times New Roman" w:eastAsia="Times New Roman" w:cs="Times New Roman"/>
          <w:b/>
          <w:sz w:val="24"/>
        </w:rPr>
        <w:t>Email:</w:t>
      </w:r>
      <w:r>
        <w:rPr>
          <w:rFonts w:ascii="Times New Roman" w:hAnsi="Times New Roman" w:eastAsia="Times New Roman" w:cs="Times New Roman"/>
          <w:sz w:val="24"/>
        </w:rPr>
        <w:t xml:space="preserve"> 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