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Construction Subcontract Agreement</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sz w:val="24"/>
        </w:rPr>
        <w:t>Subcontract No.</w:t>
      </w:r>
      <w:r>
        <w:rPr>
          <w:rFonts w:ascii="Times New Roman" w:hAnsi="Times New Roman" w:eastAsia="Times New Roman" w:cs="Times New Roman"/>
          <w:b w:val="0"/>
          <w:sz w:val="24"/>
        </w:rPr>
        <w:t xml:space="preserve"> [subcontract number]</w:t>
      </w:r>
    </w:p>
    <w:p>
      <w:pPr>
        <w:keepNext w:val="0"/>
        <w:spacing w:before="200" w:after="0" w:line="260" w:lineRule="exact"/>
        <w:ind w:left="360" w:right="0" w:firstLine="0"/>
        <w:jc w:val="both"/>
      </w:pPr>
      <w:r>
        <w:rPr>
          <w:rFonts w:ascii="Times New Roman" w:hAnsi="Times New Roman" w:eastAsia="Times New Roman" w:cs="Times New Roman"/>
          <w:b/>
          <w:sz w:val="24"/>
        </w:rPr>
        <w:t>Date:</w:t>
      </w:r>
      <w:r>
        <w:rPr>
          <w:rFonts w:ascii="Times New Roman" w:hAnsi="Times New Roman" w:eastAsia="Times New Roman" w:cs="Times New Roman"/>
          <w:b w:val="0"/>
          <w:sz w:val="24"/>
        </w:rPr>
        <w:t xml:space="preserve"> [month] [day], [year]</w:t>
      </w:r>
    </w:p>
    <w:p>
      <w:pPr>
        <w:keepNext w:val="0"/>
        <w:spacing w:before="120" w:after="0" w:line="260" w:lineRule="exact"/>
        <w:ind w:left="360" w:right="0" w:firstLine="0"/>
        <w:jc w:val="left"/>
      </w:pPr>
      <w:r>
        <w:rPr>
          <w:rFonts w:ascii="Times New Roman" w:hAnsi="Times New Roman" w:eastAsia="Times New Roman" w:cs="Times New Roman"/>
          <w:b/>
          <w:sz w:val="24"/>
        </w:rPr>
        <w:t>SUBCONTRACT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[Contractor],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w:t>
      </w:r>
      <w:r>
        <w:rPr>
          <w:rFonts w:ascii="Times New Roman" w:hAnsi="Times New Roman" w:eastAsia="Times New Roman" w:cs="Times New Roman"/>
          <w:b w:val="0"/>
          <w:sz w:val="24"/>
        </w:rPr>
        <w:t>Contractor</w:t>
      </w:r>
      <w:r>
        <w:rPr>
          <w:rFonts w:ascii="Times New Roman" w:hAnsi="Times New Roman" w:eastAsia="Times New Roman" w:cs="Times New Roman"/>
          <w:b w:val="0"/>
          <w:sz w:val="24"/>
        </w:rPr>
        <w:t xml:space="preserve">"), hereby contracts with [subcontractor],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w:t>
      </w:r>
      <w:r>
        <w:rPr>
          <w:rFonts w:ascii="Times New Roman" w:hAnsi="Times New Roman" w:eastAsia="Times New Roman" w:cs="Times New Roman"/>
          <w:b w:val="0"/>
          <w:sz w:val="24"/>
        </w:rPr>
        <w:t>Subcontractor</w:t>
      </w:r>
      <w:r>
        <w:rPr>
          <w:rFonts w:ascii="Times New Roman" w:hAnsi="Times New Roman" w:eastAsia="Times New Roman" w:cs="Times New Roman"/>
          <w:b w:val="0"/>
          <w:sz w:val="24"/>
        </w:rPr>
        <w:t>"), in connection with Contractor's obligations as the general contractor for [project] (the "</w:t>
      </w:r>
      <w:r>
        <w:rPr>
          <w:rFonts w:ascii="Times New Roman" w:hAnsi="Times New Roman" w:eastAsia="Times New Roman" w:cs="Times New Roman"/>
          <w:b w:val="0"/>
          <w:sz w:val="24"/>
        </w:rPr>
        <w:t>Project</w:t>
      </w:r>
      <w:r>
        <w:rPr>
          <w:rFonts w:ascii="Times New Roman" w:hAnsi="Times New Roman" w:eastAsia="Times New Roman" w:cs="Times New Roman"/>
          <w:b w:val="0"/>
          <w:sz w:val="24"/>
        </w:rPr>
        <w:t xml:space="preserve">"),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dated [contract date] (the "</w:t>
      </w:r>
      <w:r>
        <w:rPr>
          <w:rFonts w:ascii="Times New Roman" w:hAnsi="Times New Roman" w:eastAsia="Times New Roman" w:cs="Times New Roman"/>
          <w:b w:val="0"/>
          <w:sz w:val="24"/>
        </w:rPr>
        <w:t>General Contract</w:t>
      </w:r>
      <w:r>
        <w:rPr>
          <w:rFonts w:ascii="Times New Roman" w:hAnsi="Times New Roman" w:eastAsia="Times New Roman" w:cs="Times New Roman"/>
          <w:b w:val="0"/>
          <w:sz w:val="24"/>
        </w:rPr>
        <w:t xml:space="preserve">") between Contractor and [project owner],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w:t>
      </w:r>
      <w:r>
        <w:rPr>
          <w:rFonts w:ascii="Times New Roman" w:hAnsi="Times New Roman" w:eastAsia="Times New Roman" w:cs="Times New Roman"/>
          <w:b w:val="0"/>
          <w:sz w:val="24"/>
        </w:rPr>
        <w:t>Owner</w:t>
      </w:r>
      <w:r>
        <w:rPr>
          <w:rFonts w:ascii="Times New Roman" w:hAnsi="Times New Roman" w:eastAsia="Times New Roman" w:cs="Times New Roman"/>
          <w:b w:val="0"/>
          <w:sz w:val="24"/>
        </w:rPr>
        <w:t xml:space="preserve">"), in accordance with plans and specifications prepared by [architect],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of formation] [entity type] ("</w:t>
      </w:r>
      <w:r>
        <w:rPr>
          <w:rFonts w:ascii="Times New Roman" w:hAnsi="Times New Roman" w:eastAsia="Times New Roman" w:cs="Times New Roman"/>
          <w:b w:val="0"/>
          <w:sz w:val="24"/>
        </w:rPr>
        <w:t>Architect</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sz w:val="24"/>
        </w:rPr>
        <w:t>WITNESSETH:</w:t>
      </w:r>
    </w:p>
    <w:p>
      <w:pPr>
        <w:keepNext w:val="0"/>
        <w:spacing w:before="200" w:after="0" w:line="260" w:lineRule="exact"/>
        <w:ind w:left="720" w:right="0" w:firstLine="0"/>
        <w:jc w:val="both"/>
      </w:pPr>
      <w:r>
        <w:rPr>
          <w:rFonts w:ascii="Times New Roman" w:hAnsi="Times New Roman" w:eastAsia="Times New Roman" w:cs="Times New Roman"/>
          <w:b w:val="0"/>
          <w:sz w:val="24"/>
        </w:rPr>
        <w:t>FOR GOOD AND VALUABLE CONSIDERATION, the receipt and sufficiency of which are hereby acknowledged, Contractor and Subcontractor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Contract Documents.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Contract Documents for this Subcontract consist of this Subcontract Agreement, the General Terms and Conditions and any Exhibits attached hereto, the General Contract (including General, Supplementary and other Conditions), the Plans and Specifications prepared for the Project by the Architect or others, all Addenda issued prior to execution of the agreement between the Parties, and all Modifications issued subsequent thereto. All of the foregoing documents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this Subcontract and shall be available for inspection by the Subcontractor upon its request.</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Order of Precedence.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 the event of any conflict or dispute arising in or out of this Contract, the order of precedence of documents shall be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Contractor's Special Terms and Conditions except those modified by the Subcontractor's Proposal dated [date], which shall take precedence.</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Contractor's General Terms and Conditions except those modified by Subcontractor's proposal dated [date], which shall take precedence.</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Contractor's Plans and Specifications except those modified by Subcontractor's proposal dated [date], which shall take precedence.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Subcontractor's proposal dated [date].</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Scope of Work.</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Subcontractor shall furnish and pay for all management, supervision, financing, labor, construction facilities, materials, tools, supplies, equipment, engineering and services, required and to perform all work necessary to diligently, timely and fully perform and complete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good and workmanlike manner the following part or parts of the work of the General Contract in all respects as is therein required of the Contractor and all work incidental thereto, namely:</w:t>
      </w:r>
    </w:p>
    <w:p>
      <w:pPr>
        <w:keepNext w:val="0"/>
        <w:spacing w:before="200" w:after="0" w:line="260" w:lineRule="exact"/>
        <w:ind w:left="720" w:right="0" w:firstLine="0"/>
        <w:jc w:val="both"/>
      </w:pPr>
      <w:r>
        <w:rPr>
          <w:rFonts w:ascii="Times New Roman" w:hAnsi="Times New Roman" w:eastAsia="Times New Roman" w:cs="Times New Roman"/>
          <w:b w:val="0"/>
          <w:sz w:val="24"/>
        </w:rPr>
        <w:t>[Type of work].</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Subcontract Amount.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In consideration of the faithful performance of the covenants and agreements herein, to the full satisfaction and acceptance of Owner, Architect and Contractor, Contractor shall pay, or cause to be paid, to Subcontractor the following Subcontract Amount, at the times and in the manner provided in the General Terms and Conditions:</w:t>
      </w:r>
    </w:p>
    <w:p>
      <w:pPr>
        <w:keepNext w:val="0"/>
        <w:spacing w:before="200" w:after="0" w:line="260" w:lineRule="exact"/>
        <w:ind w:left="720" w:right="0" w:firstLine="0"/>
        <w:jc w:val="both"/>
      </w:pPr>
      <w:r>
        <w:rPr>
          <w:rFonts w:ascii="Times New Roman" w:hAnsi="Times New Roman" w:eastAsia="Times New Roman" w:cs="Times New Roman"/>
          <w:b w:val="0"/>
          <w:sz w:val="24"/>
        </w:rPr>
        <w:t>[Amount in words] Dollars ($[amount in numbers]).</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Terms and Conditions</w:t>
      </w:r>
      <w:r>
        <w:rPr>
          <w:rFonts w:ascii="Times New Roman" w:hAnsi="Times New Roman" w:eastAsia="Times New Roman" w:cs="Times New Roman"/>
          <w:b w:val="0"/>
          <w:sz w:val="24"/>
        </w:rPr>
        <w:t xml:space="preserve"> (If Any).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[List any special provisions]</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Bonds.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Subcontractor is bound to comply with the paragraph indicated below by (X):</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(___)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performance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bond each in the amount of 100% of the Subcontract Amount shall be furnished by Subcontractor. The cost of these bonds is to be paid by Subcontractor and is included in the Subcontract Amount.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(___)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performance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bond each in the amount of 100% of the Subcontract Amount shall be furnished by Subcontractor. The cost of these bonds will be invoiced separately to Contractor.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(___) Contractor reserves the right to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performance and payment bond from Subcontractor at any time in the amount of 100% of the Subcontract Amount. The cost of the bonds will be paid separately by Contractor.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If bonds are required hereunder, they shall be provided in accordance with the terms of the General Terms and Conditions attached as 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hereto. The surety or sureties for the payment and performance bonds shall be licensed to conduct business in the state in which the Project is located and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surety designated as approved on the most current list of the "Surety Companies Acceptable on Federal Bonds" as promulgated by the United States Treasury Department.</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Exhibits Incorporated.</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following documents attached hereto as Exhibits are agreed to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this Subcontract and binding upon the Parties.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General Terms and Conditions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B.</w:t>
      </w:r>
      <w:r>
        <w:rPr>
          <w:rFonts w:ascii="Times New Roman" w:hAnsi="Times New Roman" w:eastAsia="Times New Roman" w:cs="Times New Roman"/>
          <w:b w:val="0"/>
          <w:sz w:val="24"/>
        </w:rPr>
        <w:t>: Labor and Material Payment Bond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C.</w:t>
      </w:r>
      <w:r>
        <w:rPr>
          <w:rFonts w:ascii="Times New Roman" w:hAnsi="Times New Roman" w:eastAsia="Times New Roman" w:cs="Times New Roman"/>
          <w:b w:val="0"/>
          <w:sz w:val="24"/>
        </w:rPr>
        <w:t>: Subcontractor Performance Bond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D.</w:t>
      </w:r>
      <w:r>
        <w:rPr>
          <w:rFonts w:ascii="Times New Roman" w:hAnsi="Times New Roman" w:eastAsia="Times New Roman" w:cs="Times New Roman"/>
          <w:b w:val="0"/>
          <w:sz w:val="24"/>
        </w:rPr>
        <w:t>: Interim Release and Waiver upon Payment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E.</w:t>
      </w:r>
      <w:r>
        <w:rPr>
          <w:rFonts w:ascii="Times New Roman" w:hAnsi="Times New Roman" w:eastAsia="Times New Roman" w:cs="Times New Roman"/>
          <w:b w:val="0"/>
          <w:sz w:val="24"/>
        </w:rPr>
        <w:t>: Final Release and Waiver of Liens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F.</w:t>
      </w:r>
      <w:r>
        <w:rPr>
          <w:rFonts w:ascii="Times New Roman" w:hAnsi="Times New Roman" w:eastAsia="Times New Roman" w:cs="Times New Roman"/>
          <w:b w:val="0"/>
          <w:sz w:val="24"/>
        </w:rPr>
        <w:t>: Warranty of Construction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G.</w:t>
      </w:r>
      <w:r>
        <w:rPr>
          <w:rFonts w:ascii="Times New Roman" w:hAnsi="Times New Roman" w:eastAsia="Times New Roman" w:cs="Times New Roman"/>
          <w:b w:val="0"/>
          <w:sz w:val="24"/>
        </w:rPr>
        <w:t>: Application for Payment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H.</w:t>
      </w:r>
      <w:r>
        <w:rPr>
          <w:rFonts w:ascii="Times New Roman" w:hAnsi="Times New Roman" w:eastAsia="Times New Roman" w:cs="Times New Roman"/>
          <w:b w:val="0"/>
          <w:sz w:val="24"/>
        </w:rPr>
        <w:t>: Subcontractor's Daily Report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I.</w:t>
      </w:r>
      <w:r>
        <w:rPr>
          <w:rFonts w:ascii="Times New Roman" w:hAnsi="Times New Roman" w:eastAsia="Times New Roman" w:cs="Times New Roman"/>
          <w:b w:val="0"/>
          <w:sz w:val="24"/>
        </w:rPr>
        <w:t>: Contract Change Order</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have executed this Subcontract Agreement on the dates indicated below:</w:t>
      </w:r>
    </w:p>
    <w:p>
      <w:pPr>
        <w:keepNext w:val="0"/>
        <w:spacing w:before="120" w:after="0" w:line="260" w:lineRule="exact"/>
        <w:ind w:left="360" w:right="0" w:firstLine="0"/>
        <w:jc w:val="left"/>
      </w:pPr>
      <w:r>
        <w:rPr>
          <w:rFonts w:ascii="Times New Roman" w:hAnsi="Times New Roman" w:eastAsia="Times New Roman" w:cs="Times New Roman"/>
          <w:b w:val="0"/>
          <w:sz w:val="24"/>
        </w:rPr>
        <w:t>CONTRACTOR:</w:t>
      </w:r>
    </w:p>
    <w:p>
      <w:pPr>
        <w:keepNext w:val="0"/>
        <w:spacing w:before="120" w:after="0" w:line="260" w:lineRule="exact"/>
        <w:ind w:left="360" w:right="0" w:firstLine="0"/>
        <w:jc w:val="left"/>
      </w:pPr>
      <w:r>
        <w:rPr>
          <w:rFonts w:ascii="Times New Roman" w:hAnsi="Times New Roman" w:eastAsia="Times New Roman" w:cs="Times New Roman"/>
          <w:b w:val="0"/>
          <w:sz w:val="24"/>
        </w:rPr>
        <w:t>[Contractor]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 [month] [day], [year]</w:t>
      </w:r>
    </w:p>
    <w:p>
      <w:pPr>
        <w:keepNext w:val="0"/>
        <w:spacing w:before="120" w:after="0" w:line="260" w:lineRule="exact"/>
        <w:ind w:left="360" w:right="0" w:firstLine="0"/>
        <w:jc w:val="left"/>
      </w:pPr>
      <w:r>
        <w:rPr>
          <w:rFonts w:ascii="Times New Roman" w:hAnsi="Times New Roman" w:eastAsia="Times New Roman" w:cs="Times New Roman"/>
          <w:b w:val="0"/>
          <w:sz w:val="24"/>
        </w:rPr>
        <w:t>SUBCONTRACTOR:</w:t>
      </w:r>
    </w:p>
    <w:p>
      <w:pPr>
        <w:keepNext w:val="0"/>
        <w:spacing w:before="120" w:after="0" w:line="260" w:lineRule="exact"/>
        <w:ind w:left="360" w:right="0" w:firstLine="0"/>
        <w:jc w:val="left"/>
      </w:pPr>
      <w:r>
        <w:rPr>
          <w:rFonts w:ascii="Times New Roman" w:hAnsi="Times New Roman" w:eastAsia="Times New Roman" w:cs="Times New Roman"/>
          <w:b w:val="0"/>
          <w:sz w:val="24"/>
        </w:rPr>
        <w:t>[Subcontractor]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[signatory]</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Date: [month] [day], [year]</w:t>
      </w:r>
    </w:p>
    <w:p>
      <w:pPr>
        <w:keepNext w:val="0"/>
        <w:spacing w:before="120" w:after="0" w:line="260" w:lineRule="exact"/>
        <w:ind w:left="360" w:right="0" w:firstLine="0"/>
        <w:jc w:val="left"/>
      </w:pPr>
      <w:r>
        <w:rPr>
          <w:rFonts w:ascii="Times New Roman" w:hAnsi="Times New Roman" w:eastAsia="Times New Roman" w:cs="Times New Roman"/>
          <w:b w:val="0"/>
          <w:sz w:val="24"/>
        </w:rPr>
        <w:t xml:space="preserve">Exhibit </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Terms and Conditions.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Contract Documents.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Subcontractor shall be bound to Contractor by the terms of this Subcontract and of the General Contract between the Parties and shall assume toward Contractor all the obligations and responsibilities which Contractor, by those documents, assumes toward Owner, insofar as applicable to this Subcontract, provided that where any provision of the General Contract between the Parties is inconsistent with any provision of this Subcontract, the terms of this Subcontract shall govern.</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Investigation.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Subcontractor has determined, by its own investigation and research, all the conditions affecting the work to be done and materials to be furnished and does not rely upon any representation by Contractor in connection therewith.</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Progress Payments.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Prior to submitting its first monthly Application for Payment, Subcontractor shall submit, for Contractor's approval,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 request breakdown form listing the major elements of the Subcontract and the dollar value of each. This form shall be completed by Subcontractor each month to show the proportionate amount of each element completed to date and submitted to Contractor attached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completed and notarized copy of the Application for Payment form attached to the Subcontract Agreement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Payments made to Subcontractor in any month without said form being submitted shall not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Contractor's right to demand such form prior to Contractor's approval of any subsequent Applications for Payment.</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Prior to submitting its first monthly Application for Payment, Subcontractor shall, by affidavit, submit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list of all its proposed subcontractors and suppliers, showing the work and materials involved and the dollar amount of each proposed subcontract and purchase order. This list of subcontractors and suppliers must be approved by Contractor.</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Subcontractor shall submit its monthly Application for Payment at least five (5) days before Contractor is required to submit its monthly payment application to Owner. In the event Subcontractor fails to comply with this requirement, Subcontractor shall not be entitled to payment until the following payment period.</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shall retain ten percent (10%) of the gross amount of each monthly Application for Payment or ten percent (10%) of the portion thereof approved for payment, whichever is less; such sum shall be accumulated and not be released to Subcontractor until final payment is due.</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shall make payment to Subcontractor within ten (10) calendar days of like payment being made by Owner to Contractor.</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Monthly progress payments to Subcontractor shall in no way imply approval of Subcontractor's work.</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At Contractor's option, each Application for Payment shall be accompanied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showing that all of Subcontractor's materials, labor and other bills have been paid (b)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partial waiver of lien in the amount of all previous payments made to Subcontractor and the amount of Subcontractor's pending Application for Payment, and (c) fully executed copies of </w:t>
      </w:r>
      <w:r>
        <w:rPr>
          <w:rFonts w:ascii="Times New Roman" w:hAnsi="Times New Roman" w:eastAsia="Times New Roman" w:cs="Times New Roman"/>
          <w:b w:val="0"/>
          <w:sz w:val="24"/>
        </w:rPr>
        <w:t xml:space="preserve">Exhibits </w:t>
      </w: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to the Subcontract. The affidavit and waiver shall be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approved by Contractor. Contractor shall not be required to pay any Application for Payment of Subcontractor until these documents are furnished by Subcontractor. Contractor reserves the right to demand and receive similar documents from Subcontractor's subcontractors and suppliers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precedent to payment being due Subcontractor.</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Subcontractor is not required or is unable to furnish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Payment Bond covering its work, Contractor may, at Contractor's sole option, make direct or joint check payments to Subcontractor and its material suppliers and subcontractors.</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Advance payment up to the full Subcontract Amount may be made by Contractor if, in the opinion of Contractor and in its sole discretion, such advance is considered proper to aid Subcontractor in the performance of this Subcontract.</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Subcontractor agrees that Contractor shall be under no obligation to pay Subcontractor for any work done on the Project until Contractor has been paid therefor by Owner. The provisions hereof, stating the time of progress and final payments and the amount thereof, are subject to the condition that Contractor shall receive from Owner progress or final payments in at least the amounts payable to Subcontractor on account of work done by Subcontractor on the Project; otherwise the time when such payments shall be due Subcontractor shall be postponed until Contractor has received same from Owner. Subcontractor expressly contemplates that payments to it are contingent upon Contractor's receiving payment from Owner, Subcontractor expressly agreeing to accept the risk that it will not be paid for work performed by it in the event that Contractor is not paid by Owner for such work. Subcontractor states that it relies primarily for payment for work performed on the credit and ability to pay of Owner, and not of Contractor, and thus Subcontractor agrees that payment by Owner to Contractor for work performed by Subcontractor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precedent to any payment obligation of Contractor to Subcontractor. Subcontractor agrees that the liability of the surety on Contractor's payment bond, if any, for payment to Subcontractor, is subject to the same conditions precedent as are applicable to Contractor's liability to Subcontractor.</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Final Payment.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Subject to Section </w:t>
      </w: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of these General Terms and Conditions, Contractor shall make final payment to Subcontractor within sixty (60) calendar days after work is complete and accepted by Owner and Architect, provided, as explicit conditions precedent to the accrual of Subcontractor's right to final payment, that like payment shall have been made by Owner to Contractor and further provided that Subcontractor shall have furnished Contractor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properly executed and notarized Application for Payment on the form attached hereto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Subcontractor's acceptance of final payment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final waiver of any and all claims by Subcontractor against Contractor arising out of this Subcontract or otherwise related to the Project.</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Drawings, Submittals and Daily Reports.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Subcontractor shall carefully examine specification requirements for approval material to be submitted such as shop drawings, data, schedules and samples. Subcontractor shall submit such material at its own expense and in such form as required by the Contract Documents in sufficient time to prevent any delay in the delivery of such materials and the installation thereof. If "in-place" or "as-built" drawings are required by the Contract Documents, these shall be prepared and submitted to Contractor before final payment is requested.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Unless waived in writing by Contractor, Subcontractor shall complete and submit to Contractor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daily basis, on the form attached to the Subcontract Agreement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report of Subcontractor's work for the preceding day.</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Commencement, Completion of the Work and Time Extensions.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Time is of the essence of this Subcontract. Subcontractor shall supply materials, labor and equipment as necessary to commence its work when directed by Contractor. Subcontractor shall diligently pursue the completion of its work and coordinate its work with that being done on the Project by Contractor and other trades so that its work or the work of others shall not be delayed or impaired by any act or omission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act by Subcontractor. Contractor shall have complete control of the Project and shall have the right to decide the time or order in which the various portions of the work shall be installed or the priority of the work of other subcontractors and, in general, all matters representing the timely and orderly conduct of the work of Subcontractor on the Project. Contractor may prepare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coordinated Progress Schedule for the benefit of Contractor and all subcontractors, and, if he does so, Subcontractor is required, after reasonable written notice, to provide Contractor promptly with such scheduling information as Contractor may demand and to perform its work in accordance with such Schedule or as it may be modified by Contractor as work progresses.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Should Subcontractor be obstructed or delayed in the prosecution or completion of the work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unforeseeable causes beyond the control of Subcontractor and not due to his fault or neglect, including but not restricted to acts of God or of the public enemy, acts of the government, fires, floods, epidemics, quarantine regulation, strikes or lockouts, Subcontractor shall notify Contractor in writing within forty-eight (48) hours after the commencement of such delay, stating the cause or causes thereof, or be deemed to have waived any right which Subcontractor may have had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time extension or additional compensation on account of such delay. Contractor will transmit to Owner or Owner's representative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extension of time stating the cause of delay asserted by Subcontractor, and Subcontractor shall thereupon become entitled to only such extensions of time for completing the work as Owner or Owner's representative may grant, because of such unforeseeable causes, Owner's or its representative's decision on Subcontractor's time extension request being final and conclusive upon Subcontractor.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 interruption, cessation, postponement, acceleration, delay or other impact in the commencement of the work on in the progress thereof from any cause whatever, including but not limited to disputes, shall relieve Subcontractor of its duty to perform or give rise to any right to damages or additional compensation from Contractor, except to the extent that damages or additional compensation is paid to Contractor by Owner for the account of Subcontractor for such delay, interruption, cessation, postponement, acceleration, delay or other impact. Payment of such damages or additional compensation to the Contractor by Owner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precedent to the Subcontractor's right to recover. For any interruption, cessation, postponement, acceleration, delay or other impact in the commencement or progress of the work that result from acts or omissions of the Contractor for which the Contractor is not entitled to damages or additional compensation from the Owner, Subcontractor shall be entitled only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extension of time as its sole remedy therefor and not to any damages or additional compensation. In any event, Subcontractor shall diligently proceed with the work as directed by Contractor.</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Changes in the Work.</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shall have the right at any time during the progress of the work to increase or decrease the Scope of the Work in the Subcontract. Promptly after being notified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by Contractor, Subcontractor shall submit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itemized estimate of any cost increases or savings it foresees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change. It is expressly agreed that, except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emergency endangering life or property, no additions or changes to the work shall be made except upon written order of Contractor, and Contractor shall not be liable to Subcontractor for any extra labor, materials or equipment furnished without such written order. No officer, employee or agent of Contractor is authorized to direct any extra or changed work by verbal order.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Nothing herein contained shall excuse Subcontractor from proceeding promptly with the prosecution of the work as ordered in writing by Contractor, and failure to do so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of this Subcontract. Subcontractor shall promptly perform changes ordered in writing by Contractor. The Subcontract Amount shall be adjusted in the manner as Contractor and Subcontractor shall mutually agree.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Change Order in the form attached as Exhibit </w:t>
      </w: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to the Subcontract Agreement shall be issued and executed promptly after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agreement is reached between Subcontractor and Contractor. In the event that Contractor and Subcontractor are unable to agree on the proper adjustment to the Subcontract Amount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Subcontractor shall, nevertheless, promptly perform said change, and the Subcontract Amount shall be adjusted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changes initiated by Owner, Architect or their representative, the Subcontract Amount shall be adjusted only in the amount approved by Owner for the change less the amount of Contractor's markup on said work. Any statement herein to the contrary notwithstanding, in no event shall Contractor be liable to Subcontractor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greater than the amount received by Contractor from Owner for such changes, less the amount of Contractor's markup on said work. For changes initiated by Contractor, not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by Owner or Architect, the Subcontract Amount shall be adjusted only in the amount of the increase or decrease of Subcontractor's direct labor, equipment, material and subcontract costs (without overhead or profit markups)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change (including allowance for labor burden costs) plus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agreed upon markup for overhead and profit.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Subcontractor initiates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substitution, deviation or change in the work which affects the Scope of Work or causes expense to Contractor or other contractors or subcontractors, Subcontractor shall be liable for the expenses thereof, including overhead and profit markups.</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Defective Work and Claims.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Without in any manner limiting Contractor's other rights and remedies hereunder, payments otherwise due Subcontractor may be withheld by Contractor on account of defective work not remedied, claims filed, reasonable evidence indicating probability of filing of claims, failure of Subcontractor to make payments properly to its subcontractors or for material or labor,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doubt that the Subcontract can be completed for the balance then unpaid. If any of said problems are not removed promptly, Contractor, after reasonable written notice, may rectify the same at Subcontractor's expense. Contractor may offset against any sums due Subcontractor hereunder the amount of any liquidated or unliquidated obligations of Subcontractor to Contractor, whether or not arising out of the Contract Documents.</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Liens.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 permitted by the laws of the state of the Project, Subcontractor, on behalf of itself, its employees, its sub-subcontractors and suppliers, and their employees, hereby waives, releases and relinquishes in advance all rights to file any mechanic's lien or other encumbrance against the Project, the real and personal property related thereto or any monies held by or on behalf of Owner. Subcontractor further shall take all steps necessary to effectuate such advance waiver of lien. The filing or effectuating of such encumbrance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of this Subcontract. Further, Subcontractor will save and keep the Project free from all mechanics' liens and all other liens by reason of its work or of any materials or other things used by it therein. If Subcontractor fails to remove any lien by bonding it, or otherwise, Contractor, among other remedies, may retain sufficient funds out of any money due or thereafter to become due by Contractor to Subcontractor to pay the same and all costs incurred by reason thereof, and may pay said lien or liens and Contractor's costs associated with the lien or liens including without limitation reasonable attorneys' fees, expert fees, costs, and any other expenses of whatever nature proximately caused thereby or incurred in connection therewith out of any funds at any time in the hands of Contractor owing to Subcontractor.</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 and Insurance.</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the fullest extent permitted by law, the Subcontractor shall indemnify, defend, and hold harmless the Contractor and Owner from and against any and all claims, damages, losses, demands, judgments and costs of suit or defense, including without limitation attorneys' fees, expert fees, costs, and other expenses of whatever nature proximately caused by the dispute or incurred in connection therewith, and reimburse the Parties for any expense, damage or liability incurred by Owner or Contractor whether for personal injury, property damage, direct or consequential damage, or economic loss arising or alleged to have arisen from the acts or omissions of Subcontractor,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sub-subcontractor, any Person directly or indirectly employed by them or any Person for whose acts they may be liable, regardless of whether or not such claim, damage, loss or expense is caused in part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indemnified hereunder. Such obligation shall not be construed to negate, abridge, or reduce other rights or obligations of indemnity which would otherwise exist as to any party or person. This indemnity obligation shall include, but not be limited to, claims made or lawsuits filed by employees of Subcontractor or employees of any Person for whose acts Subcontractor may be liable, and claims made or lawsuits filed by employees of Contractor and Owner. The foregoing indemnification does not apply to claims arising out of the gross negligence or willful misconduct of Contractor. Subcontractor further shall reimburse Contractor for all costs and expenses, including without limitation attorneys' fees, expert fees and other expenses of whatever nature proximately caused by the dispute or incurred in connection therewith or to enforce these indemnity obligations.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Subcontractor shall procure, maintain during the life of this Subcontract (and for one year thereafter, in the case of completed operations coverage), and pay for, and shall require its sub-subcontractors to procure, maintain during the progress of their portion of the Work (and for one year thereafter in the case of completed operations coverage), and pay for, the following types and minimum amounts of insurance:</w:t>
      </w:r>
    </w:p>
    <w:p>
      <w:pPr>
        <w:keepNext w:val="0"/>
        <w:spacing w:before="120" w:after="0" w:line="260" w:lineRule="exact"/>
        <w:ind w:left="1440" w:right="0" w:firstLine="0"/>
        <w:jc w:val="left"/>
      </w:pPr>
      <w:r>
        <w:rPr>
          <w:rFonts w:ascii="Times New Roman" w:hAnsi="Times New Roman" w:eastAsia="Times New Roman" w:cs="Times New Roman"/>
          <w:b w:val="0"/>
          <w:sz w:val="24"/>
        </w:rPr>
        <w:t>(i)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Comprehensive general liability insurance, including automobile liability covering owned, non-owned or rented automotive equipment to be used in the performance of the Work, legal liability and completed operations/products liability, covering occurrences within the policy period, with minimum general aggregate limits of $2,000,000, and $1,000,000 combined single limit per occurrence. Such liability insurance shall provide [coverage details]. Property damage insurance shall include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policy endorsement providing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extension of the policy for Broad Form Property Damage coverage;</w:t>
      </w:r>
    </w:p>
    <w:p>
      <w:pPr>
        <w:keepNext w:val="0"/>
        <w:spacing w:before="120" w:after="0" w:line="260" w:lineRule="exact"/>
        <w:ind w:left="1440" w:right="0" w:firstLine="0"/>
        <w:jc w:val="left"/>
      </w:pPr>
      <w:r>
        <w:rPr>
          <w:rFonts w:ascii="Times New Roman" w:hAnsi="Times New Roman" w:eastAsia="Times New Roman" w:cs="Times New Roman"/>
          <w:b w:val="0"/>
          <w:sz w:val="24"/>
        </w:rPr>
        <w:t>(ii)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Umbrella form excess liability insurance with minimum limits of $2,000,000 for subcontract amounts totaling less than $2,000,000 and $5,000,000 for subcontract amounts totaling more than $2,000,000;</w:t>
      </w:r>
    </w:p>
    <w:p>
      <w:pPr>
        <w:keepNext w:val="0"/>
        <w:spacing w:before="120" w:after="0" w:line="260" w:lineRule="exact"/>
        <w:ind w:left="1440" w:right="0" w:firstLine="0"/>
        <w:jc w:val="left"/>
      </w:pPr>
      <w:r>
        <w:rPr>
          <w:rFonts w:ascii="Times New Roman" w:hAnsi="Times New Roman" w:eastAsia="Times New Roman" w:cs="Times New Roman"/>
          <w:b w:val="0"/>
          <w:sz w:val="24"/>
        </w:rPr>
        <w:t>(iii)</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Workers' compensation insurance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prescribed by the laws of the state of the Project, and with minimum limits as prescribed by the laws of the state of the Project, but in no event shall such limits be less than $500,000.</w:t>
      </w:r>
    </w:p>
    <w:p>
      <w:pPr>
        <w:keepNext w:val="0"/>
        <w:spacing w:before="200" w:after="0" w:line="260" w:lineRule="exact"/>
        <w:ind w:left="1440" w:right="0" w:firstLine="0"/>
        <w:jc w:val="both"/>
      </w:pPr>
      <w:r>
        <w:rPr>
          <w:rFonts w:ascii="Times New Roman" w:hAnsi="Times New Roman" w:eastAsia="Times New Roman" w:cs="Times New Roman"/>
          <w:b w:val="0"/>
          <w:sz w:val="24"/>
        </w:rPr>
        <w:t>All insurance required shall be with companies and on forms acceptable to Contractor. Certificates of insurance (or copies of policies, if required by Contractor) shall be furnished to Contractor before performance of the Work and release of any funds by Contractor in connection with the Work.</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Subcontractor shall submit to Contractor, within three (3) calendar days of the occurrence of any accident, copies of all reports arising out of any injuries to its employees or those of any firm or individual to whom it may have sublet work, or any property damages arising or alleged to have arisen on account of any work done by Subcontractor under the Contract Documents.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contract of insurance required under Article </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shall contain clauses to the effect that the same may not be reduced or canceled on less than 30 days' prior written notice to Contractor. Each liability policy required thereunder shall name as additional insureds the Parties, and their respective officers, directors, agents, employees and assigns. The insurance required by Article </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shall be primary with respect to any other insurance available to said additional insureds.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policy of insurance issued pursuant to Article </w:t>
      </w: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shall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endorsement providing that the underwriters waive their rights of subrogation against the Owner and the Contractor, and the respective officers, directors, agents, employees and assigns of each. The Subcontractor hereby waives, and it shall require its sub-subcontractors to waive, any and all rights of recovery which they or any of them may now or subsequently have against the Owner or the Contractor, and their respective officers, directors, agents, employees and assigns, in connection with any losses covered by insurance provided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Subcontractor shall comply, at its own expense, with all federal, state and local laws and regulations applicable to the work covered by the Contract Documents, including but not limited to those dealing with taxation, Worker's Compensation, equal employment and safety as well as any safety rules or policies promulgated by Contractor or Owner in connection with the Project; and Subcontractor shall save and hold harmless Contractor from any and all liability and damages, fines, costs and attorneys' fees, expert fees, or other expenses incurred by Contractor or proximately caused on account of Subcontractor's failure to comply with all laws and governmental regulations applicable to the work.</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Cleanup.</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Subcontractor shall keep the jobsite clean at all times of debris arising out of the work under this Subcontract. If Subcontractor's debris is not removed from the jobsite within twenty-four (24) hours after Contractor directs such removal, Contractor may elect to remove the debris in question and Subcontractor will be liable to Contractor for all expenses incurred by Contractor in connection with the removal effort,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markup for overhead and profit.</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and Subletting.</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Subcontractor shall not assign or sublet this Subcontract or any part thereof, or its right, title or interest therein, without the consent in writing of Contractor. If Subcontractor does, with approval, sublet this Subcontract or any part thereof, it shall require that its subcontractor be bound to it and to assume toward Subcontractor all of the obligations and responsibilities that Subcontractor has assumed toward Contractor.</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Permits.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All permits (except Contractor's main building permit), licenses and easements necessary for the prosecution of Subcontractor's work shall be procured and paid for by Subcontractor. Subcontractor shall give all notices and comply with all laws, ordinances, rules and regulations bearing on the conduct of the work as drawn and specified. If Subcontractor observes that drawings and specifications are at variance therewith, it shall promptly notify Contractor in writing. If Subcontractor knowingly performs any work contrary to such laws, ordinances, rules and regulations without such notice to Contractor, it shall bear all costs arising therefrom.</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Failure to Perform and Termination for Default.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Subcontractor (</w:t>
      </w:r>
      <w:r>
        <w:rPr>
          <w:rFonts w:ascii="Times New Roman" w:hAnsi="Times New Roman" w:eastAsia="Times New Roman" w:cs="Times New Roman"/>
          <w:b/>
          <w:sz w:val="24"/>
        </w:rPr>
        <w:t>a</w:t>
      </w:r>
      <w:r>
        <w:rPr>
          <w:rFonts w:ascii="Times New Roman" w:hAnsi="Times New Roman" w:eastAsia="Times New Roman" w:cs="Times New Roman"/>
          <w:b w:val="0"/>
          <w:sz w:val="24"/>
        </w:rPr>
        <w:t>) fails or refuses to proceed with or to perform its work properly as directed by Contractor, (b) fails or refuses to perform properly or abide by any terms, covenants, conditions or provisions contained in this Subcontract or (c) fails or refuses to obey laws, ordinances, regulations or other codes of conduct, Contractor shall have the right to terminate Subcontractor's right to proceed under this Subcontract, upon compliance with the procedures set forth in the balance of this section. Contractor shall have the right to notify Subcontractor in writing of Subcontractor's failure to comply. If Contractor determines that Subcontractor has not remedied and cured the default or defaults in its performance within seven (7) calendar days following receipt by Subcontractor of written notice of said default or defaults or such shorter period as the circumstances may justify, in which case such shorter period shall be identified in Contractor's written notice, then Contractor may, at its option, without releasing or waiving its rights and remedies against the Subcontractor's sureties and without prejudice to any other right it may be entitled to hereunder or by law, terminate Subcontractor's right to proceed under this Subcontract and take possession of the work and all materials, tools, equipment and appliances of Subcontractor, take assignment of all of Subcontractor's sub-subcontracts and purchase orders and complete Subcontractor's work by whatever means, methods or agency which Contractor may, in its sole discretion, choose. In the event that Subcontractor's right to proceed has been terminated, Subcontractor agrees that it shall not be entitled to receive any further payment until after the Project has been completed. Moreover, all monies expended and all of the costs, losses, damages and extra expenses, including all management, administrative and other direct and indirect expenses (including without limitation attorneys' fees, expert fees, costs, or other expenses of whatever nature) proximately caused by Subcontractor or incurred by Contractor incident to such completion, shall be deducted from the Subcontract Amount, and if such expenditures, together with said costs, losses, damages and extra expenses, exceed the unpaid balance of the Subcontract Amount, Subcontractor shall pay promptly to Contractor, on demand, the full amount of such excess, including costs of collection, attorneys' fees and interest thereon at the maximum legal rate of interest until paid.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Contractor's determination of Subcontractor's default or defaults and Contractor's decision as to Subcontractor's failure to remedy and cure said default or defaults upon notification of their existence, made by Contractor in good faith under the belief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default or defaults existed under the terms hereof and that Subcontractor failed to remedy and cure said default or defaults, shall be conclusive as to Contractor's right to proceed as herein provided. The liability of Subcontractor hereunder shall extend to and include the full amount of any and all sums paid, expenses and losses incurred, damages sustained and obligations assumed by Contractor in good faith under the belief that such payments or assumptions were necessary or required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in completion of the work and in providing labor, materials, equipment, supplies and other items therefor or re-letting the Subcontract and (b) in settlement, discharge or compromise of any claims, demands, suits and judgments pertaining to or arising out of the work hereunder.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sworn itemized statement thereof or the checks or other evidence of payment shall be </w:t>
      </w:r>
      <w:r>
        <w:rPr>
          <w:rFonts w:ascii="Times New Roman" w:hAnsi="Times New Roman" w:eastAsia="Times New Roman" w:cs="Times New Roman"/>
          <w:b w:val="0"/>
          <w:sz w:val="24"/>
        </w:rPr>
        <w:t xml:space="preserve">prima facie </w:t>
      </w:r>
      <w:r>
        <w:rPr>
          <w:rFonts w:ascii="Times New Roman" w:hAnsi="Times New Roman" w:eastAsia="Times New Roman" w:cs="Times New Roman"/>
          <w:b w:val="0"/>
          <w:sz w:val="24"/>
        </w:rPr>
        <w:t>evidence of the fact and extent of Subcontractor's liability.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after notice of termination of Subcontractor's right to proceed pursuant to this Section </w:t>
      </w: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it is determined for any reason that Subcontractor was not in default or that its delays were excusable or that Contractor is not entitled to the remedies against Subcontractor provided herein, then Subcontractor's remedies against Contractor shall be the same as and limited to those afforded Subcontractor under Section </w:t>
      </w:r>
      <w:r>
        <w:rPr>
          <w:rFonts w:ascii="Times New Roman" w:hAnsi="Times New Roman" w:eastAsia="Times New Roman" w:cs="Times New Roman"/>
          <w:b w:val="0"/>
          <w:sz w:val="24"/>
        </w:rPr>
        <w:t>16.</w:t>
      </w:r>
      <w:r>
        <w:rPr>
          <w:rFonts w:ascii="Times New Roman" w:hAnsi="Times New Roman" w:eastAsia="Times New Roman" w:cs="Times New Roman"/>
          <w:b w:val="0"/>
          <w:sz w:val="24"/>
        </w:rPr>
        <w:t>, Termination for Convenience.</w:t>
      </w:r>
    </w:p>
    <w:p>
      <w:pPr>
        <w:keepNext w:val="0"/>
        <w:spacing w:before="200" w:after="0" w:line="260" w:lineRule="exact"/>
        <w:ind w:left="720" w:right="0" w:firstLine="0"/>
        <w:jc w:val="both"/>
      </w:pPr>
      <w:r>
        <w:rPr>
          <w:rFonts w:ascii="Times New Roman" w:hAnsi="Times New Roman" w:eastAsia="Times New Roman" w:cs="Times New Roman"/>
          <w:b w:val="0"/>
          <w:sz w:val="24"/>
        </w:rPr>
        <w:t>If the General Contract between Contractor and Owner is terminated for any reason prior to completion, Subcontractor, upon being notified by Contractor of such termination, shall immediately cease further work under this Subcontract. Subcontractor shall thereafter be entitled to no further compensation for its work or costs associated with the Project except to the extent that Owner pays to Contractor additional sums for the account of Subcontractor and then only in the amount of such payment.</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Convenience.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Contractor shall have the right to terminate this Subcontract without cause upon seven (7) calendar days' written notice to Subcontractor. In the event of such termination for convenience, Subcontractor's recovery against Contractor shall be limited to that portion of the Subcontract Amount earned through the date of termination, together with any retainage withheld, and Subcontractor shall not be entitled to any other and further recovery against Contractor, including, but not limited to, anticipated profit on work not performed.</w:t>
      </w:r>
    </w:p>
    <w:p>
      <w:pPr>
        <w:keepNext w:val="0"/>
        <w:spacing w:before="120" w:after="0" w:line="260" w:lineRule="exact"/>
        <w:ind w:left="72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Dispute Resolution.</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claims by or against Subcontractor which involve the correlative rights, duties, and obligations of Contractor against Owner, Subcontractor expressly agrees that any action or proceeding against Contractor shall be brought in the location and manner specified in the General Contract between the Parties, subject to Section </w:t>
      </w:r>
      <w:r>
        <w:rPr>
          <w:rFonts w:ascii="Times New Roman" w:hAnsi="Times New Roman" w:eastAsia="Times New Roman" w:cs="Times New Roman"/>
          <w:b w:val="0"/>
          <w:sz w:val="24"/>
        </w:rPr>
        <w:t>17.</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herein. If arbitration or litigation is conducted by the Parties concerning any dispute between them which likewise involves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 in dispute between Contractor and Subcontractor, then Subcontractor, if permitted by the arbitrators or the court, shall be allowed, as part of said arbitration or litigation, to participate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neutral party and offer evidence with respect to any such issues. Even if Subcontractor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named party, Subcontractor shall participate and be bound by any such proceeding to the same extent Contractor is bound to Owner under the dispute or appeal provisions of the General Contract, whether or not Subcontractor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to such proceedings. Subcontractor also expressly agrees that any action or proceeding commenced by Subcontractor shall be stayed pending the completion of related proceedings between the Parties. Contractor's determination of whether any issue in dispute between Contractor and Subcontractor likewise involves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issue in dispute between Contractor and Owner shall be determinative of Subcontractor's obligation to participate and be bound by the dispute resolution proceedings between Contractor and Owner.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In the event any controversy or dispute arises between Subcontractor and Contractor relating to this Subcontract Agreement, notwithstanding any provision to the contrary herein, at the sole option of Contractor, any such dispute shall be settled by binding arbitration at the location of the Project in accordance with the Construction Industry Arbitration Rules of the American Arbitration Association.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Contractor's written request, Subcontractor shall participate in non-binding mediation in accordance with the mediation rules and procedures of JAMS.</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existence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dispute or controversy shall not be grounds for any nonperformance by Subcontractor or limit the right of Contractor to proceed to remedy any default by Subcontractor.</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Contractor's surety on any payment bond shall be entitled to all of the rights afforded Contractor under this Section. Subcontractor's surety on any performance bond issued by Subcontractor shall participate and be bound by all dispute resolution proceedings under this Section.</w:t>
      </w:r>
    </w:p>
    <w:p>
      <w:pPr>
        <w:keepNext w:val="0"/>
        <w:spacing w:before="120" w:after="0" w:line="260" w:lineRule="exact"/>
        <w:ind w:left="72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Guarantee.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Subcontractor shall, before requesting final payment, provide such guarantees as is required by the Contract Documents, including but not limited to the Warranty of Construction attached as </w:t>
      </w:r>
      <w:r>
        <w:rPr>
          <w:rFonts w:ascii="Times New Roman" w:hAnsi="Times New Roman" w:eastAsia="Times New Roman" w:cs="Times New Roman"/>
          <w:b w:val="0"/>
          <w:sz w:val="24"/>
        </w:rPr>
        <w:t xml:space="preserve">Exhibit </w:t>
      </w: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to the Subcontract Agreement. In the absence of any specific guarantee required by the General Contract, Subcontractor, in signing this Subcontract, agrees at its own expense to replace or repair any faulty or defective material or workmanship which appears within one year from the date of Certificate of Substantial Completion, or similar document, as approved by Owner for the entire Project, or the date of Owner's beneficial occupancy of the Project, whichever occurs later; provided, however, that the guarantee shall run no less than one year beyond the date on which Subcontractor performs its last work under this Subcontract. In addition, Subcontractor shall be responsible for and pay for replacement or repair of adjacent materials or work which may be damaged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such replacement or repair.</w:t>
      </w:r>
    </w:p>
    <w:p>
      <w:pPr>
        <w:keepNext w:val="0"/>
        <w:spacing w:before="120" w:after="0" w:line="260" w:lineRule="exact"/>
        <w:ind w:left="72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Architect and Owner Approval.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If this Subcontract and Subcontractor are subject to approval by Architect and Owner, under the terms of the Contract Documents, Contractor shall have no obligation whatsoever to Subcontractor unless and until such approval has been received.</w:t>
      </w:r>
    </w:p>
    <w:p>
      <w:pPr>
        <w:keepNext w:val="0"/>
        <w:spacing w:before="120" w:after="0" w:line="260" w:lineRule="exact"/>
        <w:ind w:left="720" w:right="0" w:firstLine="0"/>
        <w:jc w:val="left"/>
      </w:pPr>
      <w:r>
        <w:rPr>
          <w:rFonts w:ascii="Times New Roman" w:hAnsi="Times New Roman" w:eastAsia="Times New Roman" w:cs="Times New Roman"/>
          <w:b w:val="0"/>
          <w:sz w:val="24"/>
        </w:rPr>
        <w:t>20.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Contractor's Equipment.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 the event Subcontractor shall use Contractor's equipment or facilities, it shall reimburse Contractor at the rates set forth in the latest edition or publication of the Rental Rate Blue Book for Construction Equipment, published by EquipmentWatch, unless otherwise agreed in writing or stated herein, plus the cost of all operating labor provided by Contractor in connection with the equipment,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markup for overhead and profit. Further, in so doing, Subcontractor assumes all responsibility for and shall hold Contractor harmless from any claims, actions, demands, liabilities or expenses, including without limitation attorneys' fees, expert fees, costs, or other expenses of whatever nature resulting from or proximately caused by the use of such equipment or facilities by Subcontractor or its agents, employees or permittees.</w:t>
      </w:r>
    </w:p>
    <w:p>
      <w:pPr>
        <w:keepNext w:val="0"/>
        <w:spacing w:before="120" w:after="0" w:line="260" w:lineRule="exact"/>
        <w:ind w:left="72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Quality of Workers.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Subcontractor shall provide supervision and workers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quality commensurate with the usual requirements for the type work being done. If, in the opinion of Contractor, Subcontractor's supervision of workers are not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satisfactory quality, Contractor shall so notify Subcontractor, and Subcontractor shall, within forty-eight (48) hours, initiate the necessary steps to remove disapproved personnel and replace them with personnel of qualifications acceptable to Contractor.</w:t>
      </w:r>
    </w:p>
    <w:p>
      <w:pPr>
        <w:keepNext w:val="0"/>
        <w:spacing w:before="120" w:after="0" w:line="260" w:lineRule="exact"/>
        <w:ind w:left="72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Jurisdictional Disputes and Labor Problems.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Subcontractor shall supply only labor and materials which will not cause labor disputes in the overall performance of Contractor's work. In the event Subcontractor's workers are involved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jurisdictional dispute with other crafts on the Project or such workers refuse to work on the Project due to any other type of labor disputes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picket line for any reason, Subcontractor shall take immediate steps to resolve such disputes. Failure to resolve such disputes immediately shall be deemed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breach of this Subcontract Agreement, entitling Contractor to exercise its rights under Section </w:t>
      </w: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of these General Terms and Conditions.</w:t>
      </w:r>
    </w:p>
    <w:p>
      <w:pPr>
        <w:keepNext w:val="0"/>
        <w:spacing w:before="120" w:after="0" w:line="260" w:lineRule="exact"/>
        <w:ind w:left="72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Bonds.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bonds are required by the Contract Documents, Contractor reserves the right to approve the surety company writing the bonds. If bonds are required under either Section B or C of Section V of the Subcontract Agreement, the bond premiums to be paid by Contractor shall not exceed the standard premium for the classification in which the Subcontractor is working. Subcontractor shall furnish within fifteen (15) calendar days from the date of executing the Subcontract Agreement the bonds, if any, which are required by the terms of the Subcontract Agreement. No payment will be due or made under this Subcontract until the required bonds are received and approved by Contractor. The bonds shall be furnished in the forms set forth in </w:t>
      </w:r>
      <w:r>
        <w:rPr>
          <w:rFonts w:ascii="Times New Roman" w:hAnsi="Times New Roman" w:eastAsia="Times New Roman" w:cs="Times New Roman"/>
          <w:b w:val="0"/>
          <w:sz w:val="24"/>
        </w:rPr>
        <w:t xml:space="preserve">Exhibits </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and </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to the Subcontract Agreement. If Subcontractor cannot furnish the required bonds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 and amount acceptable to Contractor, Subcontractor agrees that Contractor may, at Contractor's sole option, terminate this Subcontract for default, with the effect set forth in Section </w:t>
      </w: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of these General Terms and Conditions.</w:t>
      </w:r>
    </w:p>
    <w:p>
      <w:pPr>
        <w:keepNext w:val="0"/>
        <w:spacing w:before="200" w:after="0" w:line="260" w:lineRule="exact"/>
        <w:ind w:left="720" w:right="0" w:firstLine="0"/>
        <w:jc w:val="both"/>
      </w:pPr>
      <w:r>
        <w:rPr>
          <w:rFonts w:ascii="Times New Roman" w:hAnsi="Times New Roman" w:eastAsia="Times New Roman" w:cs="Times New Roman"/>
          <w:b w:val="0"/>
          <w:sz w:val="24"/>
        </w:rPr>
        <w:t>Subcontractor's surety on any bond provided hereunder shall be obligated to participate in and shall be bound by any arbitration proceeding provided for by the terms of the Contract Documents in the same manner and to the same extent as is Subcontractor.</w:t>
      </w:r>
    </w:p>
    <w:p>
      <w:pPr>
        <w:keepNext w:val="0"/>
        <w:spacing w:before="120" w:after="0" w:line="260" w:lineRule="exact"/>
        <w:ind w:left="72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Protection of Work.</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Subcontractor shall fully protect its work and materials from loss or damage and shall bear the cost of any such loss or damage until final acceptance of Subcontractor's work. If Subcontractor or its employees are responsible for any loss or damage to the work or materials of Contractor, Owner, Owner's separate contractors or any other subcontractor, it shall be charged with same, and any monies necessary to replace such loss or damage shall be deducted from monies due Subcontractor.</w:t>
      </w:r>
    </w:p>
    <w:p>
      <w:pPr>
        <w:keepNext w:val="0"/>
        <w:spacing w:before="120" w:after="0" w:line="260" w:lineRule="exact"/>
        <w:ind w:left="72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Claims By or Against Suppliers or Other Subcontractors.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Should Subcontractor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against Contractor or any other subcontractor or supplier of Contractor on the Project by reason of the acts or omissions of such other subcontractor or supplier, then Subcontractor shall make claim directly against such other subcontractor or supplier and is hereby assigned and entitled to assert all rights that Contractor may have against such other subcontractor or supplier in connection with said claim. Said assignment shall be for the limited and express purpose of pursuing Subcontractor's claim and, in consideration thereof, Subcontractor shall make no direct claim against Contractor and expressly waives all rights against Contractor for any loss or expense which may reasonably be attributed to the act or omission of another subcontractor or supplier.</w:t>
      </w:r>
    </w:p>
    <w:p>
      <w:pPr>
        <w:keepNext w:val="0"/>
        <w:spacing w:before="120" w:after="0" w:line="260" w:lineRule="exact"/>
        <w:ind w:left="72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Subject to other provisions hereof, this Subcontract shall be binding upon and shall inure to the benefit of the successors and assigns of the Parties.</w:t>
      </w:r>
    </w:p>
    <w:p>
      <w:pPr>
        <w:keepNext w:val="0"/>
        <w:spacing w:before="120" w:after="0" w:line="260" w:lineRule="exact"/>
        <w:ind w:left="720" w:right="0" w:firstLine="0"/>
        <w:jc w:val="left"/>
      </w:pP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Subcontract shall be governed by the laws of the state in which the Project is located. Should any provision or term of this Subcontract or the other Contract Documents be invalid or void, it shall not affect the validity of the remaining provisions or terms which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Waiver.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failure of Contractor to enforce at any time or for any period of time any one or more of the provisions of the Contract Documents shall not be construed to be and shall not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such provision or provisions or of Contractor's right thereafter to enforce each and every such provision.</w:t>
      </w:r>
    </w:p>
    <w:p>
      <w:pPr>
        <w:keepNext w:val="0"/>
        <w:spacing w:before="120" w:after="0" w:line="260" w:lineRule="exact"/>
        <w:ind w:left="720" w:right="0" w:firstLine="0"/>
        <w:jc w:val="left"/>
      </w:pPr>
      <w:r>
        <w:rPr>
          <w:rFonts w:ascii="Times New Roman" w:hAnsi="Times New Roman" w:eastAsia="Times New Roman" w:cs="Times New Roman"/>
          <w:b w:val="0"/>
          <w:sz w:val="24"/>
        </w:rPr>
        <w:t>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Each of the Parties agrees and represents that the Contract Documents comprise the full and entire agreement between the Parties affecting the work contemplated, that no other agreement or understanding of any nature concerning the same has been entered into or will be recognized, and that all negotiations, acts, work performed or payments made prior to the execution hereof shall be deemed merged in, integrated and superseded by this Subcontract.</w:t>
      </w:r>
    </w:p>
    <w:p>
      <w:pPr>
        <w:keepNext w:val="0"/>
        <w:spacing w:before="120" w:after="0" w:line="260" w:lineRule="exact"/>
        <w:ind w:left="360" w:right="0" w:firstLine="0"/>
        <w:jc w:val="left"/>
      </w:pPr>
      <w:r>
        <w:rPr>
          <w:rFonts w:ascii="Times New Roman" w:hAnsi="Times New Roman" w:eastAsia="Times New Roman" w:cs="Times New Roman"/>
          <w:b w:val="0"/>
          <w:sz w:val="24"/>
        </w:rPr>
        <w:t>Exhibit 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Labor and Material Payment Bond.</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KNOW ALL MEN BY THESE PRESENTS: That [subcontractor], as principal, hereinafter called Subcontractor, and [surety] as surety, hereinafter called Surety, are held and firmly bound unto [contractor], as Obligee, hereinafter called Contractor, for the use and benefit of claimants as below defined, in the amount of [amount in words] Dollars ($[amount in numbers]) for the payment whereof Subcontractor and Surety bind themselves, their heirs, executors, administrators, successors and assigns, jointly and severally, firmly by these presents.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Contractor has by written agreement dated [date of construction agreement], entered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with [project owner], as Owner, hereinafter called Owner, for construction of [construction project] in accordance with Drawings and Specifications prepared by [architect], which contract is by reference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and is hereinafter referred to as the Contract;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Subcontractor has by written agreement dated [date of subcontract agreement], entered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subcontract with Contractor to perform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Contractor's obligations under the Contract, which subcontract is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and is hereinafter referred to as the Subcontract.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THE CONDITION OF THIS OBLIGATION is such that, if Subcontractor shall promptly make payment to all claimants as hereinafter defined for all labor and material used or reasonably required for use in the performance of the Subcontract, then this obligation shall be void; otherwise, it shall remain in full force and effect, subject, however, to the following conditions:</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claimant is defined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one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contract with Subcontractor or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subcontractor of Subcontractor for labor, material, or both, used or reasonably required for use in the performance of the Subcontract, labor and material being construed to include that part of water, gas, power, light, heat, oil, gasoline, telephone service or rental of equipment directly applicable to the Subcontract; or (b) one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against the Project.</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above named Subcontractor and Surety hereby jointly and severally agree with Contractor that every claimant as herein defined who has not been paid in full before the expiration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ninety (90) days after the date on which the last of such claimant's work or labor was done or performed or materials were furnished by such claimant, may sue on this bond for the use of such claimant, prosecute the suit to final judgment for such sum or sums as may be justly due claimant and have execution thereon. Contractor shall have no liability for the payment of any costs or expenses of any such suit.</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suit or action shall be commenced hereunder by any claimant unless said claimant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perfected or perfectible lien arising out of or related to the work encompassed in the Contract except where the claimant has satisfied the following requirements: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Claimant, other than one having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contract with Subcontractor, shall have given written notice to any two of the following: Subcontractor, Contractor, or Surety, within ninety (90) calendar days after such claimant did or performed the last of the work or labor, or furnished the last of the materials for which said claim is made, stating with substantial accuracy the amount claimed and the name of the party to whom the materials were furnished, or for whom the work or labor was done or performed. Such notice shall be served by mailing the same by registered or certified mail, postage prepaid,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envelope addressed to Subcontractor, Contractor, or Surety, at any place where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 is regularly maintained for the transaction of business, or served in any manner in which legal process may be served in the state in which the aforesaid Project is located, save that such service need not be made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officer.</w:t>
      </w:r>
    </w:p>
    <w:p>
      <w:pPr>
        <w:keepNext w:val="0"/>
        <w:spacing w:before="120" w:after="0" w:line="260" w:lineRule="exact"/>
        <w:ind w:left="1440" w:right="0" w:firstLine="0"/>
        <w:jc w:val="left"/>
      </w:pPr>
      <w:r>
        <w:rPr>
          <w:rFonts w:ascii="Times New Roman" w:hAnsi="Times New Roman" w:eastAsia="Times New Roman" w:cs="Times New Roman"/>
          <w:b w:val="0"/>
          <w:sz w:val="24"/>
        </w:rPr>
        <w:t>(b)</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Claimant must commence suit prior to the expiration of one (1) year following the date on which Subcontractor ceased work on the Subcontract or after the expiration of one (1) year following the date of Substantial Completion of the Project, whichever is later, it being understood, however, that if any limitation embodied in this bond is prohibited by any law controlling the construction hereof, such limitation shall be deemed to be amended so as to be equal to the minimum period of limitation permitted by such law.</w:t>
      </w:r>
    </w:p>
    <w:p>
      <w:pPr>
        <w:keepNext w:val="0"/>
        <w:spacing w:before="120" w:after="0" w:line="260" w:lineRule="exact"/>
        <w:ind w:left="1440" w:right="0" w:firstLine="0"/>
        <w:jc w:val="left"/>
      </w:pPr>
      <w:r>
        <w:rPr>
          <w:rFonts w:ascii="Times New Roman" w:hAnsi="Times New Roman" w:eastAsia="Times New Roman" w:cs="Times New Roman"/>
          <w:b w:val="0"/>
          <w:sz w:val="24"/>
        </w:rPr>
        <w:t>(c)</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Claimant must commence suit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court of competent jurisdiction in and for the county or other political subdivision of the state in which the Project, or any part thereof, is situated, or in the United States District Court for the district in which the Project, or any part thereof, is situated, and not elsewhere.</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amount of this bond shall be reduced by and to the extent of any payment or payments made in good faith hereunder, inclusive of the payments by Surety of mechanics' liens which may be filed of record against said improvement, whether or not claim for the amount of such lien be presented under and against this bond.</w:t>
      </w:r>
    </w:p>
    <w:p>
      <w:pPr>
        <w:keepNext w:val="0"/>
        <w:spacing w:before="200" w:after="0" w:line="260" w:lineRule="exact"/>
        <w:ind w:left="720" w:right="0" w:firstLine="0"/>
        <w:jc w:val="both"/>
      </w:pPr>
      <w:r>
        <w:rPr>
          <w:rFonts w:ascii="Times New Roman" w:hAnsi="Times New Roman" w:eastAsia="Times New Roman" w:cs="Times New Roman"/>
          <w:b w:val="0"/>
          <w:sz w:val="24"/>
        </w:rPr>
        <w:t>Signed and sealed on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PRINCIPAL:</w:t>
      </w:r>
    </w:p>
    <w:p>
      <w:pPr>
        <w:keepNext w:val="0"/>
        <w:spacing w:before="120" w:after="0" w:line="260" w:lineRule="exact"/>
        <w:ind w:left="720" w:right="0" w:firstLine="0"/>
        <w:jc w:val="left"/>
      </w:pPr>
      <w:r>
        <w:rPr>
          <w:rFonts w:ascii="Times New Roman" w:hAnsi="Times New Roman" w:eastAsia="Times New Roman" w:cs="Times New Roman"/>
          <w:b w:val="0"/>
          <w:sz w:val="24"/>
        </w:rPr>
        <w:t>[Subcontractor]</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[signatory]</w:t>
      </w:r>
    </w:p>
    <w:p>
      <w:pPr>
        <w:keepNext w:val="0"/>
        <w:spacing w:before="120" w:after="0" w:line="260" w:lineRule="exact"/>
        <w:ind w:left="720" w:right="0" w:firstLine="0"/>
        <w:jc w:val="left"/>
      </w:pPr>
      <w:r>
        <w:rPr>
          <w:rFonts w:ascii="Times New Roman" w:hAnsi="Times New Roman" w:eastAsia="Times New Roman" w:cs="Times New Roman"/>
          <w:b w:val="0"/>
          <w:sz w:val="24"/>
        </w:rPr>
        <w:t>Title: [title]</w:t>
      </w:r>
    </w:p>
    <w:p>
      <w:pPr>
        <w:keepNext w:val="0"/>
        <w:spacing w:before="120" w:after="0" w:line="260" w:lineRule="exact"/>
        <w:ind w:left="720" w:right="0" w:firstLine="0"/>
        <w:jc w:val="left"/>
      </w:pPr>
      <w:r>
        <w:rPr>
          <w:rFonts w:ascii="Times New Roman" w:hAnsi="Times New Roman" w:eastAsia="Times New Roman" w:cs="Times New Roman"/>
          <w:b w:val="0"/>
          <w:sz w:val="24"/>
        </w:rPr>
        <w:t>SURETY:</w:t>
      </w:r>
    </w:p>
    <w:p>
      <w:pPr>
        <w:keepNext w:val="0"/>
        <w:spacing w:before="120" w:after="0" w:line="260" w:lineRule="exact"/>
        <w:ind w:left="720" w:right="0" w:firstLine="0"/>
        <w:jc w:val="left"/>
      </w:pPr>
      <w:r>
        <w:rPr>
          <w:rFonts w:ascii="Times New Roman" w:hAnsi="Times New Roman" w:eastAsia="Times New Roman" w:cs="Times New Roman"/>
          <w:b w:val="0"/>
          <w:sz w:val="24"/>
        </w:rPr>
        <w:t>[Surety]</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[signatory]</w:t>
      </w:r>
    </w:p>
    <w:p>
      <w:pPr>
        <w:keepNext w:val="0"/>
        <w:spacing w:before="120" w:after="0" w:line="260" w:lineRule="exact"/>
        <w:ind w:left="720" w:right="0" w:firstLine="0"/>
        <w:jc w:val="left"/>
      </w:pPr>
      <w:r>
        <w:rPr>
          <w:rFonts w:ascii="Times New Roman" w:hAnsi="Times New Roman" w:eastAsia="Times New Roman" w:cs="Times New Roman"/>
          <w:b w:val="0"/>
          <w:sz w:val="24"/>
        </w:rPr>
        <w:t>Title: [title]</w:t>
      </w:r>
    </w:p>
    <w:p>
      <w:pPr>
        <w:keepNext w:val="0"/>
        <w:spacing w:before="200" w:after="0" w:line="260" w:lineRule="exact"/>
        <w:ind w:left="720" w:right="0" w:firstLine="0"/>
        <w:jc w:val="both"/>
      </w:pPr>
      <w:r>
        <w:rPr>
          <w:rFonts w:ascii="Times New Roman" w:hAnsi="Times New Roman" w:eastAsia="Times New Roman" w:cs="Times New Roman"/>
          <w:b w:val="0"/>
          <w:sz w:val="24"/>
        </w:rPr>
        <w:t>THE STATE OF [state]</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BEFORE ME, the undersigned authority, on this day, personally appeared ____________________, known to me to be the person whose name subscribed to the foregoing instrument, and acknowledged to me that he executed the same for the purposes and consideration therein expressed.</w:t>
      </w:r>
    </w:p>
    <w:p>
      <w:pPr>
        <w:keepNext w:val="0"/>
        <w:spacing w:before="200" w:after="0" w:line="260" w:lineRule="exact"/>
        <w:ind w:left="720" w:right="0" w:firstLine="0"/>
        <w:jc w:val="both"/>
      </w:pPr>
      <w:r>
        <w:rPr>
          <w:rFonts w:ascii="Times New Roman" w:hAnsi="Times New Roman" w:eastAsia="Times New Roman" w:cs="Times New Roman"/>
          <w:b w:val="0"/>
          <w:sz w:val="24"/>
        </w:rPr>
        <w:t>GIVEN UNDER MY HAND AND SEAL OF OFFICE on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200" w:after="0" w:line="260" w:lineRule="exact"/>
        <w:ind w:left="720" w:right="0" w:firstLine="0"/>
        <w:jc w:val="both"/>
      </w:pPr>
      <w:r>
        <w:rPr>
          <w:rFonts w:ascii="Times New Roman" w:hAnsi="Times New Roman" w:eastAsia="Times New Roman" w:cs="Times New Roman"/>
          <w:b w:val="0"/>
          <w:sz w:val="24"/>
        </w:rPr>
        <w:t>MY TERM EXPIRES: [month] [day], [year]</w:t>
      </w:r>
    </w:p>
    <w:p>
      <w:pPr>
        <w:keepNext w:val="0"/>
        <w:spacing w:before="120" w:after="0" w:line="260" w:lineRule="exact"/>
        <w:ind w:left="360" w:right="0" w:firstLine="0"/>
        <w:jc w:val="left"/>
      </w:pPr>
      <w:r>
        <w:rPr>
          <w:rFonts w:ascii="Times New Roman" w:hAnsi="Times New Roman" w:eastAsia="Times New Roman" w:cs="Times New Roman"/>
          <w:b w:val="0"/>
          <w:sz w:val="24"/>
        </w:rPr>
        <w:t>Exhibit 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Subcontractor Performance Bond.</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KNOW ALL MEN BY THESE PRESENTS: That [subcontractor]., as principal, hereinafter called Subcontractor, and [surety] as surety, hereinafter called Surety, are hereby held and firmly bound unto [contractor], as Obligee, hereinafter called Contractor, in the amount of [amount in words] Dollars ($[amount in numbers]) for the payment whereof Subcontractor and Surety bind themselves, their heirs, executors, administrators, successors and assigns, jointly and severally, firmly by these presents.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Contractor has by written agreement dated [date of construction agreement], entered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with [project owner], as Owner, hereinafter called Owner, for the construction of [construction project] in accordance with Drawings and Specifications prepared by [architect], which contract is by reference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and is hereinafter referred to as the Contract; and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WHEREAS, Subcontractor has by written agreement dated [date of subcontract agreement], entered into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subcontract with Contractor to perform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Contractor's obligations under the Contract, which subcontract is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hereof and is hereinafter referred to as the Subcontract.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THE CONDITION OF THE ABOVE OBLIGATION is such that, if Subcontractor shall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well and faithfully do and perform the things agreed to be done and performed by Subcontractor according to the terms of the Subcontract, (b) promptly make payment of all lawful claims arising out of the performance of the Subcontract which are covered by any bond furnished Owner by Contractor or which could be the basis for causing any funds owing to Contractor by Owner to be withheld from Contractor by Owner or be the basis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lien thereon, (c) pay to Contractor all money which becomes owing to Contractor by Subcontractor under the terms of the Subcontract, and (d) hold Contractor harmless from all loss, damage and expense, including without limitation costs and attorneys' fees, expert fees, or other expenses of whatever nature which Contractor may sustain by reason of the failure or neglect of Subcontractor to perform any of the conditions of this bond or the Subcontract, then this obligation shall be void; otherwise the same shall remain in full force and effect.</w:t>
      </w:r>
    </w:p>
    <w:p>
      <w:pPr>
        <w:keepNext w:val="0"/>
        <w:spacing w:before="200" w:after="0" w:line="260" w:lineRule="exact"/>
        <w:ind w:left="720" w:right="0" w:firstLine="0"/>
        <w:jc w:val="both"/>
      </w:pPr>
      <w:r>
        <w:rPr>
          <w:rFonts w:ascii="Times New Roman" w:hAnsi="Times New Roman" w:eastAsia="Times New Roman" w:cs="Times New Roman"/>
          <w:b w:val="0"/>
          <w:sz w:val="24"/>
        </w:rPr>
        <w:t>Surety hereby stipulates and agrees that no modifications, changes, omissions or additions in and to the terms of the Subcontract or in or to the plans or specifications therefor shall in any way affect the obligations of Surety on this bond and, further, that should the Subcontract Amount be increased by Contract Change Order then the penal sum stated above shall likewise be increased by the amount of the Contract Change Order, it being the intent of Surety that the penal sum of this performance bond shall cover the full Subcontract Amount as increased by Contract Change Order.</w:t>
      </w:r>
    </w:p>
    <w:p>
      <w:pPr>
        <w:keepNext w:val="0"/>
        <w:spacing w:before="200" w:after="0" w:line="260" w:lineRule="exact"/>
        <w:ind w:left="720" w:right="0" w:firstLine="0"/>
        <w:jc w:val="both"/>
      </w:pPr>
      <w:r>
        <w:rPr>
          <w:rFonts w:ascii="Times New Roman" w:hAnsi="Times New Roman" w:eastAsia="Times New Roman" w:cs="Times New Roman"/>
          <w:b w:val="0"/>
          <w:sz w:val="24"/>
        </w:rPr>
        <w:t>Signed and sealed on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PRINCIPAL:</w:t>
      </w:r>
    </w:p>
    <w:p>
      <w:pPr>
        <w:keepNext w:val="0"/>
        <w:spacing w:before="120" w:after="0" w:line="260" w:lineRule="exact"/>
        <w:ind w:left="720" w:right="0" w:firstLine="0"/>
        <w:jc w:val="left"/>
      </w:pPr>
      <w:r>
        <w:rPr>
          <w:rFonts w:ascii="Times New Roman" w:hAnsi="Times New Roman" w:eastAsia="Times New Roman" w:cs="Times New Roman"/>
          <w:b w:val="0"/>
          <w:sz w:val="24"/>
        </w:rPr>
        <w:t>[Subcontractor]</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[signatory]</w:t>
      </w:r>
    </w:p>
    <w:p>
      <w:pPr>
        <w:keepNext w:val="0"/>
        <w:spacing w:before="120" w:after="0" w:line="260" w:lineRule="exact"/>
        <w:ind w:left="720" w:right="0" w:firstLine="0"/>
        <w:jc w:val="left"/>
      </w:pPr>
      <w:r>
        <w:rPr>
          <w:rFonts w:ascii="Times New Roman" w:hAnsi="Times New Roman" w:eastAsia="Times New Roman" w:cs="Times New Roman"/>
          <w:b w:val="0"/>
          <w:sz w:val="24"/>
        </w:rPr>
        <w:t>Title: [title]</w:t>
      </w:r>
    </w:p>
    <w:p>
      <w:pPr>
        <w:keepNext w:val="0"/>
        <w:spacing w:before="120" w:after="0" w:line="260" w:lineRule="exact"/>
        <w:ind w:left="720" w:right="0" w:firstLine="0"/>
        <w:jc w:val="left"/>
      </w:pPr>
      <w:r>
        <w:rPr>
          <w:rFonts w:ascii="Times New Roman" w:hAnsi="Times New Roman" w:eastAsia="Times New Roman" w:cs="Times New Roman"/>
          <w:b w:val="0"/>
          <w:sz w:val="24"/>
        </w:rPr>
        <w:t>SURETY:</w:t>
      </w:r>
    </w:p>
    <w:p>
      <w:pPr>
        <w:keepNext w:val="0"/>
        <w:spacing w:before="120" w:after="0" w:line="260" w:lineRule="exact"/>
        <w:ind w:left="720" w:right="0" w:firstLine="0"/>
        <w:jc w:val="left"/>
      </w:pPr>
      <w:r>
        <w:rPr>
          <w:rFonts w:ascii="Times New Roman" w:hAnsi="Times New Roman" w:eastAsia="Times New Roman" w:cs="Times New Roman"/>
          <w:b w:val="0"/>
          <w:sz w:val="24"/>
        </w:rPr>
        <w:t>[Surety]</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[signatory]</w:t>
      </w:r>
    </w:p>
    <w:p>
      <w:pPr>
        <w:keepNext w:val="0"/>
        <w:spacing w:before="120" w:after="0" w:line="260" w:lineRule="exact"/>
        <w:ind w:left="720" w:right="0" w:firstLine="0"/>
        <w:jc w:val="left"/>
      </w:pPr>
      <w:r>
        <w:rPr>
          <w:rFonts w:ascii="Times New Roman" w:hAnsi="Times New Roman" w:eastAsia="Times New Roman" w:cs="Times New Roman"/>
          <w:b w:val="0"/>
          <w:sz w:val="24"/>
        </w:rPr>
        <w:t>Title: [title]</w:t>
      </w:r>
    </w:p>
    <w:p>
      <w:pPr>
        <w:keepNext w:val="0"/>
        <w:spacing w:before="200" w:after="0" w:line="260" w:lineRule="exact"/>
        <w:ind w:left="720" w:right="0" w:firstLine="0"/>
        <w:jc w:val="both"/>
      </w:pPr>
      <w:r>
        <w:rPr>
          <w:rFonts w:ascii="Times New Roman" w:hAnsi="Times New Roman" w:eastAsia="Times New Roman" w:cs="Times New Roman"/>
          <w:b w:val="0"/>
          <w:sz w:val="24"/>
        </w:rPr>
        <w:t>THE STATE OF [state]</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BEFORE ME, the undersigned authority, on this day, personally appeared ____________________, known to me to be the person whose name subscribed to the foregoing instrument, and acknowledged to me that he executed the same for the purposes and consideration therein expressed.</w:t>
      </w:r>
    </w:p>
    <w:p>
      <w:pPr>
        <w:keepNext w:val="0"/>
        <w:spacing w:before="200" w:after="0" w:line="260" w:lineRule="exact"/>
        <w:ind w:left="720" w:right="0" w:firstLine="0"/>
        <w:jc w:val="both"/>
      </w:pPr>
      <w:r>
        <w:rPr>
          <w:rFonts w:ascii="Times New Roman" w:hAnsi="Times New Roman" w:eastAsia="Times New Roman" w:cs="Times New Roman"/>
          <w:b w:val="0"/>
          <w:sz w:val="24"/>
        </w:rPr>
        <w:t>GIVEN UNDER MY HAND AND SEAL OF OFFICE on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200" w:after="0" w:line="260" w:lineRule="exact"/>
        <w:ind w:left="720" w:right="0" w:firstLine="0"/>
        <w:jc w:val="both"/>
      </w:pPr>
      <w:r>
        <w:rPr>
          <w:rFonts w:ascii="Times New Roman" w:hAnsi="Times New Roman" w:eastAsia="Times New Roman" w:cs="Times New Roman"/>
          <w:b w:val="0"/>
          <w:sz w:val="24"/>
        </w:rPr>
        <w:t>MY TERM EXPIRES:</w:t>
      </w:r>
    </w:p>
    <w:p>
      <w:pPr>
        <w:keepNext w:val="0"/>
        <w:spacing w:before="120" w:after="0" w:line="260" w:lineRule="exact"/>
        <w:ind w:left="360" w:right="0" w:firstLine="0"/>
        <w:jc w:val="left"/>
      </w:pPr>
      <w:r>
        <w:rPr>
          <w:rFonts w:ascii="Times New Roman" w:hAnsi="Times New Roman" w:eastAsia="Times New Roman" w:cs="Times New Roman"/>
          <w:b w:val="0"/>
          <w:sz w:val="24"/>
        </w:rPr>
        <w:t>Exhibit 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Interim Waiver and Release Upon Payment.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STATE OF [state]</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The undersigned subcontractor, mechanic and materialman has been employed by ____________________ to furnish ____________________ (describe materials and labor) for the construction of improvements known as ____________________ (title of the project or building which is located in the City of ____________________, County of ____________________, and is owned by ____________________ and more particularly described as follows: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Upon the receipt of the sum of $_____, the subcontractor, mechanic and materialman waives and releases any and all liens, claims of liens or other claims it has upon the foregoing described property through the date of ____________________ (date) and excepting those rights and liens that the subcontractor, mechanic and materialman might have in any retained amounts, on account of labor or materials, or both, furnished by the undersigned to or on account of said contractor for said building or premises.</w:t>
      </w:r>
    </w:p>
    <w:p>
      <w:pPr>
        <w:keepNext w:val="0"/>
        <w:spacing w:before="200" w:after="0" w:line="260" w:lineRule="exact"/>
        <w:ind w:left="720" w:right="0" w:firstLine="0"/>
        <w:jc w:val="both"/>
      </w:pPr>
      <w:r>
        <w:rPr>
          <w:rFonts w:ascii="Times New Roman" w:hAnsi="Times New Roman" w:eastAsia="Times New Roman" w:cs="Times New Roman"/>
          <w:b w:val="0"/>
          <w:sz w:val="24"/>
        </w:rPr>
        <w:t>Given under hand and seal on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(Seal)</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(Address)</w:t>
      </w:r>
    </w:p>
    <w:p>
      <w:pPr>
        <w:keepNext w:val="0"/>
        <w:spacing w:before="120" w:after="0" w:line="260" w:lineRule="exact"/>
        <w:ind w:left="360" w:right="0" w:firstLine="0"/>
        <w:jc w:val="left"/>
      </w:pPr>
      <w:r>
        <w:rPr>
          <w:rFonts w:ascii="Times New Roman" w:hAnsi="Times New Roman" w:eastAsia="Times New Roman" w:cs="Times New Roman"/>
          <w:b w:val="0"/>
          <w:sz w:val="24"/>
        </w:rPr>
        <w:t>Exhibit 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Final Release and Waiver of Liens.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Upon receipt from [contractor] ("</w:t>
      </w:r>
      <w:r>
        <w:rPr>
          <w:rFonts w:ascii="Times New Roman" w:hAnsi="Times New Roman" w:eastAsia="Times New Roman" w:cs="Times New Roman"/>
          <w:b w:val="0"/>
          <w:sz w:val="24"/>
        </w:rPr>
        <w:t>Contractor</w:t>
      </w:r>
      <w:r>
        <w:rPr>
          <w:rFonts w:ascii="Times New Roman" w:hAnsi="Times New Roman" w:eastAsia="Times New Roman" w:cs="Times New Roman"/>
          <w:b w:val="0"/>
          <w:sz w:val="24"/>
        </w:rPr>
        <w:t>"), the sum of [amount in words] DOLLARS ($[amount in numbers]), being the final payment due DEF CONSTRUCTION, INC. ("</w:t>
      </w:r>
      <w:r>
        <w:rPr>
          <w:rFonts w:ascii="Times New Roman" w:hAnsi="Times New Roman" w:eastAsia="Times New Roman" w:cs="Times New Roman"/>
          <w:b w:val="0"/>
          <w:sz w:val="24"/>
        </w:rPr>
        <w:t>Subcontractor</w:t>
      </w:r>
      <w:r>
        <w:rPr>
          <w:rFonts w:ascii="Times New Roman" w:hAnsi="Times New Roman" w:eastAsia="Times New Roman" w:cs="Times New Roman"/>
          <w:b w:val="0"/>
          <w:sz w:val="24"/>
        </w:rPr>
        <w:t>") on account of its Subcontract Agreement No. [agreement number] (the "</w:t>
      </w:r>
      <w:r>
        <w:rPr>
          <w:rFonts w:ascii="Times New Roman" w:hAnsi="Times New Roman" w:eastAsia="Times New Roman" w:cs="Times New Roman"/>
          <w:b w:val="0"/>
          <w:sz w:val="24"/>
        </w:rPr>
        <w:t>Subcontract</w:t>
      </w:r>
      <w:r>
        <w:rPr>
          <w:rFonts w:ascii="Times New Roman" w:hAnsi="Times New Roman" w:eastAsia="Times New Roman" w:cs="Times New Roman"/>
          <w:b w:val="0"/>
          <w:sz w:val="24"/>
        </w:rPr>
        <w:t>") with Contractor dated [date of subcontract agreement], for the furnishing of [description of services] for the [construction project] located at [address of project] and in consideration of this and prior payments, Subcontractor does hereby waive, release, remise, relinquish and forever discharge Contractor from any and all obligations and liabilities arising out of or related to said Subcontract, the work included thereunder and any and all claims, demands and liens of every kind and character whatsoever of Subcontractor against Contractor, Owner (as defined in the Subcontract) and the above premises arising out of or in any way relating to the Subcontract.</w:t>
      </w:r>
    </w:p>
    <w:p>
      <w:pPr>
        <w:keepNext w:val="0"/>
        <w:spacing w:before="200" w:after="0" w:line="260" w:lineRule="exact"/>
        <w:ind w:left="720" w:right="0" w:firstLine="0"/>
        <w:jc w:val="both"/>
      </w:pPr>
      <w:r>
        <w:rPr>
          <w:rFonts w:ascii="Times New Roman" w:hAnsi="Times New Roman" w:eastAsia="Times New Roman" w:cs="Times New Roman"/>
          <w:b w:val="0"/>
          <w:sz w:val="24"/>
        </w:rPr>
        <w:t>Further, Subcontractor certifies that it has fully paid for all work, labor, services, materials and equipment provided to it in connection with the Subcontract, except for the following:</w:t>
      </w:r>
    </w:p>
    <w:p>
      <w:pPr>
        <w:keepNext w:val="0"/>
        <w:spacing w:before="200" w:after="0" w:line="260" w:lineRule="exact"/>
        <w:ind w:left="1080" w:right="0" w:firstLine="0"/>
        <w:jc w:val="both"/>
      </w:pPr>
      <w:r>
        <w:rPr>
          <w:rFonts w:ascii="Times New Roman" w:hAnsi="Times New Roman" w:eastAsia="Times New Roman" w:cs="Times New Roman"/>
          <w:b w:val="0"/>
          <w:sz w:val="24"/>
        </w:rPr>
        <w:t>(If none, state "NONE")</w:t>
      </w:r>
    </w:p>
    <w:p>
      <w:pPr>
        <w:keepNext w:val="0"/>
        <w:spacing w:before="120" w:after="0" w:line="260" w:lineRule="exact"/>
        <w:ind w:left="1080" w:right="0" w:firstLine="0"/>
        <w:jc w:val="left"/>
      </w:pPr>
      <w:r>
        <w:rPr>
          <w:rFonts w:ascii="Times New Roman" w:hAnsi="Times New Roman" w:eastAsia="Times New Roman" w:cs="Times New Roman"/>
          <w:b w:val="0"/>
          <w:sz w:val="24"/>
        </w:rPr>
        <w:t>[Subcontractor]</w:t>
      </w:r>
    </w:p>
    <w:p>
      <w:pPr>
        <w:keepNext w:val="0"/>
        <w:spacing w:before="120" w:after="0" w:line="260" w:lineRule="exact"/>
        <w:ind w:left="108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 [signatory]</w:t>
      </w:r>
    </w:p>
    <w:p>
      <w:pPr>
        <w:keepNext w:val="0"/>
        <w:spacing w:before="120" w:after="0" w:line="260" w:lineRule="exact"/>
        <w:ind w:left="1080" w:right="0" w:firstLine="0"/>
        <w:jc w:val="left"/>
      </w:pPr>
      <w:r>
        <w:rPr>
          <w:rFonts w:ascii="Times New Roman" w:hAnsi="Times New Roman" w:eastAsia="Times New Roman" w:cs="Times New Roman"/>
          <w:b w:val="0"/>
          <w:sz w:val="24"/>
        </w:rPr>
        <w:t>Title: [title]</w:t>
      </w:r>
    </w:p>
    <w:p>
      <w:pPr>
        <w:keepNext w:val="0"/>
        <w:spacing w:before="200" w:after="0" w:line="260" w:lineRule="exact"/>
        <w:ind w:left="1080" w:right="0" w:firstLine="0"/>
        <w:jc w:val="both"/>
      </w:pPr>
      <w:r>
        <w:rPr>
          <w:rFonts w:ascii="Times New Roman" w:hAnsi="Times New Roman" w:eastAsia="Times New Roman" w:cs="Times New Roman"/>
          <w:b w:val="0"/>
          <w:sz w:val="24"/>
        </w:rPr>
        <w:t>STATE OF [state]</w:t>
      </w:r>
    </w:p>
    <w:p>
      <w:pPr>
        <w:keepNext w:val="0"/>
        <w:spacing w:before="200" w:after="0" w:line="260" w:lineRule="exact"/>
        <w:ind w:left="108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1080" w:right="0" w:firstLine="0"/>
        <w:jc w:val="both"/>
      </w:pPr>
      <w:r>
        <w:rPr>
          <w:rFonts w:ascii="Times New Roman" w:hAnsi="Times New Roman" w:eastAsia="Times New Roman" w:cs="Times New Roman"/>
          <w:b w:val="0"/>
          <w:sz w:val="24"/>
        </w:rPr>
        <w:t>BEFORE ME, the undersigned authority, on this day, personally appeared ____________________, known to me to be the person whose name subscribed to the foregoing instrument, and acknowledged to me that he executed the same for the purposes and consideration therein expressed.</w:t>
      </w:r>
    </w:p>
    <w:p>
      <w:pPr>
        <w:keepNext w:val="0"/>
        <w:spacing w:before="200" w:after="0" w:line="260" w:lineRule="exact"/>
        <w:ind w:left="1080" w:right="0" w:firstLine="0"/>
        <w:jc w:val="both"/>
      </w:pPr>
      <w:r>
        <w:rPr>
          <w:rFonts w:ascii="Times New Roman" w:hAnsi="Times New Roman" w:eastAsia="Times New Roman" w:cs="Times New Roman"/>
          <w:b w:val="0"/>
          <w:sz w:val="24"/>
        </w:rPr>
        <w:t>GIVEN UNDER MY HAND AND SEAL OF OFFICE on this [day] day of [month], [year].</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NOTARY PUBLIC</w:t>
      </w:r>
    </w:p>
    <w:p>
      <w:pPr>
        <w:keepNext w:val="0"/>
        <w:spacing w:before="120" w:after="0" w:line="260" w:lineRule="exact"/>
        <w:ind w:left="1080" w:right="0" w:firstLine="0"/>
        <w:jc w:val="left"/>
      </w:pPr>
      <w:r>
        <w:rPr>
          <w:rFonts w:ascii="Times New Roman" w:hAnsi="Times New Roman" w:eastAsia="Times New Roman" w:cs="Times New Roman"/>
          <w:b w:val="0"/>
          <w:sz w:val="24"/>
        </w:rPr>
        <w:t>[SEAL]</w:t>
      </w:r>
    </w:p>
    <w:p>
      <w:pPr>
        <w:keepNext w:val="0"/>
        <w:spacing w:before="200" w:after="0" w:line="260" w:lineRule="exact"/>
        <w:ind w:left="1080" w:right="0" w:firstLine="0"/>
        <w:jc w:val="both"/>
      </w:pPr>
      <w:r>
        <w:rPr>
          <w:rFonts w:ascii="Times New Roman" w:hAnsi="Times New Roman" w:eastAsia="Times New Roman" w:cs="Times New Roman"/>
          <w:b w:val="0"/>
          <w:sz w:val="24"/>
        </w:rPr>
        <w:t>MY TERM EXPIRES: [month] [day], [year]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NOTICE: THIS DOCUMENT WAIVES RIGHTS UNCONDITIONALLY AND STATES THAT YOU HAVE BEEN PAID FOR GIVING UP THOSE RIGHTS. THIS DOCUMENT IS ENFORCEABLE AGAINST YOU IF YOU SIGN IT, EVEN IF YOU HAVE NOT BEEN PAID. IF YOU HAVE NOT YET BEEN PAID, USE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CONDITIONAL RELEASE FORM.</w:t>
      </w:r>
    </w:p>
    <w:p>
      <w:pPr>
        <w:keepNext w:val="0"/>
        <w:spacing w:before="120" w:after="0" w:line="260" w:lineRule="exact"/>
        <w:ind w:left="360" w:right="0" w:firstLine="0"/>
        <w:jc w:val="left"/>
      </w:pPr>
      <w:r>
        <w:rPr>
          <w:rFonts w:ascii="Times New Roman" w:hAnsi="Times New Roman" w:eastAsia="Times New Roman" w:cs="Times New Roman"/>
          <w:b w:val="0"/>
          <w:sz w:val="24"/>
        </w:rPr>
        <w:t>Exhibit 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 of Construction.</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Pursuant to the Contract between [contractor] ("</w:t>
      </w:r>
      <w:r>
        <w:rPr>
          <w:rFonts w:ascii="Times New Roman" w:hAnsi="Times New Roman" w:eastAsia="Times New Roman" w:cs="Times New Roman"/>
          <w:b w:val="0"/>
          <w:sz w:val="24"/>
        </w:rPr>
        <w:t>Contractor</w:t>
      </w:r>
      <w:r>
        <w:rPr>
          <w:rFonts w:ascii="Times New Roman" w:hAnsi="Times New Roman" w:eastAsia="Times New Roman" w:cs="Times New Roman"/>
          <w:b w:val="0"/>
          <w:sz w:val="24"/>
        </w:rPr>
        <w:t>") and [owner] ("</w:t>
      </w:r>
      <w:r>
        <w:rPr>
          <w:rFonts w:ascii="Times New Roman" w:hAnsi="Times New Roman" w:eastAsia="Times New Roman" w:cs="Times New Roman"/>
          <w:b w:val="0"/>
          <w:sz w:val="24"/>
        </w:rPr>
        <w:t>Owner</w:t>
      </w:r>
      <w:r>
        <w:rPr>
          <w:rFonts w:ascii="Times New Roman" w:hAnsi="Times New Roman" w:eastAsia="Times New Roman" w:cs="Times New Roman"/>
          <w:b w:val="0"/>
          <w:sz w:val="24"/>
        </w:rPr>
        <w:t>") dated [date of contract agreement] for the construction of [construction project]; and the Subcontract Agreement No. [subcontract number] (the "</w:t>
      </w:r>
      <w:r>
        <w:rPr>
          <w:rFonts w:ascii="Times New Roman" w:hAnsi="Times New Roman" w:eastAsia="Times New Roman" w:cs="Times New Roman"/>
          <w:b w:val="0"/>
          <w:sz w:val="24"/>
        </w:rPr>
        <w:t>Subcontract</w:t>
      </w:r>
      <w:r>
        <w:rPr>
          <w:rFonts w:ascii="Times New Roman" w:hAnsi="Times New Roman" w:eastAsia="Times New Roman" w:cs="Times New Roman"/>
          <w:b w:val="0"/>
          <w:sz w:val="24"/>
        </w:rPr>
        <w:t>") between [subcontractor] ("</w:t>
      </w:r>
      <w:r>
        <w:rPr>
          <w:rFonts w:ascii="Times New Roman" w:hAnsi="Times New Roman" w:eastAsia="Times New Roman" w:cs="Times New Roman"/>
          <w:b w:val="0"/>
          <w:sz w:val="24"/>
        </w:rPr>
        <w:t>Subcontractor</w:t>
      </w:r>
      <w:r>
        <w:rPr>
          <w:rFonts w:ascii="Times New Roman" w:hAnsi="Times New Roman" w:eastAsia="Times New Roman" w:cs="Times New Roman"/>
          <w:b w:val="0"/>
          <w:sz w:val="24"/>
        </w:rPr>
        <w:t xml:space="preserve">") and Contractor dated [date of subcontract agreement], Subcontractor hereby guarantees all work performed under the Subcontract and shall remedy at its own expense any failure of the work (including equipment) to conform to the contract plans and specifications and any defect of material and workmanship in the work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one year after final acceptance by Owner. Where guarantees or warranties are written in the Contract Documents (as defined in the Subcontract Agreement)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more than one year, such longer terms shall apply. Date of final acceptance is established as [date of final acceptance].</w:t>
      </w:r>
    </w:p>
    <w:p>
      <w:pPr>
        <w:keepNext w:val="0"/>
        <w:spacing w:before="200" w:after="0" w:line="260" w:lineRule="exact"/>
        <w:ind w:left="720" w:right="0" w:firstLine="0"/>
        <w:jc w:val="both"/>
      </w:pPr>
      <w:r>
        <w:rPr>
          <w:rFonts w:ascii="Times New Roman" w:hAnsi="Times New Roman" w:eastAsia="Times New Roman" w:cs="Times New Roman"/>
          <w:b w:val="0"/>
          <w:sz w:val="24"/>
        </w:rPr>
        <w:t>All manufacturers' and suppliers' warranties and guaranties, express or implied, respecting any part of the work and any materials used therein are hereby assigned by Subcontractor jointly to Contractor and Owner. This Warranty of Construction shall supplement, and not supersede, warranties and guaranties given by Subcontractor under the terms of the Contract Documents.</w:t>
      </w:r>
    </w:p>
    <w:p>
      <w:pPr>
        <w:keepNext w:val="0"/>
        <w:spacing w:before="120" w:after="0" w:line="260" w:lineRule="exact"/>
        <w:ind w:left="720" w:right="0" w:firstLine="0"/>
        <w:jc w:val="left"/>
      </w:pPr>
      <w:r>
        <w:rPr>
          <w:rFonts w:ascii="Times New Roman" w:hAnsi="Times New Roman" w:eastAsia="Times New Roman" w:cs="Times New Roman"/>
          <w:b w:val="0"/>
          <w:sz w:val="24"/>
        </w:rPr>
        <w:t>SUBCONTRACTOR:</w:t>
      </w:r>
    </w:p>
    <w:p>
      <w:pPr>
        <w:keepNext w:val="0"/>
        <w:spacing w:before="120" w:after="0" w:line="260" w:lineRule="exact"/>
        <w:ind w:left="720" w:right="0" w:firstLine="0"/>
        <w:jc w:val="left"/>
      </w:pPr>
      <w:r>
        <w:rPr>
          <w:rFonts w:ascii="Times New Roman" w:hAnsi="Times New Roman" w:eastAsia="Times New Roman" w:cs="Times New Roman"/>
          <w:b w:val="0"/>
          <w:sz w:val="24"/>
        </w:rPr>
        <w:t>[Subcontractor]</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[signatory]</w:t>
      </w:r>
    </w:p>
    <w:p>
      <w:pPr>
        <w:keepNext w:val="0"/>
        <w:spacing w:before="120" w:after="0" w:line="260" w:lineRule="exact"/>
        <w:ind w:left="720" w:right="0" w:firstLine="0"/>
        <w:jc w:val="left"/>
      </w:pPr>
      <w:r>
        <w:rPr>
          <w:rFonts w:ascii="Times New Roman" w:hAnsi="Times New Roman" w:eastAsia="Times New Roman" w:cs="Times New Roman"/>
          <w:b w:val="0"/>
          <w:sz w:val="24"/>
        </w:rPr>
        <w:t>Title: [title]</w:t>
      </w:r>
    </w:p>
    <w:p>
      <w:pPr>
        <w:keepNext w:val="0"/>
        <w:spacing w:before="120" w:after="0" w:line="260" w:lineRule="exact"/>
        <w:ind w:left="720" w:right="0" w:firstLine="0"/>
        <w:jc w:val="left"/>
      </w:pPr>
      <w:r>
        <w:rPr>
          <w:rFonts w:ascii="Times New Roman" w:hAnsi="Times New Roman" w:eastAsia="Times New Roman" w:cs="Times New Roman"/>
          <w:b w:val="0"/>
          <w:sz w:val="24"/>
        </w:rPr>
        <w:t>Date: [date]</w:t>
      </w:r>
    </w:p>
    <w:p>
      <w:pPr>
        <w:keepNext w:val="0"/>
        <w:spacing w:before="200" w:after="0" w:line="260" w:lineRule="exact"/>
        <w:ind w:left="720" w:right="0" w:firstLine="0"/>
        <w:jc w:val="both"/>
      </w:pPr>
      <w:r>
        <w:rPr>
          <w:rFonts w:ascii="Times New Roman" w:hAnsi="Times New Roman" w:eastAsia="Times New Roman" w:cs="Times New Roman"/>
          <w:b w:val="0"/>
          <w:sz w:val="24"/>
        </w:rPr>
        <w:t>STATE OF [state]</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BEFORE ME, the undersigned authority, on this day, personally appeared ____________________, known to me to be the person whose name subscribed to the foregoing instrument, and acknowledged to me that he executed the same for the purposes and consideration therein expressed.</w:t>
      </w:r>
    </w:p>
    <w:p>
      <w:pPr>
        <w:keepNext w:val="0"/>
        <w:spacing w:before="200" w:after="0" w:line="260" w:lineRule="exact"/>
        <w:ind w:left="720" w:right="0" w:firstLine="0"/>
        <w:jc w:val="both"/>
      </w:pPr>
      <w:r>
        <w:rPr>
          <w:rFonts w:ascii="Times New Roman" w:hAnsi="Times New Roman" w:eastAsia="Times New Roman" w:cs="Times New Roman"/>
          <w:b w:val="0"/>
          <w:sz w:val="24"/>
        </w:rPr>
        <w:t>GIVEN UNDER MY HAND AND SEAL OF OFFICE on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200" w:after="0" w:line="260" w:lineRule="exact"/>
        <w:ind w:left="720" w:right="0" w:firstLine="0"/>
        <w:jc w:val="both"/>
      </w:pPr>
      <w:r>
        <w:rPr>
          <w:rFonts w:ascii="Times New Roman" w:hAnsi="Times New Roman" w:eastAsia="Times New Roman" w:cs="Times New Roman"/>
          <w:b w:val="0"/>
          <w:sz w:val="24"/>
        </w:rPr>
        <w:t>MY TERM EXPIRES: [month] [day], [year]</w:t>
      </w:r>
    </w:p>
    <w:p>
      <w:pPr>
        <w:keepNext w:val="0"/>
        <w:spacing w:before="200" w:after="0" w:line="260" w:lineRule="exact"/>
        <w:ind w:left="720" w:right="0" w:firstLine="0"/>
        <w:jc w:val="both"/>
      </w:pPr>
      <w:r>
        <w:rPr>
          <w:rFonts w:ascii="Times New Roman" w:hAnsi="Times New Roman" w:eastAsia="Times New Roman" w:cs="Times New Roman"/>
          <w:b w:val="0"/>
          <w:sz w:val="24"/>
        </w:rPr>
        <w:t>Person to contact in case of emergency:</w:t>
      </w:r>
    </w:p>
    <w:p>
      <w:pPr>
        <w:keepNext w:val="0"/>
        <w:spacing w:before="200" w:after="0" w:line="260" w:lineRule="exact"/>
        <w:ind w:left="1080" w:right="0" w:firstLine="0"/>
        <w:jc w:val="both"/>
      </w:pPr>
      <w:r>
        <w:rPr>
          <w:rFonts w:ascii="Times New Roman" w:hAnsi="Times New Roman" w:eastAsia="Times New Roman" w:cs="Times New Roman"/>
          <w:b w:val="0"/>
          <w:sz w:val="24"/>
        </w:rPr>
        <w:t>Name ____________________</w:t>
      </w:r>
    </w:p>
    <w:p>
      <w:pPr>
        <w:keepNext w:val="0"/>
        <w:spacing w:before="200" w:after="0" w:line="260" w:lineRule="exact"/>
        <w:ind w:left="1080" w:right="0" w:firstLine="0"/>
        <w:jc w:val="both"/>
      </w:pPr>
      <w:r>
        <w:rPr>
          <w:rFonts w:ascii="Times New Roman" w:hAnsi="Times New Roman" w:eastAsia="Times New Roman" w:cs="Times New Roman"/>
          <w:b w:val="0"/>
          <w:sz w:val="24"/>
        </w:rPr>
        <w:t>Phone No.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Exhibit 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Certificate for Payment; Release of Claims.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sz w:val="24"/>
        </w:rPr>
        <w:t>[certificate for payment; release of claims]</w:t>
      </w:r>
    </w:p>
    <w:p>
      <w:pPr>
        <w:keepNext w:val="0"/>
        <w:spacing w:before="120" w:after="0" w:line="260" w:lineRule="exact"/>
        <w:ind w:left="360" w:right="0" w:firstLine="0"/>
        <w:jc w:val="left"/>
      </w:pPr>
      <w:r>
        <w:rPr>
          <w:rFonts w:ascii="Times New Roman" w:hAnsi="Times New Roman" w:eastAsia="Times New Roman" w:cs="Times New Roman"/>
          <w:b w:val="0"/>
          <w:sz w:val="24"/>
        </w:rPr>
        <w:t>Exhibit 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Subcontractor's Daily Report.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center"/>
      </w:pPr>
      <w:r>
        <w:rPr>
          <w:rFonts w:ascii="Times New Roman" w:hAnsi="Times New Roman" w:eastAsia="Times New Roman" w:cs="Times New Roman"/>
          <w:b/>
          <w:sz w:val="24"/>
        </w:rPr>
        <w:t>[subcontractor's daily report]</w:t>
      </w:r>
    </w:p>
    <w:p>
      <w:pPr>
        <w:keepNext w:val="0"/>
        <w:spacing w:before="120" w:after="0" w:line="260" w:lineRule="exact"/>
        <w:ind w:left="360" w:right="0" w:firstLine="0"/>
        <w:jc w:val="left"/>
      </w:pPr>
      <w:r>
        <w:rPr>
          <w:rFonts w:ascii="Times New Roman" w:hAnsi="Times New Roman" w:eastAsia="Times New Roman" w:cs="Times New Roman"/>
          <w:b w:val="0"/>
          <w:sz w:val="24"/>
        </w:rPr>
        <w:t>Exhibit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Contract Change Order.</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TO: 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THIS CONTRACT CHANGE ORDER NO. [change order number]</w:t>
      </w:r>
    </w:p>
    <w:p>
      <w:pPr>
        <w:keepNext w:val="0"/>
        <w:spacing w:before="200" w:after="0" w:line="260" w:lineRule="exact"/>
        <w:ind w:left="720" w:right="0" w:firstLine="0"/>
        <w:jc w:val="both"/>
      </w:pPr>
      <w:r>
        <w:rPr>
          <w:rFonts w:ascii="Times New Roman" w:hAnsi="Times New Roman" w:eastAsia="Times New Roman" w:cs="Times New Roman"/>
          <w:b w:val="0"/>
          <w:sz w:val="24"/>
        </w:rPr>
        <w:t>DATE THIS CONTRACT ORDER [month] [day], [year]</w:t>
      </w:r>
    </w:p>
    <w:p>
      <w:pPr>
        <w:keepNext w:val="0"/>
        <w:spacing w:before="200" w:after="0" w:line="260" w:lineRule="exact"/>
        <w:ind w:left="720" w:right="0" w:firstLine="0"/>
        <w:jc w:val="both"/>
      </w:pPr>
      <w:r>
        <w:rPr>
          <w:rFonts w:ascii="Times New Roman" w:hAnsi="Times New Roman" w:eastAsia="Times New Roman" w:cs="Times New Roman"/>
          <w:b w:val="0"/>
          <w:sz w:val="24"/>
        </w:rPr>
        <w:t>PROJECT NAME [construction project]</w:t>
      </w:r>
    </w:p>
    <w:p>
      <w:pPr>
        <w:keepNext w:val="0"/>
        <w:spacing w:before="200" w:after="0" w:line="260" w:lineRule="exact"/>
        <w:ind w:left="720" w:right="0" w:firstLine="0"/>
        <w:jc w:val="both"/>
      </w:pPr>
      <w:r>
        <w:rPr>
          <w:rFonts w:ascii="Times New Roman" w:hAnsi="Times New Roman" w:eastAsia="Times New Roman" w:cs="Times New Roman"/>
          <w:b w:val="0"/>
          <w:sz w:val="24"/>
        </w:rPr>
        <w:t>CONTRACT NO. [contract number]</w:t>
      </w:r>
    </w:p>
    <w:p>
      <w:pPr>
        <w:keepNext w:val="0"/>
        <w:spacing w:before="200" w:after="0" w:line="260" w:lineRule="exact"/>
        <w:ind w:left="720" w:right="0" w:firstLine="0"/>
        <w:jc w:val="both"/>
      </w:pPr>
      <w:r>
        <w:rPr>
          <w:rFonts w:ascii="Times New Roman" w:hAnsi="Times New Roman" w:eastAsia="Times New Roman" w:cs="Times New Roman"/>
          <w:b w:val="0"/>
          <w:sz w:val="24"/>
        </w:rPr>
        <w:t>Under our CONTRACT AGREEMENT dated [month] [day], [year].</w:t>
      </w:r>
    </w:p>
    <w:p>
      <w:pPr>
        <w:keepNext w:val="0"/>
        <w:spacing w:before="200" w:after="0" w:line="260" w:lineRule="exact"/>
        <w:ind w:left="720" w:right="0" w:firstLine="0"/>
        <w:jc w:val="both"/>
      </w:pPr>
      <w:r>
        <w:rPr>
          <w:rFonts w:ascii="Times New Roman" w:hAnsi="Times New Roman" w:eastAsia="Times New Roman" w:cs="Times New Roman"/>
          <w:b w:val="0"/>
          <w:sz w:val="24"/>
        </w:rPr>
        <w:t>You are authorized and directed to make the following changes in accordance with terms and conditions of our Contract Agreement identified above:</w:t>
      </w:r>
    </w:p>
    <w:p>
      <w:pPr>
        <w:keepNext w:val="0"/>
        <w:spacing w:before="200" w:after="0" w:line="260" w:lineRule="exact"/>
        <w:ind w:left="720" w:right="0" w:firstLine="0"/>
        <w:jc w:val="both"/>
      </w:pPr>
      <w:r>
        <w:rPr>
          <w:rFonts w:ascii="Times New Roman" w:hAnsi="Times New Roman" w:eastAsia="Times New Roman" w:cs="Times New Roman"/>
          <w:b w:val="0"/>
          <w:sz w:val="24"/>
        </w:rPr>
        <w:t>[List of authorized changes]</w:t>
      </w:r>
    </w:p>
    <w:p>
      <w:pPr>
        <w:keepNext w:val="0"/>
        <w:spacing w:before="200" w:after="0" w:line="260" w:lineRule="exact"/>
        <w:ind w:left="720" w:right="0" w:firstLine="0"/>
        <w:jc w:val="both"/>
      </w:pPr>
      <w:r>
        <w:rPr>
          <w:rFonts w:ascii="Times New Roman" w:hAnsi="Times New Roman" w:eastAsia="Times New Roman" w:cs="Times New Roman"/>
          <w:b w:val="0"/>
          <w:sz w:val="24"/>
        </w:rPr>
        <w:t>FOR THE (Additive) (Deductive) Sum of: [amount in words] DOLLARS ($[amount in numbers]).</w:t>
      </w:r>
    </w:p>
    <w:p>
      <w:pPr>
        <w:keepNext w:val="0"/>
        <w:spacing w:before="200" w:after="0" w:line="260" w:lineRule="exact"/>
        <w:ind w:left="720" w:right="0" w:firstLine="0"/>
        <w:jc w:val="both"/>
      </w:pPr>
      <w:r>
        <w:rPr>
          <w:rFonts w:ascii="Times New Roman" w:hAnsi="Times New Roman" w:eastAsia="Times New Roman" w:cs="Times New Roman"/>
          <w:b w:val="0"/>
          <w:sz w:val="24"/>
        </w:rPr>
        <w:t>Original Contract Amount</w:t>
      </w:r>
    </w:p>
    <w:p>
      <w:pPr>
        <w:keepNext w:val="0"/>
        <w:spacing w:before="200" w:after="0" w:line="260" w:lineRule="exact"/>
        <w:ind w:left="720" w:right="0" w:firstLine="0"/>
        <w:jc w:val="both"/>
      </w:pPr>
      <w:r>
        <w:rPr>
          <w:rFonts w:ascii="Times New Roman" w:hAnsi="Times New Roman" w:eastAsia="Times New Roman" w:cs="Times New Roman"/>
          <w:b w:val="0"/>
          <w:sz w:val="24"/>
        </w:rPr>
        <w:t>$[amount in numbers]</w:t>
      </w:r>
    </w:p>
    <w:p>
      <w:pPr>
        <w:keepNext w:val="0"/>
        <w:spacing w:before="200" w:after="0" w:line="260" w:lineRule="exact"/>
        <w:ind w:left="720" w:right="0" w:firstLine="0"/>
        <w:jc w:val="both"/>
      </w:pPr>
      <w:r>
        <w:rPr>
          <w:rFonts w:ascii="Times New Roman" w:hAnsi="Times New Roman" w:eastAsia="Times New Roman" w:cs="Times New Roman"/>
          <w:b w:val="0"/>
          <w:sz w:val="24"/>
        </w:rPr>
        <w:t>Sum of Previous Changes through [month] [day], [year]</w:t>
      </w:r>
    </w:p>
    <w:p>
      <w:pPr>
        <w:keepNext w:val="0"/>
        <w:spacing w:before="200" w:after="0" w:line="260" w:lineRule="exact"/>
        <w:ind w:left="720" w:right="0" w:firstLine="0"/>
        <w:jc w:val="both"/>
      </w:pPr>
      <w:r>
        <w:rPr>
          <w:rFonts w:ascii="Times New Roman" w:hAnsi="Times New Roman" w:eastAsia="Times New Roman" w:cs="Times New Roman"/>
          <w:b w:val="0"/>
          <w:sz w:val="24"/>
        </w:rPr>
        <w:t>$[amount in numbers]</w:t>
      </w:r>
    </w:p>
    <w:p>
      <w:pPr>
        <w:keepNext w:val="0"/>
        <w:spacing w:before="200" w:after="0" w:line="260" w:lineRule="exact"/>
        <w:ind w:left="720" w:right="0" w:firstLine="0"/>
        <w:jc w:val="both"/>
      </w:pPr>
      <w:r>
        <w:rPr>
          <w:rFonts w:ascii="Times New Roman" w:hAnsi="Times New Roman" w:eastAsia="Times New Roman" w:cs="Times New Roman"/>
          <w:b w:val="0"/>
          <w:sz w:val="24"/>
        </w:rPr>
        <w:t>This Contract Change (Add) (Deduct)</w:t>
      </w:r>
    </w:p>
    <w:p>
      <w:pPr>
        <w:keepNext w:val="0"/>
        <w:spacing w:before="200" w:after="0" w:line="260" w:lineRule="exact"/>
        <w:ind w:left="720" w:right="0" w:firstLine="0"/>
        <w:jc w:val="both"/>
      </w:pPr>
      <w:r>
        <w:rPr>
          <w:rFonts w:ascii="Times New Roman" w:hAnsi="Times New Roman" w:eastAsia="Times New Roman" w:cs="Times New Roman"/>
          <w:b w:val="0"/>
          <w:sz w:val="24"/>
        </w:rPr>
        <w:t>$[amount in numbers]</w:t>
      </w:r>
    </w:p>
    <w:p>
      <w:pPr>
        <w:keepNext w:val="0"/>
        <w:spacing w:before="200" w:after="0" w:line="260" w:lineRule="exact"/>
        <w:ind w:left="720" w:right="0" w:firstLine="0"/>
        <w:jc w:val="both"/>
      </w:pPr>
      <w:r>
        <w:rPr>
          <w:rFonts w:ascii="Times New Roman" w:hAnsi="Times New Roman" w:eastAsia="Times New Roman" w:cs="Times New Roman"/>
          <w:b w:val="0"/>
          <w:sz w:val="24"/>
        </w:rPr>
        <w:t>Present Agreement Amount</w:t>
      </w:r>
    </w:p>
    <w:p>
      <w:pPr>
        <w:keepNext w:val="0"/>
        <w:spacing w:before="200" w:after="0" w:line="260" w:lineRule="exact"/>
        <w:ind w:left="720" w:right="0" w:firstLine="0"/>
        <w:jc w:val="both"/>
      </w:pPr>
      <w:r>
        <w:rPr>
          <w:rFonts w:ascii="Times New Roman" w:hAnsi="Times New Roman" w:eastAsia="Times New Roman" w:cs="Times New Roman"/>
          <w:b w:val="0"/>
          <w:sz w:val="24"/>
        </w:rPr>
        <w:t>$[amount in numbers]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Your acceptance of this Contract Change Order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modification to our Contract Agreement and will be performed subject to all the conditions as contained in our Contract Agreement above, as fully as if the same were repeated in this acceptance. The adjustment, if any, to the Contract Agreement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final settlement of any and all claims you have arising out of the change order revision set forth herein, including claims for impact, acceleration, or delay costs as well as any claim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extension of time. Upon receipt of the consideration required for this Change Order, subcontractor releases all claims for time or money in any way arising out of or related to this change order revision.</w:t>
      </w:r>
    </w:p>
    <w:p>
      <w:pPr>
        <w:keepNext w:val="0"/>
        <w:spacing w:before="200" w:after="0" w:line="260" w:lineRule="exact"/>
        <w:ind w:left="720" w:right="0" w:firstLine="0"/>
        <w:jc w:val="both"/>
      </w:pPr>
      <w:r>
        <w:rPr>
          <w:rFonts w:ascii="Times New Roman" w:hAnsi="Times New Roman" w:eastAsia="Times New Roman" w:cs="Times New Roman"/>
          <w:b w:val="0"/>
          <w:sz w:val="24"/>
        </w:rPr>
        <w:t>Accepted: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CONTRACTOR:</w:t>
      </w:r>
    </w:p>
    <w:p>
      <w:pPr>
        <w:keepNext w:val="0"/>
        <w:spacing w:before="120" w:after="0" w:line="260" w:lineRule="exact"/>
        <w:ind w:left="720" w:right="0" w:firstLine="0"/>
        <w:jc w:val="left"/>
      </w:pPr>
      <w:r>
        <w:rPr>
          <w:rFonts w:ascii="Times New Roman" w:hAnsi="Times New Roman" w:eastAsia="Times New Roman" w:cs="Times New Roman"/>
          <w:b w:val="0"/>
          <w:sz w:val="24"/>
        </w:rPr>
        <w:t>[Contractor]</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[signatory]</w:t>
      </w:r>
    </w:p>
    <w:p>
      <w:pPr>
        <w:keepNext w:val="0"/>
        <w:spacing w:before="120" w:after="0" w:line="260" w:lineRule="exact"/>
        <w:ind w:left="720" w:right="0" w:firstLine="0"/>
        <w:jc w:val="left"/>
      </w:pPr>
      <w:r>
        <w:rPr>
          <w:rFonts w:ascii="Times New Roman" w:hAnsi="Times New Roman" w:eastAsia="Times New Roman" w:cs="Times New Roman"/>
          <w:b w:val="0"/>
          <w:sz w:val="24"/>
        </w:rPr>
        <w:t>Title: [title]</w:t>
      </w:r>
    </w:p>
    <w:p>
      <w:pPr>
        <w:keepNext w:val="0"/>
        <w:spacing w:before="120" w:after="0" w:line="260" w:lineRule="exact"/>
        <w:ind w:left="720" w:right="0" w:firstLine="0"/>
        <w:jc w:val="left"/>
      </w:pPr>
      <w:r>
        <w:rPr>
          <w:rFonts w:ascii="Times New Roman" w:hAnsi="Times New Roman" w:eastAsia="Times New Roman" w:cs="Times New Roman"/>
          <w:b w:val="0"/>
          <w:sz w:val="24"/>
        </w:rPr>
        <w:t>SUBCONTRACTOR:</w:t>
      </w:r>
    </w:p>
    <w:p>
      <w:pPr>
        <w:keepNext w:val="0"/>
        <w:spacing w:before="120" w:after="0" w:line="260" w:lineRule="exact"/>
        <w:ind w:left="720" w:right="0" w:firstLine="0"/>
        <w:jc w:val="left"/>
      </w:pPr>
      <w:r>
        <w:rPr>
          <w:rFonts w:ascii="Times New Roman" w:hAnsi="Times New Roman" w:eastAsia="Times New Roman" w:cs="Times New Roman"/>
          <w:b w:val="0"/>
          <w:sz w:val="24"/>
        </w:rPr>
        <w:t>[Subcontractor]</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[signatory]</w:t>
      </w:r>
    </w:p>
    <w:p>
      <w:pPr>
        <w:keepNext w:val="0"/>
        <w:spacing w:before="120" w:after="0" w:line="260" w:lineRule="exact"/>
        <w:ind w:left="720" w:right="0" w:firstLine="0"/>
        <w:jc w:val="left"/>
      </w:pPr>
      <w:r>
        <w:rPr>
          <w:rFonts w:ascii="Times New Roman" w:hAnsi="Times New Roman" w:eastAsia="Times New Roman" w:cs="Times New Roman"/>
          <w:b w:val="0"/>
          <w:sz w:val="24"/>
        </w:rPr>
        <w:t>Title: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