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[Date]</w:t>
      </w:r>
    </w:p>
    <w:p>
      <w:pPr/>
      <w:r>
        <w:rPr>
          <w:rFonts w:ascii="Times New Roman" w:hAnsi="Times New Roman" w:eastAsia="Times New Roman" w:cs="Times New Roman"/>
          <w:sz w:val="24"/>
        </w:rPr>
        <w:t>[Employee’s address]</w:t>
      </w:r>
    </w:p>
    <w:p>
      <w:pPr/>
      <w:r>
        <w:rPr>
          <w:rFonts w:ascii="Times New Roman" w:hAnsi="Times New Roman" w:eastAsia="Times New Roman" w:cs="Times New Roman"/>
          <w:sz w:val="24"/>
        </w:rPr>
        <w:t>Re: Post-employment Restrictions with [Former Employer]</w:t>
      </w:r>
    </w:p>
    <w:p>
      <w:pPr/>
      <w:r>
        <w:rPr>
          <w:rFonts w:ascii="Times New Roman" w:hAnsi="Times New Roman" w:eastAsia="Times New Roman" w:cs="Times New Roman"/>
          <w:sz w:val="24"/>
        </w:rPr>
        <w:t>Dear [Employee]:</w:t>
      </w:r>
    </w:p>
    <w:p>
      <w:pPr/>
      <w:r>
        <w:rPr>
          <w:rFonts w:ascii="Times New Roman" w:hAnsi="Times New Roman" w:eastAsia="Times New Roman" w:cs="Times New Roman"/>
          <w:sz w:val="24"/>
        </w:rPr>
        <w:t xml:space="preserve">This Firm represents your former employer </w:t>
      </w:r>
      <w:r>
        <w:rPr>
          <w:rFonts w:ascii="Times New Roman" w:hAnsi="Times New Roman" w:eastAsia="Times New Roman" w:cs="Times New Roman"/>
          <w:sz w:val="24"/>
        </w:rPr>
        <w:t>[</w:t>
      </w:r>
      <w:r>
        <w:rPr>
          <w:rFonts w:ascii="Times New Roman" w:hAnsi="Times New Roman" w:eastAsia="Times New Roman" w:cs="Times New Roman"/>
          <w:sz w:val="24"/>
        </w:rPr>
        <w:t>employer’s name] (“Company”) with respect to certain labor and employment matters and, more specifically, with respect to your post-employment restrictions.</w:t>
      </w:r>
    </w:p>
    <w:p>
      <w:pPr/>
      <w:r>
        <w:rPr>
          <w:rFonts w:ascii="Times New Roman" w:hAnsi="Times New Roman" w:eastAsia="Times New Roman" w:cs="Times New Roman"/>
          <w:sz w:val="24"/>
        </w:rPr>
        <w:t xml:space="preserve">As you know, on [date] you signed an </w:t>
      </w:r>
      <w:r>
        <w:rPr>
          <w:rFonts w:ascii="Times New Roman" w:hAnsi="Times New Roman" w:eastAsia="Times New Roman" w:cs="Times New Roman"/>
          <w:sz w:val="24"/>
        </w:rPr>
        <w:t>[</w:t>
      </w:r>
      <w:r>
        <w:rPr>
          <w:rFonts w:ascii="Times New Roman" w:hAnsi="Times New Roman" w:eastAsia="Times New Roman" w:cs="Times New Roman"/>
          <w:sz w:val="24"/>
        </w:rPr>
        <w:t>name of relevant agreement(s)] (the “Agreement”). Among other things, you agreed to the following:</w:t>
      </w:r>
    </w:p>
    <w:p>
      <w:pPr/>
      <w:r>
        <w:rPr>
          <w:rFonts w:ascii="Times New Roman" w:hAnsi="Times New Roman" w:eastAsia="Times New Roman" w:cs="Times New Roman"/>
          <w:sz w:val="24"/>
        </w:rPr>
        <w:t>[</w:t>
      </w:r>
      <w:r>
        <w:rPr>
          <w:rFonts w:ascii="Times New Roman" w:hAnsi="Times New Roman" w:eastAsia="Times New Roman" w:cs="Times New Roman"/>
          <w:sz w:val="24"/>
        </w:rPr>
        <w:t>applicable clauses.]</w:t>
      </w:r>
    </w:p>
    <w:p>
      <w:pPr/>
      <w:r>
        <w:rPr>
          <w:rFonts w:ascii="Times New Roman" w:hAnsi="Times New Roman" w:eastAsia="Times New Roman" w:cs="Times New Roman"/>
          <w:sz w:val="24"/>
        </w:rPr>
        <w:t>I have enclosed a copy of the Agreement for your convenience.</w:t>
      </w:r>
    </w:p>
    <w:p>
      <w:pPr/>
      <w:r>
        <w:rPr>
          <w:rFonts w:ascii="Times New Roman" w:hAnsi="Times New Roman" w:eastAsia="Times New Roman" w:cs="Times New Roman"/>
          <w:sz w:val="24"/>
        </w:rPr>
        <w:t>The Company demands that you refrain from engaging in any violation of your post-employment restrictions.</w:t>
      </w:r>
    </w:p>
    <w:p>
      <w:pPr/>
      <w:r>
        <w:rPr>
          <w:rFonts w:ascii="Times New Roman" w:hAnsi="Times New Roman" w:eastAsia="Times New Roman" w:cs="Times New Roman"/>
          <w:sz w:val="24"/>
        </w:rPr>
        <w:t>If you have accepted employment with a competitor or otherwise breached the non-compete, non-solicitation, and/or confidential obligations of the Agreement, the Company will avail itself of all appropriate means to vindicate its interests, including the filing of a civil complaint against you and other potential defendants, seeking damages, injunctive and equitable relief, and legal fees and costs.</w:t>
      </w:r>
    </w:p>
    <w:p>
      <w:pPr/>
      <w:r>
        <w:rPr>
          <w:rFonts w:ascii="Times New Roman" w:hAnsi="Times New Roman" w:eastAsia="Times New Roman" w:cs="Times New Roman"/>
          <w:sz w:val="24"/>
        </w:rPr>
        <w:t xml:space="preserve">If you have retained legal counsel to represent your interests in this matter, please provide a copy of this letter to your counsel and have her or him contact me immediately. To the extent you have not retained legal counsel and wish to discuss these issues, you may contact me within </w:t>
      </w:r>
      <w:r>
        <w:rPr>
          <w:rFonts w:ascii="Times New Roman" w:hAnsi="Times New Roman" w:eastAsia="Times New Roman" w:cs="Times New Roman"/>
          <w:sz w:val="24"/>
        </w:rPr>
        <w:t>[</w:t>
      </w:r>
      <w:r>
        <w:rPr>
          <w:rFonts w:ascii="Times New Roman" w:hAnsi="Times New Roman" w:eastAsia="Times New Roman" w:cs="Times New Roman"/>
          <w:sz w:val="24"/>
        </w:rPr>
        <w:t>number] business days at [phone number].</w:t>
      </w:r>
    </w:p>
    <w:p>
      <w:pPr/>
    </w:p>
    <w:p>
      <w:pPr/>
      <w:r>
        <w:rPr>
          <w:rFonts w:ascii="Times New Roman" w:hAnsi="Times New Roman" w:eastAsia="Times New Roman" w:cs="Times New Roman"/>
          <w:sz w:val="24"/>
        </w:rPr>
        <w:t>Cordially,</w:t>
      </w:r>
    </w:p>
    <w:p>
      <w:pPr/>
      <w:r>
        <w:rPr>
          <w:rFonts w:ascii="Times New Roman" w:hAnsi="Times New Roman" w:eastAsia="Times New Roman" w:cs="Times New Roman"/>
          <w:sz w:val="24"/>
        </w:rPr>
        <w:t>[Attorney’s name]</w:t>
      </w:r>
    </w:p>
    <w:p>
      <w:pPr/>
      <w:r>
        <w:rPr>
          <w:rFonts w:ascii="Times New Roman" w:hAnsi="Times New Roman" w:eastAsia="Times New Roman" w:cs="Times New Roman"/>
          <w:sz w:val="24"/>
        </w:rPr>
        <w:t>Enclosure(s)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