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CONTRACTOR OFFER LETTER</w:t>
      </w:r>
    </w:p>
    <w:p>
      <w:pPr/>
    </w:p>
    <w:p>
      <w:pPr/>
    </w:p>
    <w:p>
      <w:pPr/>
      <w:r>
        <w:rPr>
          <w:rFonts w:ascii="Times New Roman" w:hAnsi="Times New Roman" w:eastAsia="Times New Roman" w:cs="Times New Roman"/>
          <w:sz w:val="24"/>
        </w:rPr>
        <w:t>[EMPLOYER'S NAME]</w:t>
      </w:r>
    </w:p>
    <w:p>
      <w:pPr/>
      <w:r>
        <w:rPr>
          <w:rFonts w:ascii="Times New Roman" w:hAnsi="Times New Roman" w:eastAsia="Times New Roman" w:cs="Times New Roman"/>
          <w:sz w:val="24"/>
        </w:rPr>
        <w:t>[STREET ADDRESS]</w:t>
      </w:r>
    </w:p>
    <w:p>
      <w:pPr/>
      <w:r>
        <w:rPr>
          <w:rFonts w:ascii="Times New Roman" w:hAnsi="Times New Roman" w:eastAsia="Times New Roman" w:cs="Times New Roman"/>
          <w:sz w:val="24"/>
        </w:rPr>
        <w:t>[CITY, STATE]</w:t>
      </w:r>
    </w:p>
    <w:p>
      <w:pPr/>
      <w:r>
        <w:rPr>
          <w:rFonts w:ascii="Times New Roman" w:hAnsi="Times New Roman" w:eastAsia="Times New Roman" w:cs="Times New Roman"/>
          <w:sz w:val="24"/>
        </w:rPr>
        <w:t>[ZIP CODE]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Dear </w:t>
      </w:r>
      <w:r>
        <w:rPr>
          <w:rFonts w:ascii="Times New Roman" w:hAnsi="Times New Roman" w:eastAsia="Times New Roman" w:cs="Times New Roman"/>
          <w:sz w:val="24"/>
        </w:rPr>
        <w:t>[CONTRACTOR'S NAME]</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[COMPANY NAME]</w:t>
      </w:r>
      <w:r>
        <w:rPr>
          <w:rFonts w:ascii="Times New Roman" w:hAnsi="Times New Roman" w:eastAsia="Times New Roman" w:cs="Times New Roman"/>
          <w:sz w:val="24"/>
        </w:rPr>
        <w:t xml:space="preserve"> (“Company”), is pleased to offer you employment as a 1099 independent contractor in accordance with the terms below:</w:t>
      </w:r>
    </w:p>
    <w:p>
      <w:pPr/>
    </w:p>
    <w:p>
      <w:pPr/>
      <w:r>
        <w:rPr>
          <w:rFonts w:ascii="Times New Roman" w:hAnsi="Times New Roman" w:eastAsia="Times New Roman" w:cs="Times New Roman"/>
          <w:b/>
          <w:sz w:val="24"/>
        </w:rPr>
        <w:t>I. POSITION</w:t>
      </w:r>
      <w:r>
        <w:rPr>
          <w:rFonts w:ascii="Times New Roman" w:hAnsi="Times New Roman" w:eastAsia="Times New Roman" w:cs="Times New Roman"/>
          <w:sz w:val="24"/>
        </w:rPr>
        <w:t>.</w:t>
      </w:r>
    </w:p>
    <w:p>
      <w:pPr/>
      <w:r>
        <w:rPr>
          <w:rFonts w:ascii="Times New Roman" w:hAnsi="Times New Roman" w:eastAsia="Times New Roman" w:cs="Times New Roman"/>
          <w:b/>
          <w:sz w:val="24"/>
        </w:rPr>
        <w:t>Title</w:t>
      </w:r>
      <w:r>
        <w:rPr>
          <w:rFonts w:ascii="Times New Roman" w:hAnsi="Times New Roman" w:eastAsia="Times New Roman" w:cs="Times New Roman"/>
          <w:sz w:val="24"/>
        </w:rPr>
        <w:t xml:space="preserve">. </w:t>
      </w:r>
      <w:r>
        <w:rPr>
          <w:rFonts w:ascii="Times New Roman" w:hAnsi="Times New Roman" w:eastAsia="Times New Roman" w:cs="Times New Roman"/>
          <w:sz w:val="24"/>
        </w:rPr>
        <w:t>[POSITION TITLE]</w:t>
      </w:r>
    </w:p>
    <w:p>
      <w:pPr/>
      <w:r>
        <w:rPr>
          <w:rFonts w:ascii="Times New Roman" w:hAnsi="Times New Roman" w:eastAsia="Times New Roman" w:cs="Times New Roman"/>
          <w:b/>
          <w:sz w:val="24"/>
        </w:rPr>
        <w:t>Duties</w:t>
      </w:r>
      <w:r>
        <w:rPr>
          <w:rFonts w:ascii="Times New Roman" w:hAnsi="Times New Roman" w:eastAsia="Times New Roman" w:cs="Times New Roman"/>
          <w:sz w:val="24"/>
        </w:rPr>
        <w:t xml:space="preserve">. </w:t>
      </w:r>
      <w:r>
        <w:rPr>
          <w:rFonts w:ascii="Times New Roman" w:hAnsi="Times New Roman" w:eastAsia="Times New Roman" w:cs="Times New Roman"/>
          <w:sz w:val="24"/>
        </w:rPr>
        <w:t>[ENTER RESPONSIBILITIES]</w:t>
      </w:r>
    </w:p>
    <w:p>
      <w:pPr/>
    </w:p>
    <w:p>
      <w:pPr/>
      <w:r>
        <w:rPr>
          <w:rFonts w:ascii="Times New Roman" w:hAnsi="Times New Roman" w:eastAsia="Times New Roman" w:cs="Times New Roman"/>
          <w:b/>
          <w:sz w:val="24"/>
        </w:rPr>
        <w:t>II. TERMS</w:t>
      </w:r>
      <w:r>
        <w:rPr>
          <w:rFonts w:ascii="Times New Roman" w:hAnsi="Times New Roman" w:eastAsia="Times New Roman" w:cs="Times New Roman"/>
          <w:sz w:val="24"/>
        </w:rPr>
        <w:t>.</w:t>
      </w:r>
    </w:p>
    <w:p>
      <w:pPr/>
      <w:r>
        <w:rPr>
          <w:rFonts w:ascii="Times New Roman" w:hAnsi="Times New Roman" w:eastAsia="Times New Roman" w:cs="Times New Roman"/>
          <w:b/>
          <w:sz w:val="24"/>
        </w:rPr>
        <w:t>Supervisor</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p>
    <w:p>
      <w:pPr/>
      <w:r>
        <w:rPr>
          <w:rFonts w:ascii="Times New Roman" w:hAnsi="Times New Roman" w:eastAsia="Times New Roman" w:cs="Times New Roman"/>
          <w:b/>
          <w:sz w:val="24"/>
        </w:rPr>
        <w:t>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Indefinite </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r>
        <w:rPr>
          <w:rFonts w:ascii="Times New Roman" w:hAnsi="Times New Roman" w:eastAsia="Times New Roman" w:cs="Times New Roman"/>
          <w:b/>
          <w:sz w:val="24"/>
        </w:rPr>
        <w:t>Minimum Hours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Hours per Week</w:t>
      </w:r>
    </w:p>
    <w:p>
      <w:pPr/>
      <w:r>
        <w:rPr>
          <w:rFonts w:ascii="Times New Roman" w:hAnsi="Times New Roman" w:eastAsia="Times New Roman" w:cs="Times New Roman"/>
          <w:b/>
          <w:sz w:val="24"/>
        </w:rPr>
        <w:t>Pay</w:t>
      </w:r>
      <w:r>
        <w:rPr>
          <w:rFonts w:ascii="Times New Roman" w:hAnsi="Times New Roman" w:eastAsia="Times New Roman" w:cs="Times New Roman"/>
          <w:sz w:val="24"/>
        </w:rPr>
        <w:t xml:space="preserv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Project </w:t>
      </w:r>
      <w:r>
        <w:rPr>
          <w:rFonts w:ascii="Times New Roman" w:hAnsi="Times New Roman" w:eastAsia="Times New Roman" w:cs="Times New Roman"/>
          <w:sz w:val="24"/>
        </w:rPr>
        <w:t xml:space="preserve"> per Hour </w:t>
      </w:r>
      <w:r>
        <w:rPr>
          <w:rFonts w:ascii="Times New Roman" w:hAnsi="Times New Roman" w:eastAsia="Times New Roman" w:cs="Times New Roman"/>
          <w:sz w:val="24"/>
        </w:rPr>
        <w:t xml:space="preserve"> Commission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TERMS]</w:t>
      </w:r>
    </w:p>
    <w:p>
      <w:pPr/>
    </w:p>
    <w:p>
      <w:pPr/>
      <w:r>
        <w:rPr>
          <w:rFonts w:ascii="Times New Roman" w:hAnsi="Times New Roman" w:eastAsia="Times New Roman" w:cs="Times New Roman"/>
          <w:b/>
          <w:sz w:val="24"/>
        </w:rPr>
        <w:t>III. CONDITIONS</w:t>
      </w:r>
      <w:r>
        <w:rPr>
          <w:rFonts w:ascii="Times New Roman" w:hAnsi="Times New Roman" w:eastAsia="Times New Roman" w:cs="Times New Roman"/>
          <w:sz w:val="24"/>
        </w:rPr>
        <w:t>.</w:t>
      </w:r>
    </w:p>
    <w:p>
      <w:pPr/>
      <w:r>
        <w:rPr>
          <w:rFonts w:ascii="Times New Roman" w:hAnsi="Times New Roman" w:eastAsia="Times New Roman" w:cs="Times New Roman"/>
          <w:b/>
          <w:sz w:val="24"/>
        </w:rPr>
        <w:t>Acceptance</w:t>
      </w:r>
      <w:r>
        <w:rPr>
          <w:rFonts w:ascii="Times New Roman" w:hAnsi="Times New Roman" w:eastAsia="Times New Roman" w:cs="Times New Roman"/>
          <w:sz w:val="24"/>
        </w:rPr>
        <w:t xml:space="preserve">. Contractor must accept this offer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b/>
          <w:sz w:val="24"/>
        </w:rPr>
        <w:t>Background Report Required?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p>
    <w:p>
      <w:pPr/>
      <w:r>
        <w:rPr>
          <w:rFonts w:ascii="Times New Roman" w:hAnsi="Times New Roman" w:eastAsia="Times New Roman" w:cs="Times New Roman"/>
          <w:sz w:val="24"/>
        </w:rPr>
        <w:t>If the above-mentioned terms and conditions meet your qualifications for your services, it would be our pleasure to work with you. Please accept our offer by contacting me at any of the following methods:</w:t>
      </w:r>
    </w:p>
    <w:p>
      <w:pPr/>
    </w:p>
    <w:p>
      <w:pPr/>
      <w:r>
        <w:rPr>
          <w:rFonts w:ascii="Times New Roman" w:hAnsi="Times New Roman" w:eastAsia="Times New Roman" w:cs="Times New Roman"/>
          <w:b/>
          <w:sz w:val="24"/>
        </w:rPr>
        <w:t>Phone</w:t>
      </w:r>
      <w:r>
        <w:rPr>
          <w:rFonts w:ascii="Times New Roman" w:hAnsi="Times New Roman" w:eastAsia="Times New Roman" w:cs="Times New Roman"/>
          <w:sz w:val="24"/>
        </w:rPr>
        <w:t xml:space="preserve">: </w:t>
      </w:r>
      <w:r>
        <w:rPr>
          <w:rFonts w:ascii="Times New Roman" w:hAnsi="Times New Roman" w:eastAsia="Times New Roman" w:cs="Times New Roman"/>
          <w:sz w:val="24"/>
        </w:rPr>
        <w:t>[PHONE]</w:t>
      </w:r>
    </w:p>
    <w:p>
      <w:pPr/>
      <w:r>
        <w:rPr>
          <w:rFonts w:ascii="Times New Roman" w:hAnsi="Times New Roman" w:eastAsia="Times New Roman" w:cs="Times New Roman"/>
          <w:b/>
          <w:sz w:val="24"/>
        </w:rPr>
        <w:t>E-Mail</w:t>
      </w:r>
      <w:r>
        <w:rPr>
          <w:rFonts w:ascii="Times New Roman" w:hAnsi="Times New Roman" w:eastAsia="Times New Roman" w:cs="Times New Roman"/>
          <w:sz w:val="24"/>
        </w:rPr>
        <w:t xml:space="preserve">: </w:t>
      </w:r>
      <w:r>
        <w:rPr>
          <w:rFonts w:ascii="Times New Roman" w:hAnsi="Times New Roman" w:eastAsia="Times New Roman" w:cs="Times New Roman"/>
          <w:sz w:val="24"/>
        </w:rPr>
        <w:t>[E-MAIL]</w:t>
      </w:r>
    </w:p>
    <w:p>
      <w:pPr/>
    </w:p>
    <w:p>
      <w:pPr/>
      <w:r>
        <w:rPr>
          <w:rFonts w:ascii="Times New Roman" w:hAnsi="Times New Roman" w:eastAsia="Times New Roman" w:cs="Times New Roman"/>
          <w:sz w:val="24"/>
        </w:rPr>
        <w:t>We happily look forward to the opportunity of working with you.</w:t>
      </w:r>
    </w:p>
    <w:p>
      <w:pPr/>
    </w:p>
    <w:p>
      <w:pPr/>
      <w:r>
        <w:rPr>
          <w:rFonts w:ascii="Times New Roman" w:hAnsi="Times New Roman" w:eastAsia="Times New Roman" w:cs="Times New Roman"/>
          <w:sz w:val="24"/>
        </w:rPr>
        <w:t>Sincerely,</w:t>
      </w:r>
    </w:p>
    <w:p>
      <w:pPr/>
    </w:p>
    <w:p>
      <w:pP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[PRINT NAME]</w:t>
      </w:r>
    </w:p>
    <w:p>
      <w:pPr/>
    </w:p>
    <w:p>
      <w:pPr>
        <w:spacing w:before="0" w:after="0"/>
        <w:jc w:val="center"/>
      </w:pPr>
      <w:r>
        <w:rPr>
          <w:rFonts w:ascii="Times New Roman" w:hAnsi="Times New Roman" w:eastAsia="Times New Roman" w:cs="Times New Roman"/>
          <w:b/>
          <w:sz w:val="24"/>
        </w:rPr>
        <w:t>CONTRACTOR’S ACCEPTANCE</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[CONTRACTOR'S NAME]</w:t>
      </w:r>
      <w:r>
        <w:rPr>
          <w:rFonts w:ascii="Times New Roman" w:hAnsi="Times New Roman" w:eastAsia="Times New Roman" w:cs="Times New Roman"/>
          <w:sz w:val="24"/>
        </w:rPr>
        <w:t>, hereby agree to the terms of the above offer of employment. I understand that this offer is non-binding with a separate agreement to be written afterward.</w:t>
      </w: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[CONTRACTOR'S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