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Contribution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YOU MAY REMOVE OR STRIKE ANY OF THE FOLLOWING INFORMATION FROM THIS INSTRUMENT BEFORE IT IS FILED FOR RECORD IN THE PUBLIC RECORDS: YOUR SOCIAL SECURITY NUMBER OR YOUR DRIVER'S LICENSE NUMBER</w:t>
      </w:r>
    </w:p>
    <w:p>
      <w:pPr>
        <w:keepNext w:val="0"/>
        <w:spacing w:before="120" w:after="0" w:line="260" w:lineRule="exact"/>
        <w:ind w:left="360" w:right="0" w:firstLine="0"/>
        <w:jc w:val="left"/>
      </w:pPr>
      <w:r>
        <w:rPr>
          <w:rFonts w:ascii="Times New Roman" w:hAnsi="Times New Roman" w:eastAsia="Times New Roman" w:cs="Times New Roman"/>
          <w:b/>
          <w:sz w:val="24"/>
        </w:rPr>
        <w:t>General Warranty Deed</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Contribution of Real Property from Settlor to Trustee of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GRANTOR</w:t>
      </w:r>
    </w:p>
    <w:p>
      <w:pPr>
        <w:keepNext w:val="0"/>
        <w:spacing w:before="200" w:after="0" w:line="260" w:lineRule="exact"/>
        <w:ind w:left="720" w:right="0" w:firstLine="0"/>
        <w:jc w:val="both"/>
      </w:pPr>
      <w:r>
        <w:rPr>
          <w:rFonts w:ascii="Times New Roman" w:hAnsi="Times New Roman" w:eastAsia="Times New Roman" w:cs="Times New Roman"/>
          <w:b w:val="0"/>
          <w:sz w:val="24"/>
        </w:rPr>
        <w:t>[settlor name]</w:t>
      </w:r>
    </w:p>
    <w:p>
      <w:pPr>
        <w:keepNext w:val="0"/>
        <w:spacing w:before="200" w:after="0" w:line="260" w:lineRule="exact"/>
        <w:ind w:left="720" w:right="0" w:firstLine="0"/>
        <w:jc w:val="both"/>
      </w:pPr>
      <w:r>
        <w:rPr>
          <w:rFonts w:ascii="Times New Roman" w:hAnsi="Times New Roman" w:eastAsia="Times New Roman" w:cs="Times New Roman"/>
          <w:b w:val="0"/>
          <w:sz w:val="24"/>
        </w:rPr>
        <w:t>[settlor street address]</w:t>
      </w:r>
    </w:p>
    <w:p>
      <w:pPr>
        <w:keepNext w:val="0"/>
        <w:spacing w:before="200" w:after="0" w:line="260" w:lineRule="exact"/>
        <w:ind w:left="720" w:right="0" w:firstLine="0"/>
        <w:jc w:val="both"/>
      </w:pPr>
      <w:r>
        <w:rPr>
          <w:rFonts w:ascii="Times New Roman" w:hAnsi="Times New Roman" w:eastAsia="Times New Roman" w:cs="Times New Roman"/>
          <w:b w:val="0"/>
          <w:sz w:val="24"/>
        </w:rPr>
        <w:t>[settlor city and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County, Texas</w:t>
      </w:r>
    </w:p>
    <w:p>
      <w:pPr>
        <w:keepNext w:val="0"/>
        <w:spacing w:before="200" w:after="0" w:line="260" w:lineRule="exact"/>
        <w:ind w:left="720" w:right="0" w:firstLine="0"/>
        <w:jc w:val="both"/>
      </w:pPr>
      <w:r>
        <w:rPr>
          <w:rFonts w:ascii="Times New Roman" w:hAnsi="Times New Roman" w:eastAsia="Times New Roman" w:cs="Times New Roman"/>
          <w:b/>
          <w:sz w:val="24"/>
        </w:rPr>
        <w:t>As the Settlor of the [Family Name]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GRANTEE</w:t>
      </w:r>
    </w:p>
    <w:p>
      <w:pPr>
        <w:keepNext w:val="0"/>
        <w:spacing w:before="200" w:after="0" w:line="260" w:lineRule="exact"/>
        <w:ind w:left="720" w:right="0" w:firstLine="0"/>
        <w:jc w:val="both"/>
      </w:pPr>
      <w:r>
        <w:rPr>
          <w:rFonts w:ascii="Times New Roman" w:hAnsi="Times New Roman" w:eastAsia="Times New Roman" w:cs="Times New Roman"/>
          <w:b w:val="0"/>
          <w:sz w:val="24"/>
        </w:rPr>
        <w:t>[trustee name]</w:t>
      </w:r>
    </w:p>
    <w:p>
      <w:pPr>
        <w:keepNext w:val="0"/>
        <w:spacing w:before="200" w:after="0" w:line="260" w:lineRule="exact"/>
        <w:ind w:left="720" w:right="0" w:firstLine="0"/>
        <w:jc w:val="both"/>
      </w:pPr>
      <w:r>
        <w:rPr>
          <w:rFonts w:ascii="Times New Roman" w:hAnsi="Times New Roman" w:eastAsia="Times New Roman" w:cs="Times New Roman"/>
          <w:b w:val="0"/>
          <w:sz w:val="24"/>
        </w:rPr>
        <w:t>[trustee street address]</w:t>
      </w:r>
    </w:p>
    <w:p>
      <w:pPr>
        <w:keepNext w:val="0"/>
        <w:spacing w:before="200" w:after="0" w:line="260" w:lineRule="exact"/>
        <w:ind w:left="720" w:right="0" w:firstLine="0"/>
        <w:jc w:val="both"/>
      </w:pPr>
      <w:r>
        <w:rPr>
          <w:rFonts w:ascii="Times New Roman" w:hAnsi="Times New Roman" w:eastAsia="Times New Roman" w:cs="Times New Roman"/>
          <w:b w:val="0"/>
          <w:sz w:val="24"/>
        </w:rPr>
        <w:t>[trustee city and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County, Texas</w:t>
      </w:r>
    </w:p>
    <w:p>
      <w:pPr>
        <w:keepNext w:val="0"/>
        <w:spacing w:before="200" w:after="0" w:line="260" w:lineRule="exact"/>
        <w:ind w:left="720" w:right="0" w:firstLine="0"/>
        <w:jc w:val="both"/>
      </w:pPr>
      <w:r>
        <w:rPr>
          <w:rFonts w:ascii="Times New Roman" w:hAnsi="Times New Roman" w:eastAsia="Times New Roman" w:cs="Times New Roman"/>
          <w:b/>
          <w:sz w:val="24"/>
        </w:rPr>
        <w:t>In their fiduciary capacity as Trustee of the [Family Name] Living Trust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FOR CONSIDERATION of $[amount of consideration] and other good and valuable consideration in furtherance of funding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living trust hereby [settlor full legal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[married/unmarried] individual, Settlor of such [Family Name] Living Trust and hereinafter referred to as GRANTOR does hereby give, assign, and transfer unto [trustee name] in their official capacity as Trustee of the [family name] Living Trust, hereinafter referred to as GRANTEE, any and all undivided 100% (or 1/1) interest owned in the following land and property together with all improvements located thereon, lying in the County of [county] in the state of Texas, and identified and described as:</w:t>
      </w:r>
    </w:p>
    <w:p>
      <w:pPr>
        <w:keepNext w:val="0"/>
        <w:spacing w:before="200" w:after="0" w:line="260" w:lineRule="exact"/>
        <w:ind w:left="1080" w:right="0" w:firstLine="0"/>
        <w:jc w:val="both"/>
      </w:pPr>
      <w:r>
        <w:rPr>
          <w:rFonts w:ascii="Times New Roman" w:hAnsi="Times New Roman" w:eastAsia="Times New Roman" w:cs="Times New Roman"/>
          <w:b w:val="0"/>
          <w:sz w:val="24"/>
        </w:rPr>
        <w:t>LEGAL DESCRIPTION OF PROPERTY:</w:t>
      </w:r>
    </w:p>
    <w:p>
      <w:pPr>
        <w:keepNext w:val="0"/>
        <w:spacing w:before="200" w:after="0" w:line="260" w:lineRule="exact"/>
        <w:ind w:left="1440" w:right="0" w:firstLine="0"/>
        <w:jc w:val="both"/>
      </w:pPr>
      <w:r>
        <w:rPr>
          <w:rFonts w:ascii="Times New Roman" w:hAnsi="Times New Roman" w:eastAsia="Times New Roman" w:cs="Times New Roman"/>
          <w:b w:val="0"/>
          <w:sz w:val="24"/>
        </w:rPr>
        <w:t>[legal description of property]</w:t>
      </w:r>
    </w:p>
    <w:p>
      <w:pPr>
        <w:keepNext w:val="0"/>
        <w:spacing w:before="200" w:after="0" w:line="260" w:lineRule="exact"/>
        <w:ind w:left="1440" w:right="0" w:firstLine="0"/>
        <w:jc w:val="both"/>
      </w:pPr>
      <w:r>
        <w:rPr>
          <w:rFonts w:ascii="Times New Roman" w:hAnsi="Times New Roman" w:eastAsia="Times New Roman" w:cs="Times New Roman"/>
          <w:b/>
          <w:sz w:val="24"/>
        </w:rPr>
        <w:t>in [county] County</w:t>
      </w:r>
    </w:p>
    <w:p>
      <w:pPr>
        <w:keepNext w:val="0"/>
        <w:spacing w:before="200" w:after="0" w:line="260" w:lineRule="exact"/>
        <w:ind w:left="1440" w:right="0" w:firstLine="0"/>
        <w:jc w:val="both"/>
      </w:pPr>
      <w:r>
        <w:rPr>
          <w:rFonts w:ascii="Times New Roman" w:hAnsi="Times New Roman" w:eastAsia="Times New Roman" w:cs="Times New Roman"/>
          <w:b w:val="0"/>
          <w:sz w:val="24"/>
        </w:rPr>
        <w:t>With the commonly known residential street address of such property being:</w:t>
      </w:r>
    </w:p>
    <w:p>
      <w:pPr>
        <w:keepNext w:val="0"/>
        <w:spacing w:before="200" w:after="0" w:line="260" w:lineRule="exact"/>
        <w:ind w:left="144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1440" w:right="0" w:firstLine="0"/>
        <w:jc w:val="both"/>
      </w:pPr>
      <w:r>
        <w:rPr>
          <w:rFonts w:ascii="Times New Roman" w:hAnsi="Times New Roman" w:eastAsia="Times New Roman" w:cs="Times New Roman"/>
          <w:b w:val="0"/>
          <w:sz w:val="24"/>
        </w:rPr>
        <w:t>[city], Texas [zip code]</w:t>
      </w:r>
    </w:p>
    <w:p>
      <w:pPr>
        <w:keepNext w:val="0"/>
        <w:spacing w:before="200" w:after="0" w:line="260" w:lineRule="exact"/>
        <w:ind w:left="1440" w:right="0" w:firstLine="0"/>
        <w:jc w:val="both"/>
      </w:pPr>
      <w:r>
        <w:rPr>
          <w:rFonts w:ascii="Times New Roman" w:hAnsi="Times New Roman" w:eastAsia="Times New Roman" w:cs="Times New Roman"/>
          <w:b/>
          <w:sz w:val="24"/>
        </w:rPr>
        <w:t>in [county] County</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w:t>
      </w:r>
    </w:p>
    <w:p>
      <w:pPr>
        <w:keepNext w:val="0"/>
        <w:spacing w:before="200" w:after="0" w:line="260" w:lineRule="exact"/>
        <w:ind w:left="1800" w:right="0" w:firstLine="0"/>
        <w:jc w:val="both"/>
      </w:pPr>
      <w:r>
        <w:rPr>
          <w:rFonts w:ascii="Times New Roman" w:hAnsi="Times New Roman" w:eastAsia="Times New Roman" w:cs="Times New Roman"/>
          <w:b w:val="0"/>
          <w:sz w:val="24"/>
        </w:rPr>
        <w:t>The conveyance date is on this day of execution, [Month Day, 20_____].</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conveyance is made from GRANTOR unto GRANTEE to have and to hold the above described property in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together with all and singular the rights and appurtenances thereto in any wise belonging unto to the GRANTEE or their successor fiduciaries forever, to carry out the full intentions and actions of serving as Trustee of such Living Trust.</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1800" w:right="0" w:firstLine="0"/>
        <w:jc w:val="both"/>
      </w:pPr>
      <w:r>
        <w:rPr>
          <w:rFonts w:ascii="Times New Roman" w:hAnsi="Times New Roman" w:eastAsia="Times New Roman" w:cs="Times New Roman"/>
          <w:b w:val="0"/>
          <w:sz w:val="24"/>
        </w:rPr>
        <w:t>GRANTOR binds themselves and heirs, executors, and administrators to warrant and forever defend, all and singular, the above identified property to GRANTEE or successor fiduciaries, against every person who may lawfully claim the same, or any part thereof. This warranty excludes any and all reservations and exceptions to the conveyance.</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Reservations from and Exceptions to the Conveyance and Warranty.</w:t>
      </w:r>
    </w:p>
    <w:p>
      <w:pPr>
        <w:keepNext w:val="0"/>
        <w:spacing w:before="200" w:after="0" w:line="260" w:lineRule="exact"/>
        <w:ind w:left="1800" w:right="0" w:firstLine="0"/>
        <w:jc w:val="both"/>
      </w:pPr>
      <w:r>
        <w:rPr>
          <w:rFonts w:ascii="Times New Roman" w:hAnsi="Times New Roman" w:eastAsia="Times New Roman" w:cs="Times New Roman"/>
          <w:b w:val="0"/>
          <w:sz w:val="24"/>
        </w:rPr>
        <w:t>This conveyance is made subject to any and all valid and subsisting or recorded restrictions, conditions, covenants, easements, rights-of-way, prescriptive rights, whether of record or not, reservations including but not limited to oil and gas leases, mineral severances, interests, and royalty rights, water, water rights, or riparian rights, maintenance charges, together with any lien securing the maintenance charges, zoning laws, ordinances of municipal or other government agencies or authorities, and conditions and covenants, if any, applicable to and enforceable against the property described above and as shown by the records of the county clerk of [county] County, Texas.2</w:t>
      </w:r>
    </w:p>
    <w:p>
      <w:pPr/>
    </w:p>
    <w:p>
      <w:pPr>
        <w:keepNext w:val="0"/>
        <w:spacing w:before="200" w:after="0" w:line="260" w:lineRule="exact"/>
        <w:ind w:left="360" w:right="0" w:firstLine="0"/>
        <w:jc w:val="both"/>
      </w:pPr>
      <w:r>
        <w:rPr>
          <w:rFonts w:ascii="Times New Roman" w:hAnsi="Times New Roman" w:eastAsia="Times New Roman" w:cs="Times New Roman"/>
          <w:b/>
          <w:sz w:val="24"/>
        </w:rPr>
        <w:t>WITNESS the GRANTOR'S hand on this, [Month Day, 20_____].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[full legal name of grantor], GRANTOR</w:t>
      </w:r>
    </w:p>
    <w:p>
      <w:pPr>
        <w:keepNext w:val="0"/>
        <w:spacing w:before="200" w:after="0" w:line="260" w:lineRule="exact"/>
        <w:ind w:left="360" w:right="0" w:firstLine="0"/>
        <w:jc w:val="both"/>
      </w:pPr>
      <w:r>
        <w:rPr>
          <w:rFonts w:ascii="Times New Roman" w:hAnsi="Times New Roman" w:eastAsia="Times New Roman" w:cs="Times New Roman"/>
          <w:b/>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#1</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[address of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#2</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[address of witness]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authority, on this day personally appeared [grantor name], GRANTOR,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the state of Texas that contained their photograph and signature as identification and proving them to be the person whose name is subscribed to the foregoing instrument as GRANTOR. [witness #1 name] and [witness #2 name], witnesses, also produced driver's licenses issued by the state of Texas that contained their photographs and signatures as identification and proving them to be the person whose names are subscribed to the foregoing instrument as witnesses.</w:t>
      </w:r>
    </w:p>
    <w:p>
      <w:pPr>
        <w:keepNext w:val="0"/>
        <w:spacing w:before="200" w:after="0" w:line="260" w:lineRule="exact"/>
        <w:ind w:left="360" w:right="0" w:firstLine="0"/>
        <w:jc w:val="both"/>
      </w:pPr>
      <w:r>
        <w:rPr>
          <w:rFonts w:ascii="Times New Roman" w:hAnsi="Times New Roman" w:eastAsia="Times New Roman" w:cs="Times New Roman"/>
          <w:b/>
          <w:sz w:val="24"/>
        </w:rPr>
        <w:t>Given under MY HAND and seal of office on the [Month Day, 20_____].</w:t>
      </w:r>
    </w:p>
    <w:p>
      <w:pPr>
        <w:keepNext w:val="0"/>
        <w:spacing w:before="120" w:after="0" w:line="260" w:lineRule="exact"/>
        <w:ind w:left="360" w:right="0" w:firstLine="0"/>
        <w:jc w:val="left"/>
      </w:pPr>
      <w:r>
        <w:rPr>
          <w:rFonts w:ascii="Times New Roman" w:hAnsi="Times New Roman" w:eastAsia="Times New Roman" w:cs="Times New Roman"/>
          <w:b w:val="0"/>
          <w:sz w:val="24"/>
        </w:rPr>
        <w:t>(seal)____________________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[date of expiry]</w:t>
      </w:r>
    </w:p>
    <w:p>
      <w:pPr>
        <w:keepNext w:val="0"/>
        <w:spacing w:before="200" w:after="0" w:line="260" w:lineRule="exact"/>
        <w:ind w:left="360" w:right="0" w:firstLine="0"/>
        <w:jc w:val="both"/>
      </w:pPr>
      <w:r>
        <w:rPr>
          <w:rFonts w:ascii="Times New Roman" w:hAnsi="Times New Roman" w:eastAsia="Times New Roman" w:cs="Times New Roman"/>
          <w:b w:val="0"/>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[lawyer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After recording please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[status, if Grantor or Grantee]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