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Copyright Cease and Desist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[Alleged infringer's name]</w:t>
      </w:r>
    </w:p>
    <w:p>
      <w:pPr>
        <w:keepNext w:val="0"/>
        <w:spacing w:before="200" w:after="0" w:line="260" w:lineRule="exact"/>
        <w:ind w:left="360" w:right="0" w:firstLine="0"/>
        <w:jc w:val="both"/>
      </w:pPr>
      <w:r>
        <w:rPr>
          <w:rFonts w:ascii="Times New Roman" w:hAnsi="Times New Roman" w:eastAsia="Times New Roman" w:cs="Times New Roman"/>
          <w:b w:val="0"/>
          <w:sz w:val="24"/>
        </w:rPr>
        <w:t>[Alleged infringer's address]</w:t>
      </w:r>
    </w:p>
    <w:p>
      <w:pPr>
        <w:keepNext w:val="0"/>
        <w:spacing w:before="200" w:after="0" w:line="260" w:lineRule="exact"/>
        <w:ind w:left="360" w:right="0" w:firstLine="0"/>
        <w:jc w:val="both"/>
      </w:pPr>
      <w:r>
        <w:rPr>
          <w:rFonts w:ascii="Times New Roman" w:hAnsi="Times New Roman" w:eastAsia="Times New Roman" w:cs="Times New Roman"/>
          <w:b w:val="0"/>
          <w:sz w:val="24"/>
        </w:rPr>
        <w:t>Re: Unauthorized Use and Infringement of [copyrighted material]</w:t>
      </w:r>
    </w:p>
    <w:p>
      <w:pPr>
        <w:keepNext w:val="0"/>
        <w:spacing w:before="200" w:after="0" w:line="260" w:lineRule="exact"/>
        <w:ind w:left="360" w:right="0" w:firstLine="0"/>
        <w:jc w:val="both"/>
      </w:pPr>
      <w:r>
        <w:rPr>
          <w:rFonts w:ascii="Times New Roman" w:hAnsi="Times New Roman" w:eastAsia="Times New Roman" w:cs="Times New Roman"/>
          <w:b w:val="0"/>
          <w:sz w:val="24"/>
        </w:rPr>
        <w:t>Dear [Alleged infringer],</w:t>
      </w:r>
    </w:p>
    <w:p>
      <w:pPr>
        <w:keepNext w:val="0"/>
        <w:spacing w:before="200" w:after="0" w:line="260" w:lineRule="exact"/>
        <w:ind w:left="360" w:right="0" w:firstLine="0"/>
        <w:jc w:val="both"/>
      </w:pPr>
      <w:r>
        <w:rPr>
          <w:rFonts w:ascii="Times New Roman" w:hAnsi="Times New Roman" w:eastAsia="Times New Roman" w:cs="Times New Roman"/>
          <w:b w:val="0"/>
          <w:sz w:val="24"/>
        </w:rPr>
        <w:t>We are the attorneys for [name of client], the copyright owner of [describe copyright protected work(s)].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client] owns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copyright for [name of copyright].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registration certificate is attached. The intellectual property of [name of client]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extremely important and valuable asset of its business. Accordingly, [name of client] has instructed us to take the appropriate steps to protect its intellectual property and business interest.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has come to our attention that you [are using/have copied] our client's copyright on [describe infringing products, website, actions, etc.]. This copying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of [name of client]'s copyrights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federal law under the Copyright Act, 17 U.S.C. § 501. Remedies available to our client include: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further infringement</w:t>
      </w:r>
    </w:p>
    <w:p>
      <w:pPr>
        <w:keepNext w:val="0"/>
        <w:spacing w:before="200" w:after="0" w:line="260" w:lineRule="exact"/>
        <w:ind w:left="720" w:right="0" w:firstLine="0"/>
        <w:jc w:val="both"/>
      </w:pPr>
      <w:r>
        <w:rPr>
          <w:rFonts w:ascii="Times New Roman" w:hAnsi="Times New Roman" w:eastAsia="Times New Roman" w:cs="Times New Roman"/>
          <w:b w:val="0"/>
          <w:sz w:val="24"/>
        </w:rPr>
        <w:t>• Impounding or destruction of infringing copies</w:t>
      </w:r>
    </w:p>
    <w:p>
      <w:pPr>
        <w:keepNext w:val="0"/>
        <w:spacing w:before="200" w:after="0" w:line="260" w:lineRule="exact"/>
        <w:ind w:left="720" w:right="0" w:firstLine="0"/>
        <w:jc w:val="both"/>
      </w:pPr>
      <w:r>
        <w:rPr>
          <w:rFonts w:ascii="Times New Roman" w:hAnsi="Times New Roman" w:eastAsia="Times New Roman" w:cs="Times New Roman"/>
          <w:b w:val="0"/>
          <w:sz w:val="24"/>
        </w:rPr>
        <w:t>• Actual damages and statutory damages of up to $150,000</w:t>
      </w:r>
    </w:p>
    <w:p>
      <w:pPr>
        <w:keepNext w:val="0"/>
        <w:spacing w:before="200" w:after="0" w:line="260" w:lineRule="exact"/>
        <w:ind w:left="720" w:right="0" w:firstLine="0"/>
        <w:jc w:val="both"/>
      </w:pPr>
      <w:r>
        <w:rPr>
          <w:rFonts w:ascii="Times New Roman" w:hAnsi="Times New Roman" w:eastAsia="Times New Roman" w:cs="Times New Roman"/>
          <w:b w:val="0"/>
          <w:sz w:val="24"/>
        </w:rPr>
        <w:t>• Costs and attorneys' fees</w:t>
      </w:r>
    </w:p>
    <w:p>
      <w:pPr>
        <w:keepNext w:val="0"/>
        <w:spacing w:before="200" w:after="0" w:line="260" w:lineRule="exact"/>
        <w:ind w:left="360" w:right="0" w:firstLine="0"/>
        <w:jc w:val="both"/>
      </w:pPr>
      <w:r>
        <w:rPr>
          <w:rFonts w:ascii="Times New Roman" w:hAnsi="Times New Roman" w:eastAsia="Times New Roman" w:cs="Times New Roman"/>
          <w:b w:val="0"/>
          <w:sz w:val="24"/>
        </w:rPr>
        <w:t>Based on the above, we demand that you:</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Immediately cease and desist marketing, manufacturing, distributing, and/or selling any infringing works, including [describe allegedly infringing works];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Immediately agree in writing that neither [name of alleged infringer] nor any other person or entity acting on behalf of or in connection with [name of alleged infringer] will directly or indirectly engage in any further unauthorized use of [name of client]'s intellectual property;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Immediately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the infringing product/material that exists and destroy or deliver to our client for destruction all unauthorized items (e.g., digital images, recordings, pamphlets, products, etc.) in your possession, custody, or control that include our client's copyrighted works; and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Immediately identify in writing any and all parties that have any unauthorized products/materials that include our client's copyrighted work.</w:t>
      </w: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receiving your affirmative response that you have fully complied with the above-stated demands by [date]. Our client would like to resolve this matter amicably, but will consider any and all legal action necessary to protect its valuable intellectual property rights under federal and state law.</w:t>
      </w:r>
    </w:p>
    <w:p>
      <w:pPr>
        <w:keepNext w:val="0"/>
        <w:spacing w:before="200" w:after="0" w:line="260" w:lineRule="exact"/>
        <w:ind w:left="360" w:right="0" w:firstLine="0"/>
        <w:jc w:val="both"/>
      </w:pPr>
      <w:r>
        <w:rPr>
          <w:rFonts w:ascii="Times New Roman" w:hAnsi="Times New Roman" w:eastAsia="Times New Roman" w:cs="Times New Roman"/>
          <w:b w:val="0"/>
          <w:sz w:val="24"/>
        </w:rPr>
        <w:t>Please feel free to contact us with any questions regarding the contents of this letter or for details regarding compliance with the requests made.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is written without prejudice to the rights and remedies of our client, all of which are expressly reserved.</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