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NOTICE TO CEASE AND DESIST</w:t>
      </w:r>
    </w:p>
    <w:p>
      <w:pPr/>
    </w:p>
    <w:p>
      <w:pPr/>
    </w:p>
    <w:p>
      <w:pPr/>
      <w:r>
        <w:rPr>
          <w:rFonts w:ascii="Times New Roman" w:hAnsi="Times New Roman" w:eastAsia="Times New Roman" w:cs="Times New Roman"/>
          <w:sz w:val="24"/>
        </w:rPr>
        <w:t>From</w:t>
      </w:r>
    </w:p>
    <w:p>
      <w:pPr/>
      <w:r>
        <w:rPr>
          <w:rFonts w:ascii="Times New Roman" w:hAnsi="Times New Roman" w:eastAsia="Times New Roman" w:cs="Times New Roman"/>
          <w:sz w:val="24"/>
        </w:rPr>
        <w:t>[NAME OF SENDER]</w:t>
      </w:r>
    </w:p>
    <w:p>
      <w:pPr/>
      <w:r>
        <w:rPr>
          <w:rFonts w:ascii="Times New Roman" w:hAnsi="Times New Roman" w:eastAsia="Times New Roman" w:cs="Times New Roman"/>
          <w:sz w:val="24"/>
        </w:rPr>
        <w:t>[ADDRESS OF SENDER]</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Re: Copyright Infringement</w:t>
      </w:r>
    </w:p>
    <w:p>
      <w:pPr/>
    </w:p>
    <w:p>
      <w:pPr/>
    </w:p>
    <w:p>
      <w:pPr/>
      <w:r>
        <w:rPr>
          <w:rFonts w:ascii="Times New Roman" w:hAnsi="Times New Roman" w:eastAsia="Times New Roman" w:cs="Times New Roman"/>
          <w:sz w:val="24"/>
        </w:rPr>
        <w:t xml:space="preserve">Dear </w:t>
      </w:r>
      <w:r>
        <w:rPr>
          <w:rFonts w:ascii="Times New Roman" w:hAnsi="Times New Roman" w:eastAsia="Times New Roman" w:cs="Times New Roman"/>
          <w:sz w:val="24"/>
        </w:rPr>
        <w:t>[NAME OF RECIPIENT]</w:t>
      </w:r>
      <w:r>
        <w:rPr>
          <w:rFonts w:ascii="Times New Roman" w:hAnsi="Times New Roman" w:eastAsia="Times New Roman" w:cs="Times New Roman"/>
          <w:sz w:val="24"/>
        </w:rPr>
        <w:t>,</w:t>
      </w:r>
    </w:p>
    <w:p>
      <w:pPr>
        <w:spacing w:before="0" w:after="0"/>
      </w:pPr>
    </w:p>
    <w:p>
      <w:pPr>
        <w:spacing w:before="0" w:after="0"/>
      </w:pPr>
    </w:p>
    <w:p>
      <w:pPr>
        <w:spacing w:before="0" w:after="0"/>
      </w:pPr>
      <w:r>
        <w:rPr>
          <w:rFonts w:ascii="Times New Roman" w:hAnsi="Times New Roman" w:eastAsia="Times New Roman" w:cs="Times New Roman"/>
          <w:sz w:val="24"/>
        </w:rPr>
        <w:t xml:space="preserve">It has been determined that you are currently using </w:t>
      </w:r>
      <w:r>
        <w:rPr>
          <w:rFonts w:ascii="Times New Roman" w:hAnsi="Times New Roman" w:eastAsia="Times New Roman" w:cs="Times New Roman"/>
          <w:sz w:val="24"/>
        </w:rPr>
        <w:t>[NAME OF COPYRIGHTED WORK]</w:t>
      </w:r>
      <w:r>
        <w:rPr>
          <w:rFonts w:ascii="Times New Roman" w:hAnsi="Times New Roman" w:eastAsia="Times New Roman" w:cs="Times New Roman"/>
          <w:sz w:val="24"/>
        </w:rPr>
        <w:t xml:space="preserve"> (the “Work”) </w:t>
      </w:r>
      <w:r>
        <w:rPr>
          <w:rFonts w:ascii="Times New Roman" w:hAnsi="Times New Roman" w:eastAsia="Times New Roman" w:cs="Times New Roman"/>
          <w:sz w:val="24"/>
        </w:rPr>
        <w:t>without our authorization</w:t>
      </w:r>
      <w:r>
        <w:rPr>
          <w:rFonts w:ascii="Times New Roman" w:hAnsi="Times New Roman" w:eastAsia="Times New Roman" w:cs="Times New Roman"/>
          <w:sz w:val="24"/>
        </w:rPr>
        <w:t xml:space="preserve"> which is </w:t>
      </w:r>
      <w:r>
        <w:rPr>
          <w:rFonts w:ascii="Times New Roman" w:hAnsi="Times New Roman" w:eastAsia="Times New Roman" w:cs="Times New Roman"/>
          <w:sz w:val="24"/>
        </w:rPr>
        <w:t>copyrighted work in accordance with Title 17 of the U.S. Code.</w:t>
      </w:r>
    </w:p>
    <w:p>
      <w:pPr>
        <w:spacing w:before="0" w:after="0"/>
      </w:pPr>
    </w:p>
    <w:p>
      <w:pPr>
        <w:spacing w:before="0" w:after="0"/>
      </w:pPr>
      <w:r>
        <w:rPr>
          <w:rFonts w:ascii="Times New Roman" w:hAnsi="Times New Roman" w:eastAsia="Times New Roman" w:cs="Times New Roman"/>
          <w:sz w:val="24"/>
        </w:rPr>
        <w:t xml:space="preserve">We have found the unauthorized use of our Work being used at </w:t>
      </w:r>
      <w:r>
        <w:rPr>
          <w:rFonts w:ascii="Times New Roman" w:hAnsi="Times New Roman" w:eastAsia="Times New Roman" w:cs="Times New Roman"/>
          <w:sz w:val="24"/>
        </w:rPr>
        <w:t>[DESCRIBE WHERE THE COPYRIGHTED WORK IS BEING USED]</w:t>
      </w:r>
      <w:r>
        <w:rPr>
          <w:rFonts w:ascii="Times New Roman" w:hAnsi="Times New Roman" w:eastAsia="Times New Roman" w:cs="Times New Roman"/>
          <w:sz w:val="24"/>
        </w:rPr>
        <w:t xml:space="preserve">. </w:t>
      </w:r>
    </w:p>
    <w:p>
      <w:pPr>
        <w:spacing w:before="0" w:after="0"/>
      </w:pPr>
    </w:p>
    <w:p>
      <w:pPr>
        <w:spacing w:before="0" w:after="0"/>
      </w:pPr>
      <w:r>
        <w:rPr>
          <w:rFonts w:ascii="Times New Roman" w:hAnsi="Times New Roman" w:eastAsia="Times New Roman" w:cs="Times New Roman"/>
          <w:sz w:val="24"/>
        </w:rPr>
        <w:t>Accordingly, we demand that you immediately remove the material and cease any further all of our Work, including any other infringements, otherwise you could be liable for statutory damages as high as $150,000 as set forth in Section 504(c)(2) therein.</w:t>
      </w:r>
    </w:p>
    <w:p>
      <w:pPr>
        <w:spacing w:before="0" w:after="0"/>
      </w:pPr>
    </w:p>
    <w:p>
      <w:pPr/>
      <w:r>
        <w:rPr>
          <w:rFonts w:ascii="Times New Roman" w:hAnsi="Times New Roman" w:eastAsia="Times New Roman" w:cs="Times New Roman"/>
          <w:b/>
          <w:sz w:val="24"/>
        </w:rPr>
        <w:t xml:space="preserve">If you do not cease the use of the aforementioned copyrighted material a lawsuit will be commenced against you. </w:t>
      </w:r>
    </w:p>
    <w:p>
      <w:pPr>
        <w:spacing w:before="0" w:after="0"/>
      </w:pPr>
    </w:p>
    <w:p>
      <w:pPr>
        <w:spacing w:before="0" w:after="0"/>
      </w:pPr>
      <w:r>
        <w:rPr>
          <w:rFonts w:ascii="Times New Roman" w:hAnsi="Times New Roman" w:eastAsia="Times New Roman" w:cs="Times New Roman"/>
          <w:sz w:val="24"/>
        </w:rPr>
        <w:t>Furthermore, we demand that you immediately cease the use and distribution of all infringing works derived from the Work, and all copies, including electronic copies, of same, that you deliver to us, if applicable, all unused, undistributed copies of same, or destroy such copies immediately and that you desist from this or any other infringement of our rights in the future.</w:t>
      </w:r>
    </w:p>
    <w:p>
      <w:pPr>
        <w:spacing w:before="0" w:after="0"/>
      </w:pPr>
    </w:p>
    <w:p>
      <w:pPr>
        <w:spacing w:before="0" w:after="0"/>
      </w:pPr>
      <w:r>
        <w:rPr>
          <w:rFonts w:ascii="Times New Roman" w:hAnsi="Times New Roman" w:eastAsia="Times New Roman" w:cs="Times New Roman"/>
          <w:sz w:val="24"/>
        </w:rPr>
        <w:t xml:space="preserve">If we have not received an affirmative response from you by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 xml:space="preserve"> indicating that you have fully complied with these requirements I shall consider taking any and all legal remedies available to rectify this situation.</w:t>
      </w:r>
    </w:p>
    <w:p>
      <w:pPr>
        <w:spacing w:before="0" w:after="0"/>
      </w:pPr>
    </w:p>
    <w:p>
      <w:pPr>
        <w:spacing w:before="0" w:after="0"/>
      </w:pPr>
      <w:r>
        <w:rPr>
          <w:rFonts w:ascii="Times New Roman" w:hAnsi="Times New Roman" w:eastAsia="Times New Roman" w:cs="Times New Roman"/>
          <w:sz w:val="24"/>
        </w:rPr>
        <w:t>Sincerely,</w:t>
      </w:r>
    </w:p>
    <w:p>
      <w:pPr>
        <w:spacing w:before="0" w:after="0"/>
      </w:pPr>
    </w:p>
    <w:p>
      <w:pPr/>
      <w:r>
        <w:rPr>
          <w:rFonts w:ascii="Times New Roman" w:hAnsi="Times New Roman" w:eastAsia="Times New Roman" w:cs="Times New Roman"/>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