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  <w:t>CORPORATE MEETING MINUTES FOR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[ORGANIZATION’S NAME]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Chairperson: </w:t>
      </w:r>
      <w:r>
        <w:rPr>
          <w:rFonts w:ascii="Times New Roman" w:hAnsi="Times New Roman" w:eastAsia="Times New Roman" w:cs="Times New Roman"/>
          <w:sz w:val="24"/>
        </w:rPr>
        <w:t>[CHAIRPERSON’S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[SECRETARY’S NAME]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[TIME]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[LOCATION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[STREET ADDRESS]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[STATE] </w:t>
      </w:r>
      <w:r>
        <w:rPr>
          <w:rFonts w:ascii="Times New Roman" w:hAnsi="Times New Roman" w:eastAsia="Times New Roman" w:cs="Times New Roman"/>
          <w:sz w:val="24"/>
        </w:rPr>
        <w:t xml:space="preserve"> Zip: </w:t>
      </w:r>
      <w:r>
        <w:rPr>
          <w:rFonts w:ascii="Times New Roman" w:hAnsi="Times New Roman" w:eastAsia="Times New Roman" w:cs="Times New Roman"/>
          <w:sz w:val="24"/>
        </w:rPr>
        <w:t>[ZIP CODE]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ATTENDEES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WHO IS PRESENT]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ABSENCES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WHO IS ABSENT]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CALL TO ORDER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[INTRODUCTION, STATUS OF CORPORATION, APPROVAL OF PREVIOUS MEETING MINUTES, AND CURRENT MEETING AGENDA]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OLD BUSINESS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[DISCUSS UPDATES OR ISSUES THAT HAVE ARISEN SINCE THE LAST MEETING]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NEW BUSINESS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[DISCUSS NEW BUSINESS ITEMS, AND CURRENT BUDGET STATUS]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VOTE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[CHAIRMAN LEADS VOTES FOR GROUP DECISIONS THAT MUST BE MADE]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VIII. ADJOURNMENT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[SCHEDULE NEXT MEETING, ENTER TIME THAT MEETING ENDS, AND CHAIR APPROVES MINUTES]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Minutes submitted by: ___________________ Print Name: ___________________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Approved by: ___________________  Print Name: 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