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sz w:val="24"/>
        </w:rPr>
        <w:t xml:space="preserve">In the </w:t>
      </w:r>
      <w:r>
        <w:rPr>
          <w:rFonts w:ascii="Times New Roman" w:hAnsi="Times New Roman" w:eastAsia="Times New Roman" w:cs="Times New Roman"/>
          <w:sz w:val="24"/>
        </w:rPr>
        <w:t>[COURT/JURISDICTION NAME]</w:t>
      </w:r>
    </w:p>
    <w:p>
      <w:pPr/>
    </w:p>
    <w:p>
      <w:pPr/>
    </w:p>
    <w:p>
      <w:pPr/>
    </w:p>
    <w:p>
      <w:pPr/>
    </w:p>
    <w:p>
      <w:pPr/>
      <w:r>
        <w:rPr>
          <w:rFonts w:ascii="Times New Roman" w:hAnsi="Times New Roman" w:eastAsia="Times New Roman" w:cs="Times New Roman"/>
          <w:sz w:val="24"/>
        </w:rPr>
        <w:t>[PLAINTIFF'S NAME]</w:t>
      </w:r>
      <w:r>
        <w:rPr>
          <w:rFonts w:ascii="Times New Roman" w:hAnsi="Times New Roman" w:eastAsia="Times New Roman" w:cs="Times New Roman"/>
          <w:sz w:val="24"/>
        </w:rPr>
        <w:t>,</w:t>
      </w:r>
    </w:p>
    <w:p>
      <w:pPr/>
      <w:r>
        <w:rPr>
          <w:rFonts w:ascii="Times New Roman" w:hAnsi="Times New Roman" w:eastAsia="Times New Roman" w:cs="Times New Roman"/>
          <w:sz w:val="24"/>
        </w:rPr>
        <w:t>Plaintiff</w:t>
      </w:r>
    </w:p>
    <w:p>
      <w:pPr/>
    </w:p>
    <w:p>
      <w:pPr/>
      <w:r>
        <w:rPr>
          <w:rFonts w:ascii="Times New Roman" w:hAnsi="Times New Roman" w:eastAsia="Times New Roman" w:cs="Times New Roman"/>
          <w:sz w:val="24"/>
        </w:rPr>
        <w:t xml:space="preserve">vs. </w:t>
        <w:tab/>
        <w:t xml:space="preserve">                                                           </w:t>
      </w:r>
      <w:r>
        <w:rPr>
          <w:rFonts w:ascii="Times New Roman" w:hAnsi="Times New Roman" w:eastAsia="Times New Roman" w:cs="Times New Roman"/>
          <w:sz w:val="24"/>
        </w:rPr>
        <w:t xml:space="preserve">Case No. </w:t>
      </w:r>
      <w:r>
        <w:rPr>
          <w:rFonts w:ascii="Times New Roman" w:hAnsi="Times New Roman" w:eastAsia="Times New Roman" w:cs="Times New Roman"/>
          <w:sz w:val="24"/>
        </w:rPr>
        <w:t>[#]</w:t>
      </w:r>
    </w:p>
    <w:p>
      <w:pPr/>
    </w:p>
    <w:p>
      <w:pPr/>
      <w:r>
        <w:rPr>
          <w:rFonts w:ascii="Times New Roman" w:hAnsi="Times New Roman" w:eastAsia="Times New Roman" w:cs="Times New Roman"/>
          <w:sz w:val="24"/>
        </w:rPr>
        <w:t>[DEFENDANT'S NAME]</w:t>
      </w:r>
      <w:r>
        <w:rPr>
          <w:rFonts w:ascii="Times New Roman" w:hAnsi="Times New Roman" w:eastAsia="Times New Roman" w:cs="Times New Roman"/>
          <w:sz w:val="24"/>
        </w:rPr>
        <w:t>,</w:t>
      </w:r>
    </w:p>
    <w:p>
      <w:pPr/>
      <w:r>
        <w:rPr>
          <w:rFonts w:ascii="Times New Roman" w:hAnsi="Times New Roman" w:eastAsia="Times New Roman" w:cs="Times New Roman"/>
          <w:sz w:val="24"/>
        </w:rPr>
        <w:t>Defendant</w:t>
      </w:r>
    </w:p>
    <w:p>
      <w:pPr/>
    </w:p>
    <w:p>
      <w:pPr/>
    </w:p>
    <w:p>
      <w:pPr/>
    </w:p>
    <w:p>
      <w:pPr/>
    </w:p>
    <w:p>
      <w:pPr/>
    </w:p>
    <w:p>
      <w:pPr>
        <w:jc w:val="center"/>
      </w:pPr>
      <w:r>
        <w:rPr>
          <w:rFonts w:ascii="Times New Roman" w:hAnsi="Times New Roman" w:eastAsia="Times New Roman" w:cs="Times New Roman"/>
          <w:b/>
          <w:sz w:val="24"/>
        </w:rPr>
        <w:t xml:space="preserve">AFFIDAVIT </w:t>
      </w:r>
    </w:p>
    <w:p>
      <w:pPr>
        <w:jc w:val="center"/>
      </w:pPr>
      <w:r>
        <w:rPr>
          <w:rFonts w:ascii="Times New Roman" w:hAnsi="Times New Roman" w:eastAsia="Times New Roman" w:cs="Times New Roman"/>
          <w:sz w:val="24"/>
        </w:rPr>
        <w:t>(SWORN STATEMENT)</w:t>
      </w:r>
    </w:p>
    <w:p>
      <w:pPr/>
    </w:p>
    <w:p>
      <w:pP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My legal name is </w:t>
      </w:r>
      <w:r>
        <w:rPr>
          <w:rFonts w:ascii="Times New Roman" w:hAnsi="Times New Roman" w:eastAsia="Times New Roman" w:cs="Times New Roman"/>
          <w:sz w:val="24"/>
        </w:rPr>
        <w:t>[AFFIANT NAME]</w:t>
      </w:r>
      <w:r>
        <w:rPr>
          <w:rFonts w:ascii="Times New Roman" w:hAnsi="Times New Roman" w:eastAsia="Times New Roman" w:cs="Times New Roman"/>
          <w:sz w:val="24"/>
        </w:rPr>
        <w:t xml:space="preserve"> (“Affiant”) and acknowledge I am:</w:t>
      </w:r>
    </w:p>
    <w:p>
      <w:pPr/>
    </w:p>
    <w:p>
      <w:pPr/>
      <w:r>
        <w:rPr>
          <w:rFonts w:ascii="Times New Roman" w:hAnsi="Times New Roman" w:eastAsia="Times New Roman" w:cs="Times New Roman"/>
          <w:sz w:val="24"/>
        </w:rPr>
        <w:t xml:space="preserve">Age: </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[MAILING ADDRESS]</w:t>
      </w:r>
    </w:p>
    <w:p>
      <w:pPr/>
      <w:r>
        <w:rPr>
          <w:rFonts w:ascii="Times New Roman" w:hAnsi="Times New Roman" w:eastAsia="Times New Roman" w:cs="Times New Roman"/>
          <w:sz w:val="24"/>
        </w:rPr>
        <w:t xml:space="preserve">Residency: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Being duly sworn, hereby swear under oath that: </w:t>
      </w:r>
      <w:r>
        <w:rPr>
          <w:rFonts w:ascii="Times New Roman" w:hAnsi="Times New Roman" w:eastAsia="Times New Roman" w:cs="Times New Roman"/>
          <w:sz w:val="24"/>
        </w:rPr>
        <w:t>[SWORN STATEMENT]</w:t>
      </w:r>
    </w:p>
    <w:p>
      <w:pPr/>
    </w:p>
    <w:p>
      <w:pPr/>
      <w:r>
        <w:rPr>
          <w:rFonts w:ascii="Times New Roman" w:hAnsi="Times New Roman" w:eastAsia="Times New Roman" w:cs="Times New Roman"/>
          <w:sz w:val="24"/>
        </w:rPr>
        <w:t>Under penalty of perjury, I hereby declare and affirm that the above-mentioned statement is, to the best of my knowledge, true and correct.</w:t>
      </w:r>
    </w:p>
    <w:p>
      <w:pPr/>
    </w:p>
    <w:p>
      <w:pPr/>
    </w:p>
    <w:p>
      <w:pPr/>
      <w:r>
        <w:rPr>
          <w:rFonts w:ascii="Times New Roman" w:hAnsi="Times New Roman" w:eastAsia="Times New Roman" w:cs="Times New Roman"/>
          <w:sz w:val="24"/>
        </w:rPr>
        <w:t xml:space="preserve">Affiant’s Signature: </w:t>
      </w:r>
      <w:r>
        <w:rPr>
          <w:rFonts w:ascii="Times New Roman" w:hAnsi="Times New Roman" w:eastAsia="Times New Roman" w:cs="Times New Roman"/>
          <w:sz w:val="24"/>
        </w:rPr>
        <w:t>_______________________</w:t>
      </w:r>
      <w:r>
        <w:rPr>
          <w:rFonts w:ascii="Times New Roman" w:hAnsi="Times New Roman" w:eastAsia="Times New Roman" w:cs="Times New Roman"/>
          <w:sz w:val="24"/>
        </w:rPr>
        <w:t xml:space="preserve"> Date: _____________</w:t>
      </w:r>
    </w:p>
    <w:p>
      <w:pPr/>
    </w:p>
    <w:p>
      <w:pPr/>
    </w:p>
    <w:p>
      <w:pPr>
        <w:spacing w:before="0" w:after="0"/>
        <w:jc w:val="center"/>
      </w:pPr>
      <w:r>
        <w:rPr>
          <w:rFonts w:ascii="Times New Roman" w:hAnsi="Times New Roman" w:eastAsia="Times New Roman" w:cs="Times New Roman"/>
          <w:b/>
          <w:sz w:val="24"/>
        </w:rPr>
        <w:t>NOTARY ACKNOWLEDGEMENT</w:t>
      </w:r>
    </w:p>
    <w:p>
      <w:pPr>
        <w:jc w:val="center"/>
      </w:pPr>
    </w:p>
    <w:p>
      <w:pPr/>
      <w:r>
        <w:rPr>
          <w:rFonts w:ascii="Times New Roman" w:hAnsi="Times New Roman" w:eastAsia="Times New Roman" w:cs="Times New Roman"/>
          <w:sz w:val="24"/>
        </w:rPr>
        <w:t>A notary public or other officer completing this certificate verifies only the identity of the individual who signed the document to which this certificate is attached, and not the truthfulness, accuracy, or validity of that document.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before me, </w:t>
      </w:r>
      <w:r>
        <w:rPr>
          <w:rFonts w:ascii="Times New Roman" w:hAnsi="Times New Roman" w:eastAsia="Times New Roman" w:cs="Times New Roman"/>
          <w:sz w:val="24"/>
        </w:rPr>
        <w:t>[NOTARY'S NAME]</w:t>
      </w:r>
      <w:r>
        <w:rPr>
          <w:rFonts w:ascii="Times New Roman" w:hAnsi="Times New Roman" w:eastAsia="Times New Roman" w:cs="Times New Roman"/>
          <w:sz w:val="24"/>
        </w:rPr>
        <w:t xml:space="preserve">, personally appeared </w:t>
      </w:r>
      <w:r>
        <w:rPr>
          <w:rFonts w:ascii="Times New Roman" w:hAnsi="Times New Roman" w:eastAsia="Times New Roman" w:cs="Times New Roman"/>
          <w:sz w:val="24"/>
        </w:rPr>
        <w:t>[AFFIANT'S NAME]</w:t>
      </w:r>
      <w:r>
        <w:rPr>
          <w:rFonts w:ascii="Times New Roman" w:hAnsi="Times New Roman" w:eastAsia="Times New Roman" w:cs="Times New Roman"/>
          <w:sz w:val="24"/>
        </w:rPr>
        <w:t xml:space="preserve"> who proved to me on the basis of satisfactory evidence to be the person whose name is subscribed to the within instrument and acknowledged to me that they executed the same in their authorized capacity, and that by their signature on the instrument the person(s), or the entity upon behalf of which the person(s) acted, executed the instrument. </w:t>
      </w:r>
    </w:p>
    <w:p>
      <w:pPr/>
    </w:p>
    <w:p>
      <w:pPr/>
      <w:r>
        <w:rPr>
          <w:rFonts w:ascii="Times New Roman" w:hAnsi="Times New Roman" w:eastAsia="Times New Roman" w:cs="Times New Roman"/>
          <w:sz w:val="24"/>
        </w:rPr>
        <w:t xml:space="preserve">I certify under PENALTY OF PERJURY under the laws of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that the foregoing paragraph is true and correct. </w:t>
      </w:r>
    </w:p>
    <w:p>
      <w:pPr/>
    </w:p>
    <w:p>
      <w:pPr/>
      <w:r>
        <w:rPr>
          <w:rFonts w:ascii="Times New Roman" w:hAnsi="Times New Roman" w:eastAsia="Times New Roman" w:cs="Times New Roman"/>
          <w:sz w:val="24"/>
        </w:rPr>
        <w:t xml:space="preserve">WITNESS my hand and official seal. </w:t>
      </w:r>
    </w:p>
    <w:p>
      <w:pP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ab/>
        <w:t>(Seal)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