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COURT REFERENCE LETTER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To Whom This May Concern,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My name is _________________ [Your Name] and proud to offer my recommendation of _________________ [Name of Individual Being Recommended] to whom I have personally known for ___ years as my __________________ [Enter Your Relationship such as: “employee”, “friend”, “colleague”, etc.].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During my relationship with </w:t>
      </w:r>
      <w:r>
        <w:rPr>
          <w:rFonts w:ascii="Times New Roman" w:hAnsi="Times New Roman" w:eastAsia="Times New Roman" w:cs="Times New Roman"/>
          <w:sz w:val="24"/>
        </w:rPr>
        <w:t>_________________ [Name of Individual Being Recommended]</w:t>
      </w:r>
      <w:r>
        <w:rPr>
          <w:rFonts w:ascii="Times New Roman" w:hAnsi="Times New Roman" w:eastAsia="Times New Roman" w:cs="Times New Roman"/>
          <w:sz w:val="24"/>
        </w:rPr>
        <w:t xml:space="preserve"> I have experienced an individual who shows up earlier than asked, works hard, and carries themselves in a polite, respectable manner. In addition, </w:t>
      </w:r>
      <w:r>
        <w:rPr>
          <w:rFonts w:ascii="Times New Roman" w:hAnsi="Times New Roman" w:eastAsia="Times New Roman" w:cs="Times New Roman"/>
          <w:sz w:val="24"/>
        </w:rPr>
        <w:t>_________________ [Name of Individual Being Recommended]</w:t>
      </w:r>
      <w:r>
        <w:rPr>
          <w:rFonts w:ascii="Times New Roman" w:hAnsi="Times New Roman" w:eastAsia="Times New Roman" w:cs="Times New Roman"/>
          <w:sz w:val="24"/>
        </w:rPr>
        <w:t xml:space="preserve"> is a family-person who has always presented themselves with levelheadedness and grace.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Please do not hesitate to contact me if you should require any further information.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Best,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  <w:t>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 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Address </w:t>
      </w:r>
      <w:r>
        <w:rPr>
          <w:rFonts w:ascii="Times New Roman" w:hAnsi="Times New Roman" w:eastAsia="Times New Roman" w:cs="Times New Roman"/>
          <w:sz w:val="24"/>
        </w:rPr>
        <w:t>_____________________________ City _________________ State 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Telephone </w:t>
      </w:r>
      <w:r>
        <w:rPr>
          <w:rFonts w:ascii="Times New Roman" w:hAnsi="Times New Roman" w:eastAsia="Times New Roman" w:cs="Times New Roman"/>
          <w:sz w:val="24"/>
        </w:rPr>
        <w:t>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E-Mail </w:t>
      </w:r>
      <w:r>
        <w:rPr>
          <w:rFonts w:ascii="Times New Roman" w:hAnsi="Times New Roman" w:eastAsia="Times New Roman" w:cs="Times New Roman"/>
          <w:sz w:val="24"/>
        </w:rPr>
        <w:t>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