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Covenant Not to Sue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deed of trust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