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80"/>
        <w:jc w:val="center"/>
      </w:pPr>
      <w:r>
        <w:rPr>
          <w:rFonts w:ascii="Times New Roman" w:hAnsi="Times New Roman" w:eastAsia="Times New Roman" w:cs="Times New Roman"/>
          <w:sz w:val="24"/>
        </w:rPr>
        <w:t xml:space="preserve">CREDIT REPORT DISPUTE LETTER </w:t>
      </w:r>
    </w:p>
    <w:p>
      <w:pPr>
        <w:spacing w:before="280" w:after="280"/>
      </w:pPr>
    </w:p>
    <w:p>
      <w:pPr>
        <w:spacing w:before="280" w:after="280"/>
      </w:pP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>Date: __________________</w:t>
        <w:br/>
        <w:t>Full Name: __________________</w:t>
        <w:br/>
        <w:t>Address: __________________</w:t>
        <w:br/>
        <w:t xml:space="preserve">City, State: __________________ 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__________________,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__________________</w:t>
      </w:r>
      <w:r>
        <w:rPr>
          <w:rFonts w:ascii="Times New Roman" w:hAnsi="Times New Roman" w:eastAsia="Times New Roman" w:cs="Times New Roman"/>
          <w:sz w:val="24"/>
        </w:rPr>
        <w:t>, have written this letter to dispute a claim that is falsely listed on my credit report with your bureau. The amount(s) owed are no longer outstanding for the following items: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b/>
          <w:sz w:val="24"/>
        </w:rPr>
        <w:t>Party Owed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b/>
          <w:sz w:val="24"/>
        </w:rPr>
        <w:t>Amount</w:t>
      </w:r>
      <w:r>
        <w:rPr>
          <w:rFonts w:ascii="Times New Roman" w:hAnsi="Times New Roman" w:eastAsia="Times New Roman" w:cs="Times New Roman"/>
          <w:sz w:val="24"/>
        </w:rPr>
        <w:t>: $</w:t>
      </w:r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 xml:space="preserve">I am disputing this claim due to: </w:t>
      </w:r>
      <w:r>
        <w:rPr>
          <w:rFonts w:ascii="Times New Roman" w:hAnsi="Times New Roman" w:eastAsia="Times New Roman" w:cs="Times New Roman"/>
          <w:sz w:val="24"/>
        </w:rPr>
        <w:t>_________________________________________________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>This is my official request to have the aforementioned item to be deleted off my credit report.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>Enclosed may be additional evidence to support my claim.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