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Creditor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LETTER ON LETTERHEAD OF COMPANY</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and address of Creditor</w:t>
      </w:r>
    </w:p>
    <w:p>
      <w:pPr>
        <w:keepNext w:val="0"/>
        <w:spacing w:before="200" w:after="0" w:line="260" w:lineRule="exact"/>
        <w:ind w:left="360" w:right="0" w:firstLine="0"/>
        <w:jc w:val="both"/>
      </w:pPr>
      <w:r>
        <w:rPr>
          <w:rFonts w:ascii="Times New Roman" w:hAnsi="Times New Roman" w:eastAsia="Times New Roman" w:cs="Times New Roman"/>
          <w:b w:val="0"/>
          <w:sz w:val="24"/>
        </w:rPr>
        <w:t>Dear Creditor/Claimant: [use name if feasible]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[Company name] ("Company") has been in business for [number] years. You have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supplier to us and we value and appreciate your business.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downturn in the market during the recent recession and difficult economic times, the Company has struggled as has many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We have made every reasonable effort to remain solvent and viable. However, the situation simply has not improved. [add any additional reasons for the downturn]. Thus, the Company has found it necessary to liquidate and dissolve under applicable [state] law, effective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total liabilities far exceed the present value of Company's assets. Most of the Company's assets are pledged to [name] (the "Bank"). Company intends to sell the assets that are the Bank's collateral [or turn such assets over to the Bank for disposition]. It is expected that there will be unsecured assets [or available funds after the Bank is paid in full]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partial distribution to other creditors.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proceeds of the remaining assets sold will be paid to creditors in accordance with their priorities under federal bankruptcy law, but it is expected that the amount available will allow payment of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small percentage of unsecured claims.</w:t>
      </w:r>
    </w:p>
    <w:p>
      <w:pPr>
        <w:keepNext w:val="0"/>
        <w:spacing w:before="200" w:after="0" w:line="260" w:lineRule="exact"/>
        <w:ind w:left="360" w:right="0" w:firstLine="0"/>
        <w:jc w:val="both"/>
      </w:pPr>
      <w:r>
        <w:rPr>
          <w:rFonts w:ascii="Times New Roman" w:hAnsi="Times New Roman" w:eastAsia="Times New Roman" w:cs="Times New Roman"/>
          <w:b w:val="0"/>
          <w:sz w:val="24"/>
        </w:rPr>
        <w:t>There will be no distributions made to shareholders of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certain of our suppliers, we are enclosing with this letter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back orders that the Company has from its customers for product that the Company previously purchased from those suppliers. As the Company is out of business, it will be unable to service those customers and would encourage the suppliers to seek to fill those orders directly. In addition, we enclose for your information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end users of each of the products that you have supplied to us.</w:t>
      </w:r>
    </w:p>
    <w:p>
      <w:pPr>
        <w:keepNext w:val="0"/>
        <w:spacing w:before="200" w:after="0" w:line="260" w:lineRule="exact"/>
        <w:ind w:left="360" w:right="0" w:firstLine="0"/>
        <w:jc w:val="both"/>
      </w:pPr>
      <w:r>
        <w:rPr>
          <w:rFonts w:ascii="Times New Roman" w:hAnsi="Times New Roman" w:eastAsia="Times New Roman" w:cs="Times New Roman"/>
          <w:b w:val="0"/>
          <w:sz w:val="24"/>
        </w:rPr>
        <w:t>We are sorry that this action became necessary. Thank you for all the support you have given the Company over the many years we have been in business and have worked together.</w:t>
      </w:r>
    </w:p>
    <w:p>
      <w:pPr>
        <w:keepNext w:val="0"/>
        <w:spacing w:before="200" w:after="0" w:line="260" w:lineRule="exact"/>
        <w:ind w:left="360" w:right="0" w:firstLine="0"/>
        <w:jc w:val="both"/>
      </w:pPr>
      <w:r>
        <w:rPr>
          <w:rFonts w:ascii="Times New Roman" w:hAnsi="Times New Roman" w:eastAsia="Times New Roman" w:cs="Times New Roman"/>
          <w:b w:val="0"/>
          <w:sz w:val="24"/>
        </w:rPr>
        <w:t>If you have any questions, please direct them [say how, e.g., in writing, and to whom].</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200" w:after="0" w:line="260" w:lineRule="exact"/>
        <w:ind w:left="360" w:right="0" w:firstLine="0"/>
        <w:jc w:val="both"/>
      </w:pPr>
      <w:r>
        <w:rPr>
          <w:rFonts w:ascii="Times New Roman" w:hAnsi="Times New Roman" w:eastAsia="Times New Roman" w:cs="Times New Roman"/>
          <w:b w:val="0"/>
          <w:sz w:val="24"/>
        </w:rPr>
        <w:t>COMPANY</w:t>
      </w:r>
    </w:p>
    <w:p>
      <w:pPr>
        <w:keepNext w:val="0"/>
        <w:spacing w:before="200" w:after="0" w:line="260" w:lineRule="exact"/>
        <w:ind w:left="360" w:right="0" w:firstLine="0"/>
        <w:jc w:val="both"/>
      </w:pPr>
      <w:r>
        <w:rPr>
          <w:rFonts w:ascii="Times New Roman" w:hAnsi="Times New Roman" w:eastAsia="Times New Roman" w:cs="Times New Roman"/>
          <w:b w:val="0"/>
          <w:sz w:val="24"/>
        </w:rPr>
        <w:t>By:[______________________]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Its:[______________________]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