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Criminal Case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AO 110 (Rev. 06/09) Subpoena to Testify Before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Grand Jury</w:t>
      </w:r>
    </w:p>
    <w:p>
      <w:pPr>
        <w:keepNext w:val="0"/>
        <w:spacing w:before="200" w:after="0" w:line="260" w:lineRule="exact"/>
        <w:ind w:left="720" w:right="0" w:firstLine="0"/>
        <w:jc w:val="center"/>
      </w:pPr>
      <w:r>
        <w:rPr>
          <w:rFonts w:ascii="Times New Roman" w:hAnsi="Times New Roman" w:eastAsia="Times New Roman" w:cs="Times New Roman"/>
          <w:b w:val="0"/>
          <w:sz w:val="24"/>
        </w:rPr>
        <w:t>UNITED STATES DISTRICT COURT</w:t>
      </w:r>
    </w:p>
    <w:p>
      <w:pPr>
        <w:keepNext w:val="0"/>
        <w:spacing w:before="200" w:after="0" w:line="260" w:lineRule="exact"/>
        <w:ind w:left="720" w:right="0" w:firstLine="0"/>
        <w:jc w:val="center"/>
      </w:pPr>
      <w:r>
        <w:rPr>
          <w:rFonts w:ascii="Times New Roman" w:hAnsi="Times New Roman" w:eastAsia="Times New Roman" w:cs="Times New Roman"/>
          <w:b w:val="0"/>
          <w:sz w:val="24"/>
        </w:rPr>
        <w:t>for the</w:t>
      </w:r>
    </w:p>
    <w:p>
      <w:pPr>
        <w:keepNext w:val="0"/>
        <w:spacing w:before="200" w:after="0" w:line="260" w:lineRule="exact"/>
        <w:ind w:left="720" w:right="0" w:firstLine="0"/>
        <w:jc w:val="center"/>
      </w:pPr>
      <w:r>
        <w:rPr>
          <w:rFonts w:ascii="Times New Roman" w:hAnsi="Times New Roman" w:eastAsia="Times New Roman" w:cs="Times New Roman"/>
          <w:b w:val="0"/>
          <w:sz w:val="24"/>
        </w:rPr>
        <w:t>[Name of District Court]</w:t>
      </w:r>
    </w:p>
    <w:p>
      <w:pPr>
        <w:keepNext w:val="0"/>
        <w:spacing w:before="120" w:after="0" w:line="260" w:lineRule="exact"/>
        <w:ind w:left="720" w:right="0" w:firstLine="0"/>
        <w:jc w:val="left"/>
      </w:pPr>
      <w:r>
        <w:rPr>
          <w:rFonts w:ascii="Times New Roman" w:hAnsi="Times New Roman" w:eastAsia="Times New Roman" w:cs="Times New Roman"/>
          <w:b/>
          <w:sz w:val="24"/>
        </w:rPr>
        <w:t xml:space="preserve">SUBPOENA TO TESTIFY BEFORE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GRAND JURY</w:t>
      </w:r>
    </w:p>
    <w:p>
      <w:pPr>
        <w:keepNext w:val="0"/>
        <w:spacing w:before="200" w:after="0" w:line="260" w:lineRule="exact"/>
        <w:ind w:left="1080" w:right="0" w:firstLine="0"/>
        <w:jc w:val="both"/>
      </w:pPr>
      <w:r>
        <w:rPr>
          <w:rFonts w:ascii="Times New Roman" w:hAnsi="Times New Roman" w:eastAsia="Times New Roman" w:cs="Times New Roman"/>
          <w:b w:val="0"/>
          <w:sz w:val="24"/>
        </w:rPr>
        <w:t>To: [Name]</w:t>
      </w:r>
    </w:p>
    <w:p>
      <w:pPr>
        <w:keepNext w:val="0"/>
        <w:spacing w:before="200" w:after="0" w:line="260" w:lineRule="exact"/>
        <w:ind w:left="1080" w:right="0" w:firstLine="0"/>
        <w:jc w:val="both"/>
      </w:pPr>
      <w:r>
        <w:rPr>
          <w:rFonts w:ascii="Times New Roman" w:hAnsi="Times New Roman" w:eastAsia="Times New Roman" w:cs="Times New Roman"/>
          <w:b/>
          <w:sz w:val="24"/>
        </w:rPr>
        <w:t>YOU ARE COMMANDED</w:t>
      </w:r>
      <w:r>
        <w:rPr>
          <w:rFonts w:ascii="Times New Roman" w:hAnsi="Times New Roman" w:eastAsia="Times New Roman" w:cs="Times New Roman"/>
          <w:b w:val="0"/>
          <w:sz w:val="24"/>
        </w:rPr>
        <w:t xml:space="preserve"> to appear in this United States district court at the time, date, and place shown below to testify before the court's grand jury. When you arrive, you must remain at the court until the judge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officer allows you to leave.</w:t>
      </w:r>
    </w:p>
    <w:p>
      <w:pPr>
        <w:keepNext w:val="0"/>
        <w:spacing w:before="200" w:after="0" w:line="260" w:lineRule="exact"/>
        <w:ind w:left="1080" w:right="0" w:firstLine="0"/>
        <w:jc w:val="both"/>
      </w:pPr>
      <w:r>
        <w:rPr>
          <w:rFonts w:ascii="Times New Roman" w:hAnsi="Times New Roman" w:eastAsia="Times New Roman" w:cs="Times New Roman"/>
          <w:b w:val="0"/>
          <w:sz w:val="24"/>
        </w:rPr>
        <w:t>You must also bring with you the following documents, electronically stored information, or objects (</w:t>
      </w:r>
      <w:r>
        <w:rPr>
          <w:rFonts w:ascii="Times New Roman" w:hAnsi="Times New Roman" w:eastAsia="Times New Roman" w:cs="Times New Roman"/>
          <w:b w:val="0"/>
          <w:sz w:val="24"/>
        </w:rPr>
        <w:t>blank if not applicable</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[Month] [Day], [Year]</w:t>
      </w:r>
    </w:p>
    <w:p>
      <w:pPr>
        <w:keepNext w:val="0"/>
        <w:spacing w:before="120" w:after="0" w:line="260" w:lineRule="exact"/>
        <w:ind w:left="360" w:right="0" w:firstLine="0"/>
        <w:jc w:val="left"/>
      </w:pPr>
      <w:r>
        <w:rPr>
          <w:rFonts w:ascii="Times New Roman" w:hAnsi="Times New Roman" w:eastAsia="Times New Roman" w:cs="Times New Roman"/>
          <w:b w:val="0"/>
          <w:sz w:val="24"/>
        </w:rPr>
        <w:t>CLERK OF COURT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Clerk or Deputy Clerk</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The name, address, e-mail, and telephone number of the United States attorney, or assistant United States attorney, who requests this subpoena, are:</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________________________________________________________________________________</w:t>
      </w:r>
    </w:p>
    <w:p>
      <w:pPr/>
    </w:p>
    <w:p>
      <w:pPr>
        <w:keepNext w:val="0"/>
        <w:spacing w:before="120" w:after="0" w:line="260" w:lineRule="exact"/>
        <w:ind w:left="360" w:right="0" w:firstLine="0"/>
        <w:jc w:val="left"/>
      </w:pPr>
      <w:r>
        <w:rPr>
          <w:rFonts w:ascii="Times New Roman" w:hAnsi="Times New Roman" w:eastAsia="Times New Roman" w:cs="Times New Roman"/>
          <w:b/>
          <w:sz w:val="24"/>
        </w:rPr>
        <w:t>PROOF OF SERVICE</w:t>
      </w:r>
    </w:p>
    <w:p>
      <w:pPr>
        <w:keepNext w:val="0"/>
        <w:spacing w:before="200" w:after="0" w:line="260" w:lineRule="exact"/>
        <w:ind w:left="720" w:right="0" w:firstLine="0"/>
        <w:jc w:val="both"/>
      </w:pPr>
      <w:r>
        <w:rPr>
          <w:rFonts w:ascii="Times New Roman" w:hAnsi="Times New Roman" w:eastAsia="Times New Roman" w:cs="Times New Roman"/>
          <w:b w:val="0"/>
          <w:sz w:val="24"/>
        </w:rPr>
        <w:t>This subpoena for: [name of individual or organization] was received by me on [Month] [Day], [Year].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served the subpoena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the named person as follows:</w:t>
      </w:r>
    </w:p>
    <w:p>
      <w:pPr>
        <w:keepNext w:val="0"/>
        <w:spacing w:before="200" w:after="0" w:line="260" w:lineRule="exact"/>
        <w:ind w:left="720" w:right="0" w:firstLine="0"/>
        <w:jc w:val="both"/>
      </w:pPr>
      <w:r>
        <w:rPr>
          <w:rFonts w:ascii="Times New Roman" w:hAnsi="Times New Roman" w:eastAsia="Times New Roman" w:cs="Times New Roman"/>
          <w:b w:val="0"/>
          <w:sz w:val="24"/>
        </w:rPr>
        <w:t>[Description of service] on [Month] [Day], [Year]; or</w:t>
      </w:r>
    </w:p>
    <w:p>
      <w:pPr>
        <w:keepNext w:val="0"/>
        <w:spacing w:before="200" w:after="0" w:line="260" w:lineRule="exact"/>
        <w:ind w:left="720" w:right="0" w:firstLine="0"/>
        <w:jc w:val="both"/>
      </w:pPr>
      <w:r>
        <w:rPr>
          <w:rFonts w:ascii="Times New Roman" w:hAnsi="Times New Roman" w:eastAsia="Times New Roman" w:cs="Times New Roman"/>
          <w:b w:val="0"/>
          <w:sz w:val="24"/>
        </w:rPr>
        <w:t>□ I returned the subpoena unexecuted because:</w:t>
      </w:r>
    </w:p>
    <w:p>
      <w:pPr>
        <w:keepNext w:val="0"/>
        <w:spacing w:before="200" w:after="0" w:line="260" w:lineRule="exact"/>
        <w:ind w:left="720" w:right="0" w:firstLine="0"/>
        <w:jc w:val="both"/>
      </w:pPr>
      <w:r>
        <w:rPr>
          <w:rFonts w:ascii="Times New Roman" w:hAnsi="Times New Roman" w:eastAsia="Times New Roman" w:cs="Times New Roman"/>
          <w:b w:val="0"/>
          <w:sz w:val="24"/>
        </w:rPr>
        <w:t>[Description of why returned]</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that this information is true.</w:t>
      </w:r>
    </w:p>
    <w:p>
      <w:pPr>
        <w:keepNext w:val="0"/>
        <w:spacing w:before="200" w:after="0" w:line="260" w:lineRule="exact"/>
        <w:ind w:left="720" w:right="0" w:firstLine="0"/>
        <w:jc w:val="both"/>
      </w:pPr>
      <w:r>
        <w:rPr>
          <w:rFonts w:ascii="Times New Roman" w:hAnsi="Times New Roman" w:eastAsia="Times New Roman" w:cs="Times New Roman"/>
          <w:b w:val="0"/>
          <w:sz w:val="24"/>
        </w:rPr>
        <w:t>Date: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Server's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 and title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Server's address</w:t>
      </w:r>
    </w:p>
    <w:p>
      <w:pPr>
        <w:keepNext w:val="0"/>
        <w:spacing w:before="200" w:after="0" w:line="260" w:lineRule="exact"/>
        <w:ind w:left="720" w:right="0" w:firstLine="0"/>
        <w:jc w:val="both"/>
      </w:pPr>
      <w:r>
        <w:rPr>
          <w:rFonts w:ascii="Times New Roman" w:hAnsi="Times New Roman" w:eastAsia="Times New Roman" w:cs="Times New Roman"/>
          <w:b w:val="0"/>
          <w:sz w:val="24"/>
        </w:rPr>
        <w:t>Additional information regarding attempted service, etc.: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