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CONNECTICUT GENERAL POWER OF ATTORNEY</w:t>
      </w:r>
    </w:p>
    <w:p>
      <w:pPr>
        <w:ind w:firstLine="720"/>
      </w:pPr>
      <w:r>
        <w:rPr>
          <w:rFonts w:ascii="Times New Roman" w:hAnsi="Times New Roman" w:eastAsia="Times New Roman" w:cs="Times New Roman"/>
          <w:b/>
          <w:sz w:val="24"/>
        </w:rPr>
        <w:t>NOTICE</w:t>
      </w:r>
      <w:r>
        <w:rPr>
          <w:rFonts w:ascii="Times New Roman" w:hAnsi="Times New Roman" w:eastAsia="Times New Roman" w:cs="Times New Roman"/>
          <w:sz w:val="24"/>
        </w:rPr>
        <w:t>: THE POWERS GRANTED BY THIS DOCUMENT ARE BROAD AND SWEEPING.  THEY ARE DEFINED IN CONNECTICUT STATUTORY SHORT POWER OF ATTORNEY ACT, SECTIONS 1-42 TO 1-56, INCLUSIVE, OF THE GENERAL STATUTES, WHICH EXPRESSLY PERMITS THE USE OF ANY OTHER OR DIFFERENT FORM OF POWER OF ATTORNEY DESIRED BY THE PARTIES CONCERNED.</w:t>
      </w:r>
    </w:p>
    <w:p>
      <w:pPr/>
    </w:p>
    <w:p>
      <w:pPr/>
      <w:r>
        <w:rPr>
          <w:rFonts w:ascii="Times New Roman" w:hAnsi="Times New Roman" w:eastAsia="Times New Roman" w:cs="Times New Roman"/>
          <w:sz w:val="24"/>
        </w:rPr>
        <w:t>KNOW ALL MEN BY THESE PRESENTS:</w:t>
      </w:r>
      <w:r>
        <w:rPr>
          <w:rFonts w:ascii="Times New Roman" w:hAnsi="Times New Roman" w:eastAsia="Times New Roman" w:cs="Times New Roman"/>
          <w:sz w:val="24"/>
        </w:rPr>
        <w:tab/>
        <w:t xml:space="preserve">That 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of the Town of </w:t>
      </w:r>
      <w:r>
        <w:rPr>
          <w:rFonts w:ascii="Times New Roman" w:hAnsi="Times New Roman" w:eastAsia="Times New Roman" w:cs="Times New Roman"/>
          <w:sz w:val="24"/>
        </w:rPr>
        <w:t>[TOWN]</w:t>
      </w:r>
      <w:r>
        <w:rPr>
          <w:rFonts w:ascii="Times New Roman" w:hAnsi="Times New Roman" w:eastAsia="Times New Roman" w:cs="Times New Roman"/>
          <w:sz w:val="24"/>
        </w:rPr>
        <w:t xml:space="preserve"> Connecticut,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do hereby appoint </w:t>
      </w:r>
      <w:r>
        <w:rPr>
          <w:rFonts w:ascii="Times New Roman" w:hAnsi="Times New Roman" w:eastAsia="Times New Roman" w:cs="Times New Roman"/>
          <w:sz w:val="24"/>
        </w:rPr>
        <w:t>[NAME]</w:t>
      </w:r>
      <w:r>
        <w:rPr>
          <w:rFonts w:ascii="Times New Roman" w:hAnsi="Times New Roman" w:eastAsia="Times New Roman" w:cs="Times New Roman"/>
          <w:sz w:val="24"/>
        </w:rPr>
        <w:t xml:space="preserve"> of the Town of </w:t>
      </w:r>
      <w:r>
        <w:rPr>
          <w:rFonts w:ascii="Times New Roman" w:hAnsi="Times New Roman" w:eastAsia="Times New Roman" w:cs="Times New Roman"/>
          <w:sz w:val="24"/>
        </w:rPr>
        <w:t>[TOWN]</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 xml:space="preserve">[COUNTY] </w:t>
      </w:r>
      <w:r>
        <w:rPr>
          <w:rFonts w:ascii="Times New Roman" w:hAnsi="Times New Roman" w:eastAsia="Times New Roman" w:cs="Times New Roman"/>
          <w:sz w:val="24"/>
        </w:rPr>
        <w:t>and</w:t>
      </w:r>
      <w:r>
        <w:rPr>
          <w:rFonts w:ascii="Times New Roman" w:hAnsi="Times New Roman" w:eastAsia="Times New Roman" w:cs="Times New Roman"/>
          <w:sz w:val="24"/>
        </w:rPr>
        <w:t xml:space="preserve"> State of Connecticut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my attorney-in-fact TO ACT, severally:</w:t>
      </w:r>
    </w:p>
    <w:p>
      <w:pPr/>
    </w:p>
    <w:p>
      <w:pPr>
        <w:ind w:firstLine="720"/>
      </w:pPr>
      <w:r>
        <w:rPr>
          <w:rFonts w:ascii="Times New Roman" w:hAnsi="Times New Roman" w:eastAsia="Times New Roman" w:cs="Times New Roman"/>
          <w:b/>
          <w:sz w:val="24"/>
        </w:rPr>
        <w:t>First</w:t>
      </w:r>
      <w:r>
        <w:rPr>
          <w:rFonts w:ascii="Times New Roman" w:hAnsi="Times New Roman" w:eastAsia="Times New Roman" w:cs="Times New Roman"/>
          <w:sz w:val="24"/>
        </w:rPr>
        <w:t>: In my name, place and stead in any way which I myself could do, if I were personally present, with respect to the following matters as each of them is defined in the Connecticut Statutory Short Form Power of Attorney Act to the extent that I am permitted by law to act through an agent:</w:t>
      </w:r>
    </w:p>
    <w:p>
      <w:pPr/>
    </w:p>
    <w:p>
      <w:pPr/>
      <w:r>
        <w:rPr>
          <w:rFonts w:ascii="Times New Roman" w:hAnsi="Times New Roman" w:eastAsia="Times New Roman" w:cs="Times New Roman"/>
          <w:sz w:val="24"/>
        </w:rPr>
        <w:t>Strike out and initial in the opposite box any one or more of the subdivisions as to which the principal does NOT desire to give the agent authority.  Such elimination of any one or more of subdivisions (A) to (K), inclusive, shall automatically constitute an elimination also of subdivision (L).</w:t>
      </w:r>
      <w:r>
        <w:rPr>
          <w:rFonts w:ascii="Times New Roman" w:hAnsi="Times New Roman" w:eastAsia="Times New Roman" w:cs="Times New Roman"/>
          <w:sz w:val="24"/>
        </w:rPr>
        <w:t>]</w:t>
      </w:r>
    </w:p>
    <w:p>
      <w:pPr/>
    </w:p>
    <w:p>
      <w:pPr>
        <w:ind w:hanging="720"/>
      </w:pPr>
      <w:r>
        <w:rPr>
          <w:rFonts w:ascii="Times New Roman" w:hAnsi="Times New Roman" w:eastAsia="Times New Roman" w:cs="Times New Roman"/>
          <w:sz w:val="24"/>
        </w:rPr>
        <w:t>TO STRIKE OUT ANY SUBDIVISION THE PRINCIPAL MUST DRAW A LINE THROUGH THE TEXT OF THAT SUBDIVISION AND WRITE HIS/HER INITIALS IN THE BOX OPPOSITE.</w:t>
      </w:r>
    </w:p>
    <w:p>
      <w:pPr>
        <w:ind w:hanging="720"/>
      </w:pPr>
    </w:p>
    <w:p>
      <w:pPr>
        <w:ind w:hanging="720"/>
      </w:pPr>
    </w:p>
    <w:p>
      <w:pPr/>
      <w:r>
        <w:rPr>
          <w:rFonts w:ascii="Times New Roman" w:hAnsi="Times New Roman" w:eastAsia="Times New Roman" w:cs="Times New Roman"/>
          <w:sz w:val="24"/>
        </w:rPr>
        <w:t>[</w:t>
      </w:r>
      <w:r>
        <w:rPr>
          <w:rFonts w:ascii="Times New Roman" w:hAnsi="Times New Roman" w:eastAsia="Times New Roman" w:cs="Times New Roman"/>
          <w:sz w:val="24"/>
        </w:rPr>
        <w:t>Special provisions and limitations may be included in the statutory short form power of attorney only if they conform to the requirements of the Connecticut Statutory Short Form Power of Attorney Act.</w:t>
      </w:r>
      <w:r>
        <w:rPr>
          <w:rFonts w:ascii="Times New Roman" w:hAnsi="Times New Roman" w:eastAsia="Times New Roman" w:cs="Times New Roman"/>
          <w:sz w:val="24"/>
        </w:rPr>
        <w:t>]</w:t>
      </w:r>
    </w:p>
    <w:p>
      <w:pPr/>
    </w:p>
    <w:p>
      <w:pPr>
        <w:ind w:firstLine="720"/>
      </w:pPr>
      <w:r>
        <w:rPr>
          <w:rFonts w:ascii="Times New Roman" w:hAnsi="Times New Roman" w:eastAsia="Times New Roman" w:cs="Times New Roman"/>
          <w:sz w:val="24"/>
        </w:rPr>
        <w:t>with full and unqualified authority to delegate any or all of the foregoing powers to any person or persons whom my attorney(s)-in-fact shall select.</w:t>
      </w:r>
    </w:p>
    <w:p>
      <w:pPr/>
    </w:p>
    <w:p>
      <w:pPr>
        <w:ind w:firstLine="720"/>
      </w:pPr>
      <w:r>
        <w:rPr>
          <w:rFonts w:ascii="Times New Roman" w:hAnsi="Times New Roman" w:eastAsia="Times New Roman" w:cs="Times New Roman"/>
          <w:b/>
          <w:sz w:val="24"/>
        </w:rPr>
        <w:t>Second</w:t>
      </w:r>
      <w:r>
        <w:rPr>
          <w:rFonts w:ascii="Times New Roman" w:hAnsi="Times New Roman" w:eastAsia="Times New Roman" w:cs="Times New Roman"/>
          <w:sz w:val="24"/>
        </w:rPr>
        <w:t>:  I hereby ratify and confirm all that said attorney(s) or substitute(s) do or cause to be done.</w:t>
      </w:r>
    </w:p>
    <w:p>
      <w:pPr/>
    </w:p>
    <w:p>
      <w:pPr>
        <w:ind w:firstLine="720"/>
      </w:pPr>
      <w:r>
        <w:rPr>
          <w:rFonts w:ascii="Times New Roman" w:hAnsi="Times New Roman" w:eastAsia="Times New Roman" w:cs="Times New Roman"/>
          <w:b/>
          <w:sz w:val="24"/>
        </w:rPr>
        <w:t>Third</w:t>
      </w:r>
      <w:r>
        <w:rPr>
          <w:rFonts w:ascii="Times New Roman" w:hAnsi="Times New Roman" w:eastAsia="Times New Roman" w:cs="Times New Roman"/>
          <w:sz w:val="24"/>
        </w:rPr>
        <w:t>:  To induce any third party to act hereunder, I hereby agree that any third party receiving a duly executed copy or facsimile of this instrument may act hereunder, and that revocation or termination hereof shall be ineffective as to such third party unless and until actual notice or knowledge of such revocation or termination shall have been received by such third party, and I for myself and for my heirs, executors, legal representatives and assigns, hereby agree to indemnify and hold harmless any such third party from and against any and all claims that may arise against such third party by reason of such third party having relied on the provisions of this instrument.</w:t>
      </w:r>
    </w:p>
    <w:p>
      <w:pPr/>
    </w:p>
    <w:p>
      <w:pPr/>
      <w:r>
        <w:rPr>
          <w:rFonts w:ascii="Times New Roman" w:hAnsi="Times New Roman" w:eastAsia="Times New Roman" w:cs="Times New Roman"/>
          <w:b/>
          <w:sz w:val="24"/>
        </w:rPr>
        <w:t>THIS POWER OF ATTORNEY SHALL BE VOID BY MY SUBSEQUENT DISABILITY OR INCOMPETENCE.</w:t>
      </w:r>
    </w:p>
    <w:p>
      <w:pPr/>
    </w:p>
    <w:p>
      <w:pPr>
        <w:ind w:firstLine="720"/>
      </w:pPr>
      <w:r>
        <w:rPr>
          <w:rFonts w:ascii="Times New Roman" w:hAnsi="Times New Roman" w:eastAsia="Times New Roman" w:cs="Times New Roman"/>
          <w:sz w:val="24"/>
        </w:rPr>
        <w:t>IN WITNESS WHEREOF</w:t>
      </w:r>
      <w:r>
        <w:rPr>
          <w:rFonts w:ascii="Times New Roman" w:hAnsi="Times New Roman" w:eastAsia="Times New Roman" w:cs="Times New Roman"/>
          <w:sz w:val="24"/>
        </w:rPr>
        <w:t xml:space="preserve">, I have hereunto signed my name and affixed my seal,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w:t>
      </w:r>
      <w:r>
        <w:rPr>
          <w:rFonts w:ascii="Times New Roman" w:hAnsi="Times New Roman" w:eastAsia="Times New Roman" w:cs="Times New Roman"/>
          <w:sz w:val="24"/>
        </w:rPr>
        <w:t xml:space="preserve">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w:t>
      </w:r>
      <w:r>
        <w:rPr>
          <w:rFonts w:ascii="Times New Roman" w:hAnsi="Times New Roman" w:eastAsia="Times New Roman" w:cs="Times New Roman"/>
          <w:sz w:val="24"/>
        </w:rPr>
        <w:t>20</w:t>
      </w:r>
      <w:r>
        <w:rPr>
          <w:rFonts w:ascii="Times New Roman" w:hAnsi="Times New Roman" w:eastAsia="Times New Roman" w:cs="Times New Roman"/>
          <w:sz w:val="24"/>
        </w:rPr>
        <w:t>[YEAR]</w:t>
      </w:r>
      <w:r>
        <w:rPr>
          <w:rFonts w:ascii="Times New Roman" w:hAnsi="Times New Roman" w:eastAsia="Times New Roman" w:cs="Times New Roman"/>
          <w:sz w:val="24"/>
        </w:rPr>
        <w:t>.</w:t>
      </w:r>
    </w:p>
    <w:p>
      <w:pPr>
        <w:ind w:firstLine="8640"/>
      </w:pPr>
    </w:p>
    <w:p>
      <w:pPr/>
      <w:r>
        <w:rPr>
          <w:rFonts w:ascii="Times New Roman" w:hAnsi="Times New Roman" w:eastAsia="Times New Roman" w:cs="Times New Roman"/>
          <w:sz w:val="24"/>
        </w:rPr>
        <w:t>Signed and sealed in the presence of:</w:t>
      </w:r>
    </w:p>
    <w:p>
      <w:pPr/>
    </w:p>
    <w:p>
      <w:pPr/>
      <w:r>
        <w:rPr>
          <w:rFonts w:ascii="Times New Roman" w:hAnsi="Times New Roman" w:eastAsia="Times New Roman" w:cs="Times New Roman"/>
          <w:b/>
          <w:sz w:val="24"/>
        </w:rPr>
        <w:tab/>
        <w:tab/>
        <w:tab/>
        <w:tab/>
        <w:tab/>
        <w:tab/>
      </w:r>
    </w:p>
    <w:p>
      <w:pPr/>
      <w:r>
        <w:rPr>
          <w:rFonts w:ascii="Times New Roman" w:hAnsi="Times New Roman" w:eastAsia="Times New Roman" w:cs="Times New Roman"/>
          <w:b/>
          <w:sz w:val="24"/>
        </w:rPr>
        <w:t>Witness</w:t>
        <w:tab/>
        <w:tab/>
        <w:tab/>
        <w:tab/>
        <w:tab/>
        <w:tab/>
      </w:r>
    </w:p>
    <w:p>
      <w:pPr/>
      <w:r>
        <w:rPr>
          <w:rFonts w:ascii="Times New Roman" w:hAnsi="Times New Roman" w:eastAsia="Times New Roman" w:cs="Times New Roman"/>
          <w:b/>
          <w:sz w:val="24"/>
        </w:rPr>
        <w:t>Address of Witness:</w:t>
      </w:r>
    </w:p>
    <w:p>
      <w:pPr/>
    </w:p>
    <w:p>
      <w:pPr/>
      <w:r>
        <w:rPr>
          <w:rFonts w:ascii="Times New Roman" w:hAnsi="Times New Roman" w:eastAsia="Times New Roman" w:cs="Times New Roman"/>
          <w:b/>
          <w:sz w:val="24"/>
        </w:rPr>
        <w:tab/>
        <w:tab/>
        <w:tab/>
        <w:tab/>
        <w:tab/>
        <w:tab/>
      </w:r>
    </w:p>
    <w:p>
      <w:pPr/>
      <w:r>
        <w:rPr>
          <w:rFonts w:ascii="Times New Roman" w:hAnsi="Times New Roman" w:eastAsia="Times New Roman" w:cs="Times New Roman"/>
          <w:b/>
          <w:sz w:val="24"/>
        </w:rPr>
        <w:t>Witness</w:t>
        <w:tab/>
        <w:tab/>
        <w:tab/>
        <w:tab/>
        <w:tab/>
        <w:tab/>
      </w:r>
    </w:p>
    <w:p>
      <w:pPr/>
      <w:r>
        <w:rPr>
          <w:rFonts w:ascii="Times New Roman" w:hAnsi="Times New Roman" w:eastAsia="Times New Roman" w:cs="Times New Roman"/>
          <w:b/>
          <w:sz w:val="24"/>
        </w:rPr>
        <w:t>Address of Witness:</w:t>
      </w:r>
    </w:p>
    <w:p>
      <w:pPr/>
    </w:p>
    <w:p>
      <w:pPr/>
    </w:p>
    <w:p>
      <w:pPr>
        <w:ind w:hanging="2880"/>
      </w:pPr>
      <w:r>
        <w:rPr>
          <w:rFonts w:ascii="Times New Roman" w:hAnsi="Times New Roman" w:eastAsia="Times New Roman" w:cs="Times New Roman"/>
          <w:sz w:val="24"/>
        </w:rPr>
        <w:t>STATE OF CONNECTICUT)</w:t>
      </w:r>
    </w:p>
    <w:p>
      <w:pPr>
        <w:ind w:firstLine="3600"/>
      </w:pPr>
      <w:r>
        <w:rPr>
          <w:rFonts w:ascii="Times New Roman" w:hAnsi="Times New Roman" w:eastAsia="Times New Roman" w:cs="Times New Roman"/>
          <w:sz w:val="24"/>
        </w:rPr>
        <w:t>)  ss:</w:t>
        <w:tab/>
      </w:r>
    </w:p>
    <w:p>
      <w:pPr/>
      <w:r>
        <w:rPr>
          <w:rFonts w:ascii="Times New Roman" w:hAnsi="Times New Roman" w:eastAsia="Times New Roman" w:cs="Times New Roman"/>
          <w:sz w:val="24"/>
        </w:rPr>
        <w:t>COUNTY OF</w:t>
        <w:tab/>
      </w:r>
      <w:r>
        <w:rPr>
          <w:rFonts w:ascii="Times New Roman" w:hAnsi="Times New Roman" w:eastAsia="Times New Roman" w:cs="Times New Roman"/>
          <w:sz w:val="24"/>
        </w:rPr>
        <w:t>[COUNTY]</w:t>
      </w:r>
    </w:p>
    <w:p>
      <w:pPr>
        <w:ind w:firstLine="720"/>
      </w:pPr>
      <w:r>
        <w:rPr>
          <w:rFonts w:ascii="Times New Roman" w:hAnsi="Times New Roman" w:eastAsia="Times New Roman" w:cs="Times New Roman"/>
          <w:sz w:val="24"/>
        </w:rPr>
        <w:t>The Principal who executed this Power of Attorney personally appeared before me on the date set forth above and acknowledge the same to be said Principal's free act and deed.</w:t>
      </w:r>
    </w:p>
    <w:p>
      <w:pPr/>
    </w:p>
    <w:p>
      <w:pPr>
        <w:ind w:firstLine="9360"/>
      </w:pPr>
    </w:p>
    <w:p>
      <w:pPr>
        <w:ind w:firstLine="5040"/>
      </w:pPr>
      <w:r>
        <w:rPr>
          <w:rFonts w:ascii="Times New Roman" w:hAnsi="Times New Roman" w:eastAsia="Times New Roman" w:cs="Times New Roman"/>
          <w:b/>
          <w:sz w:val="24"/>
        </w:rPr>
        <w:t>_______________________</w:t>
      </w:r>
    </w:p>
    <w:p>
      <w:pPr/>
      <w:r>
        <w:rPr>
          <w:rFonts w:ascii="Times New Roman" w:hAnsi="Times New Roman" w:eastAsia="Times New Roman" w:cs="Times New Roman"/>
          <w:b/>
          <w:sz w:val="24"/>
        </w:rPr>
        <w:t>NOTARY PUBLIC</w:t>
      </w:r>
    </w:p>
    <w:p>
      <w:pPr>
        <w:ind w:firstLine="5040"/>
      </w:pPr>
      <w:r>
        <w:rPr>
          <w:rFonts w:ascii="Times New Roman" w:hAnsi="Times New Roman" w:eastAsia="Times New Roman" w:cs="Times New Roman"/>
          <w:sz w:val="24"/>
        </w:rPr>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