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Custodial Agreement Exhibits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Address &amp; Contact Name: [Master Servicer]</w:t>
      </w:r>
    </w:p>
    <w:p>
      <w:pPr>
        <w:keepNext w:val="0"/>
        <w:spacing w:before="200" w:after="0" w:line="260" w:lineRule="exact"/>
        <w:ind w:left="720" w:right="0" w:firstLine="0"/>
        <w:jc w:val="both"/>
      </w:pPr>
      <w:r>
        <w:rPr>
          <w:rFonts w:ascii="Times New Roman" w:hAnsi="Times New Roman" w:eastAsia="Times New Roman" w:cs="Times New Roman"/>
          <w:b w:val="0"/>
          <w:sz w:val="24"/>
        </w:rPr>
        <w:t>Notification of Transfer: Please notify [________] at [________] with the anticipated date of the transfers and the number of loan files to be sent to [Master Servicer]</w:t>
      </w:r>
    </w:p>
    <w:p>
      <w:pPr>
        <w:keepNext w:val="0"/>
        <w:spacing w:before="200" w:after="0" w:line="260" w:lineRule="exact"/>
        <w:ind w:left="720" w:right="0" w:firstLine="0"/>
        <w:jc w:val="both"/>
      </w:pPr>
      <w:r>
        <w:rPr>
          <w:rFonts w:ascii="Times New Roman" w:hAnsi="Times New Roman" w:eastAsia="Times New Roman" w:cs="Times New Roman"/>
          <w:b w:val="0"/>
          <w:sz w:val="24"/>
        </w:rPr>
        <w:t>Shipping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Documents placed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pocket file folder (legal size)</w:t>
      </w:r>
    </w:p>
    <w:p>
      <w:pPr>
        <w:keepNext w:val="0"/>
        <w:spacing w:before="200" w:after="0" w:line="260" w:lineRule="exact"/>
        <w:ind w:left="1080" w:right="0" w:firstLine="0"/>
        <w:jc w:val="both"/>
      </w:pPr>
      <w:r>
        <w:rPr>
          <w:rFonts w:ascii="Times New Roman" w:hAnsi="Times New Roman" w:eastAsia="Times New Roman" w:cs="Times New Roman"/>
          <w:b w:val="0"/>
          <w:sz w:val="24"/>
        </w:rPr>
        <w:t>___ Labels, affixed to the upper right hand corner of the legal-size pocket file folder, including Issuer Name, Previous Loan # (if any), Borrower Name, Loan #</w:t>
      </w:r>
    </w:p>
    <w:p>
      <w:pPr>
        <w:keepNext w:val="0"/>
        <w:spacing w:before="200" w:after="0" w:line="260" w:lineRule="exact"/>
        <w:ind w:left="1080" w:right="0" w:firstLine="0"/>
        <w:jc w:val="both"/>
      </w:pPr>
      <w:r>
        <w:rPr>
          <w:rFonts w:ascii="Times New Roman" w:hAnsi="Times New Roman" w:eastAsia="Times New Roman" w:cs="Times New Roman"/>
          <w:b w:val="0"/>
          <w:sz w:val="24"/>
        </w:rPr>
        <w:t>___ Loan files placed in sequential, numerical loan number order inside archive boxes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packing list,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loans and the box number, must be included in each box</w:t>
      </w:r>
    </w:p>
    <w:p>
      <w:pPr>
        <w:keepNext w:val="0"/>
        <w:spacing w:before="200" w:after="0" w:line="260" w:lineRule="exact"/>
        <w:ind w:left="1080" w:right="0" w:firstLine="0"/>
        <w:jc w:val="both"/>
      </w:pPr>
      <w:r>
        <w:rPr>
          <w:rFonts w:ascii="Times New Roman" w:hAnsi="Times New Roman" w:eastAsia="Times New Roman" w:cs="Times New Roman"/>
          <w:b w:val="0"/>
          <w:sz w:val="24"/>
        </w:rPr>
        <w:t>___ Each box must be marked on the outside to identify its contents as follows: Investor/Seller/Funding Date/Box 1 of __ , Ln #</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Format.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Representatives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TO: [Custodian] Document Custody</w:t>
      </w:r>
    </w:p>
    <w:p>
      <w:pPr>
        <w:keepNext w:val="0"/>
        <w:spacing w:before="200" w:after="0" w:line="260" w:lineRule="exact"/>
        <w:ind w:left="720" w:right="0" w:firstLine="0"/>
        <w:jc w:val="both"/>
      </w:pPr>
      <w:r>
        <w:rPr>
          <w:rFonts w:ascii="Times New Roman" w:hAnsi="Times New Roman" w:eastAsia="Times New Roman" w:cs="Times New Roman"/>
          <w:b w:val="0"/>
          <w:sz w:val="24"/>
        </w:rPr>
        <w:t>Reference is hereby made to the Custodial Agreement, dated as of [date], between [Trustee], as Trustee, [Seller], as Seller, [Depositor], as Depositor, [Master Servicer], as Master Servicer, and [name], as Custodian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Effective [date],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representative of [name], as [Servicer/Originator][Trustee], as [Trustee][Depositor], as [Depositor] [Servicer], as Master Servicer, hereby designates each of the persons whose names, titles, and signatures appear below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under the Custodial Agreement. This authorization will remain in place until such time as it is revoked, amended or supplemented in writing,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Trustee or the Servicer.</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not defined herein shall have the meaning ascribed to them in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above named company agrees to immediately notify [Master Servicer], or its successors or assigns, should any person named hereunder become ineligible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and shall indemnify [Master Servicer] and hold it harmless from and against any actions and/or suits whether groundless or otherwise and from and against any losses, damages, costs, charges, counsel fees, payments, expenses and liabilities ("Losses") arising directly out of any action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under the Custodial Agreement of any person named in this list, except for liability arising out of [Master Servicer]'s negligence, wilful misconduct or bad faith. These indemnity provisions shall survive the termination or assignment of the pools or loans.</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undersigned has executed this certificate for and on behalf of [name], as [Servicer/Originator][[Trustee], as Trustee][[Depositor], as Depositor][[Master Servicer], as Master Servicer],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Phone #: 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Fax #: _________________</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This form must be signed by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officer of the company. The officer needs to be someone other than those individuals who are being added as authorized signers.</w:t>
      </w:r>
    </w:p>
    <w:p>
      <w:pPr>
        <w:keepNext w:val="0"/>
        <w:spacing w:before="200" w:after="0" w:line="260" w:lineRule="exact"/>
        <w:ind w:left="720" w:right="0" w:firstLine="0"/>
        <w:jc w:val="both"/>
      </w:pPr>
      <w:r>
        <w:rPr>
          <w:rFonts w:ascii="Times New Roman" w:hAnsi="Times New Roman" w:eastAsia="Times New Roman" w:cs="Times New Roman"/>
          <w:b/>
          <w:sz w:val="24"/>
        </w:rPr>
        <w:t>ACKNOWLEDGEMENT:</w:t>
      </w:r>
    </w:p>
    <w:p>
      <w:pPr>
        <w:keepNext w:val="0"/>
        <w:spacing w:before="200" w:after="0" w:line="260" w:lineRule="exact"/>
        <w:ind w:left="720" w:right="0" w:firstLine="0"/>
        <w:jc w:val="both"/>
      </w:pPr>
      <w:r>
        <w:rPr>
          <w:rFonts w:ascii="Times New Roman" w:hAnsi="Times New Roman" w:eastAsia="Times New Roman" w:cs="Times New Roman"/>
          <w:b w:val="0"/>
          <w:sz w:val="24"/>
        </w:rPr>
        <w:t>(Individual)</w:t>
      </w:r>
    </w:p>
    <w:p>
      <w:pPr>
        <w:keepNext w:val="0"/>
        <w:spacing w:before="200" w:after="0" w:line="260" w:lineRule="exact"/>
        <w:ind w:left="720" w:right="0" w:firstLine="0"/>
        <w:jc w:val="both"/>
      </w:pPr>
      <w:r>
        <w:rPr>
          <w:rFonts w:ascii="Times New Roman" w:hAnsi="Times New Roman" w:eastAsia="Times New Roman" w:cs="Times New Roman"/>
          <w:b w:val="0"/>
          <w:sz w:val="24"/>
        </w:rPr>
        <w:t>State of [state name] }ss.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 name] }ss.</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[date] by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notarial officer)</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Authorized Representatives of the Trustee.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Authorized Representatives of the Depositor.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Authorized Representatives of [Name], as [Originator][And][Servicer].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Authorized Representatives of the Master Servicer.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[Master Servicer] Schedule of Fees for Custody Services.</w:t>
      </w:r>
    </w:p>
    <w:p>
      <w:pPr>
        <w:keepNext w:val="0"/>
        <w:spacing w:before="200" w:after="0" w:line="260" w:lineRule="exact"/>
        <w:ind w:left="720" w:right="0" w:firstLine="0"/>
        <w:jc w:val="both"/>
      </w:pPr>
      <w:r>
        <w:rPr>
          <w:rFonts w:ascii="Times New Roman" w:hAnsi="Times New Roman" w:eastAsia="Times New Roman" w:cs="Times New Roman"/>
          <w:b w:val="0"/>
          <w:sz w:val="24"/>
        </w:rPr>
        <w:t>All fees described below to be paid by the Master Servicer as set forth in the Custodial Agreement, except as described under "Shipping."</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 for Release of Documents.</w:t>
      </w:r>
    </w:p>
    <w:p>
      <w:pPr>
        <w:keepNext w:val="0"/>
        <w:spacing w:before="200" w:after="0" w:line="260" w:lineRule="exact"/>
        <w:ind w:left="720" w:right="0" w:firstLine="0"/>
        <w:jc w:val="both"/>
      </w:pPr>
      <w:r>
        <w:rPr>
          <w:rFonts w:ascii="Times New Roman" w:hAnsi="Times New Roman" w:eastAsia="Times New Roman" w:cs="Times New Roman"/>
          <w:b w:val="0"/>
          <w:sz w:val="24"/>
        </w:rPr>
        <w:t>To: [Master Servicer]</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Re: Custodial Agreement, dated as of [date], among [Trustee], as Trustee, [Seller], as Seller, [Depositor], as Depositor, [Master Servicer], as Master Servicer, and [name], as Custodian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connection with the administration of the Mortgage Loans held by you as Custodian for the Trustee pursuant to the above-captioned Custodial Agreement, we request the release of the Custodian's [Mortgage File][Credit File][Underwriting Guidelines] for the Mortgage Loan described below, for the reason indicated.</w:t>
      </w:r>
    </w:p>
    <w:p>
      <w:pPr>
        <w:keepNext w:val="0"/>
        <w:spacing w:before="200" w:after="0" w:line="260" w:lineRule="exact"/>
        <w:ind w:left="720" w:right="0" w:firstLine="0"/>
        <w:jc w:val="both"/>
      </w:pPr>
      <w:r>
        <w:rPr>
          <w:rFonts w:ascii="Times New Roman" w:hAnsi="Times New Roman" w:eastAsia="Times New Roman" w:cs="Times New Roman"/>
          <w:b w:val="0"/>
          <w:sz w:val="24"/>
        </w:rPr>
        <w:t>Mortgage Loan Number: 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Mortgagor Name, Address &amp; Zip Code: 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Investor Number: 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Pool Number: 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Reason for Requesting Documents (check one):</w:t>
      </w:r>
    </w:p>
    <w:p>
      <w:pPr>
        <w:keepNext w:val="0"/>
        <w:spacing w:before="200" w:after="0" w:line="260" w:lineRule="exact"/>
        <w:ind w:left="1080" w:right="0" w:firstLine="0"/>
        <w:jc w:val="both"/>
      </w:pPr>
      <w:r>
        <w:rPr>
          <w:rFonts w:ascii="Times New Roman" w:hAnsi="Times New Roman" w:eastAsia="Times New Roman" w:cs="Times New Roman"/>
          <w:b w:val="0"/>
          <w:sz w:val="24"/>
        </w:rPr>
        <w:t>_______ 1. Mortgage Paid in Full</w:t>
      </w:r>
    </w:p>
    <w:p>
      <w:pPr>
        <w:keepNext w:val="0"/>
        <w:spacing w:before="200" w:after="0" w:line="260" w:lineRule="exact"/>
        <w:ind w:left="1080" w:right="0" w:firstLine="0"/>
        <w:jc w:val="both"/>
      </w:pPr>
      <w:r>
        <w:rPr>
          <w:rFonts w:ascii="Times New Roman" w:hAnsi="Times New Roman" w:eastAsia="Times New Roman" w:cs="Times New Roman"/>
          <w:b w:val="0"/>
          <w:sz w:val="24"/>
        </w:rPr>
        <w:t>_______ 2.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_______ 3. Substitution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 4. Other Liquidation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 5. Non-liquidation Reason:__________________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 PDF copy of the Credit File (Trustee Only)</w:t>
      </w:r>
    </w:p>
    <w:p>
      <w:pPr>
        <w:keepNext w:val="0"/>
        <w:spacing w:before="200" w:after="0" w:line="260" w:lineRule="exact"/>
        <w:ind w:left="1080" w:right="0" w:firstLine="0"/>
        <w:jc w:val="both"/>
      </w:pPr>
      <w:r>
        <w:rPr>
          <w:rFonts w:ascii="Times New Roman" w:hAnsi="Times New Roman" w:eastAsia="Times New Roman" w:cs="Times New Roman"/>
          <w:b w:val="0"/>
          <w:sz w:val="24"/>
        </w:rPr>
        <w:t>_______ PDF copy of the Underwriting Guidelines (Trustee Only)</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Signature)</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 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[Servicer][Master Servicer][Trustee] Name:________ __________</w:t>
      </w:r>
    </w:p>
    <w:p>
      <w:pPr>
        <w:keepNext w:val="0"/>
        <w:spacing w:before="200" w:after="0" w:line="260" w:lineRule="exact"/>
        <w:ind w:left="720" w:right="0" w:firstLine="0"/>
        <w:jc w:val="both"/>
      </w:pPr>
      <w:r>
        <w:rPr>
          <w:rFonts w:ascii="Times New Roman" w:hAnsi="Times New Roman" w:eastAsia="Times New Roman" w:cs="Times New Roman"/>
          <w:b w:val="0"/>
          <w:sz w:val="24"/>
        </w:rPr>
        <w:t>Ship To Address: 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Phone: 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Custodian</w:t>
      </w:r>
    </w:p>
    <w:p>
      <w:pPr>
        <w:keepNext w:val="0"/>
        <w:spacing w:before="200" w:after="0" w:line="260" w:lineRule="exact"/>
        <w:ind w:left="720" w:right="0" w:firstLine="0"/>
        <w:jc w:val="both"/>
      </w:pPr>
      <w:r>
        <w:rPr>
          <w:rFonts w:ascii="Times New Roman" w:hAnsi="Times New Roman" w:eastAsia="Times New Roman" w:cs="Times New Roman"/>
          <w:b w:val="0"/>
          <w:sz w:val="24"/>
        </w:rPr>
        <w:t>Please acknowledge the execution of the above request by your signature and date below</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Documents returned to Custodian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Custodian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DATE:_________</w:t>
      </w:r>
    </w:p>
    <w:p>
      <w:pPr>
        <w:keepNext w:val="0"/>
        <w:spacing w:before="200" w:after="0" w:line="260" w:lineRule="exact"/>
        <w:ind w:left="720" w:right="0" w:firstLine="0"/>
        <w:jc w:val="both"/>
      </w:pPr>
      <w:r>
        <w:rPr>
          <w:rFonts w:ascii="Times New Roman" w:hAnsi="Times New Roman" w:eastAsia="Times New Roman" w:cs="Times New Roman"/>
          <w:b w:val="0"/>
          <w:sz w:val="24"/>
        </w:rPr>
        <w:t>[Trustee]</w:t>
      </w:r>
    </w:p>
    <w:p>
      <w:pPr>
        <w:keepNext w:val="0"/>
        <w:spacing w:before="200" w:after="0" w:line="260" w:lineRule="exact"/>
        <w:ind w:left="720" w:right="0" w:firstLine="0"/>
        <w:jc w:val="both"/>
      </w:pPr>
      <w:r>
        <w:rPr>
          <w:rFonts w:ascii="Times New Roman" w:hAnsi="Times New Roman" w:eastAsia="Times New Roman" w:cs="Times New Roman"/>
          <w:b w:val="0"/>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[Seller]</w:t>
      </w:r>
    </w:p>
    <w:p>
      <w:pPr>
        <w:keepNext w:val="0"/>
        <w:spacing w:before="200" w:after="0" w:line="260" w:lineRule="exact"/>
        <w:ind w:left="720" w:right="0" w:firstLine="0"/>
        <w:jc w:val="both"/>
      </w:pPr>
      <w:r>
        <w:rPr>
          <w:rFonts w:ascii="Times New Roman" w:hAnsi="Times New Roman" w:eastAsia="Times New Roman" w:cs="Times New Roman"/>
          <w:b w:val="0"/>
          <w:sz w:val="24"/>
        </w:rPr>
        <w:t>Re: Custodial Agreement, dated as of [date], among [Trustee], as Trustee, [Seller], as Seller, [Depositor], as Depositor, [Master Servicer], as Master Servicer, and [name], as Custodian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In accordance with the provisions of Section 3.2(</w:t>
      </w:r>
      <w:r>
        <w:rPr>
          <w:rFonts w:ascii="Times New Roman" w:hAnsi="Times New Roman" w:eastAsia="Times New Roman" w:cs="Times New Roman"/>
          <w:b/>
          <w:sz w:val="24"/>
        </w:rPr>
        <w:t>a</w:t>
      </w:r>
      <w:r>
        <w:rPr>
          <w:rFonts w:ascii="Times New Roman" w:hAnsi="Times New Roman" w:eastAsia="Times New Roman" w:cs="Times New Roman"/>
          <w:b w:val="0"/>
          <w:sz w:val="24"/>
        </w:rPr>
        <w:t>) of the above referenced Custodial Agreement, the undersigned, as the Custodian, hereby certifies that, except as noted on the attached Exception Report, it has reviewed each Mortgage Loan listed in the Mortgage Loan Schedule and has determined that (i) all documents required to be delivered to it pursuant to the Custodial Agreement are in its possession; and, (ii) such documents have been reviewed by it and appear regular on their face and related to such Mortgage Loan. All capitalized terms used but not defined herein shall have the meanings set forth in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Custodian makes no representations as to, and shall not be responsible to verify, (I) the validity, legality, enforceability, perfectibility, due authorization, recordability, sufficiency, or genuineness of any of the documents contained in each Mortgage File or (ii) the collectability, insurability, effectiveness or suitability of any such Mortgage Loan.</w:t>
      </w:r>
    </w:p>
    <w:p>
      <w:pPr>
        <w:keepNext w:val="0"/>
        <w:spacing w:before="120" w:after="0" w:line="260" w:lineRule="exact"/>
        <w:ind w:left="720" w:right="0" w:firstLine="0"/>
        <w:jc w:val="left"/>
      </w:pPr>
      <w:r>
        <w:rPr>
          <w:rFonts w:ascii="Times New Roman" w:hAnsi="Times New Roman" w:eastAsia="Times New Roman" w:cs="Times New Roman"/>
          <w:b w:val="0"/>
          <w:sz w:val="24"/>
        </w:rPr>
        <w:t>[name], as Custodian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Transmittal Letter.</w:t>
      </w:r>
    </w:p>
    <w:p>
      <w:pPr>
        <w:keepNext w:val="0"/>
        <w:spacing w:before="200" w:after="0" w:line="260" w:lineRule="exact"/>
        <w:ind w:left="720" w:right="0" w:firstLine="0"/>
        <w:jc w:val="both"/>
      </w:pPr>
      <w:r>
        <w:rPr>
          <w:rFonts w:ascii="Times New Roman" w:hAnsi="Times New Roman" w:eastAsia="Times New Roman" w:cs="Times New Roman"/>
          <w:b w:val="0"/>
          <w:sz w:val="24"/>
        </w:rPr>
        <w:t>[CUSTODIAN LETTERHEAD]</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[Purchaser]</w:t>
      </w:r>
    </w:p>
    <w:p>
      <w:pPr>
        <w:keepNext w:val="0"/>
        <w:spacing w:before="200" w:after="0" w:line="260" w:lineRule="exact"/>
        <w:ind w:left="720" w:right="0" w:firstLine="0"/>
        <w:jc w:val="both"/>
      </w:pPr>
      <w:r>
        <w:rPr>
          <w:rFonts w:ascii="Times New Roman" w:hAnsi="Times New Roman" w:eastAsia="Times New Roman" w:cs="Times New Roman"/>
          <w:b w:val="0"/>
          <w:sz w:val="24"/>
        </w:rPr>
        <w:t>[Street address]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Re: [___________________________]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Attached please find those Mortgage Loans listed separately on the attached schedule, which Mortgage Loans are owned by the Trustee and are being delivered to you for purchase.</w:t>
      </w:r>
    </w:p>
    <w:p>
      <w:pPr>
        <w:keepNext w:val="0"/>
        <w:spacing w:before="200" w:after="0" w:line="260" w:lineRule="exact"/>
        <w:ind w:left="720" w:right="0" w:firstLine="0"/>
        <w:jc w:val="both"/>
      </w:pPr>
      <w:r>
        <w:rPr>
          <w:rFonts w:ascii="Times New Roman" w:hAnsi="Times New Roman" w:eastAsia="Times New Roman" w:cs="Times New Roman"/>
          <w:b w:val="0"/>
          <w:sz w:val="24"/>
        </w:rPr>
        <w:t>Capitalized terms used herein and not otherwise defined shall have the meanings set forth in that certain Custodial Agreement, dated as of [date], among [Trustee], as Trustee, [Seller], as Seller, [Depositor], as Depositor, [Master Servicer], as Master Servicer, and [name], as Custodian.</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Mortgage Loans is owned by the Trustee. Such ownership interest shall be released only upon remittance of $[amount] representing the full amount of the purchase price of such Mortgage Loans (the "Payoff Amount") by wire transfer of immediately available funds to the following account:</w:t>
      </w:r>
    </w:p>
    <w:p>
      <w:pPr>
        <w:keepNext w:val="0"/>
        <w:spacing w:before="200" w:after="0" w:line="260" w:lineRule="exact"/>
        <w:ind w:left="1080" w:right="0" w:firstLine="0"/>
        <w:jc w:val="both"/>
      </w:pPr>
      <w:r>
        <w:rPr>
          <w:rFonts w:ascii="Times New Roman" w:hAnsi="Times New Roman" w:eastAsia="Times New Roman" w:cs="Times New Roman"/>
          <w:b w:val="0"/>
          <w:sz w:val="24"/>
        </w:rPr>
        <w:t>WIRE TRANSFER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[to be provided by Securities Administrator]</w:t>
      </w:r>
    </w:p>
    <w:p>
      <w:pPr>
        <w:keepNext w:val="0"/>
        <w:spacing w:before="200" w:after="0" w:line="260" w:lineRule="exact"/>
        <w:ind w:left="1080" w:right="0" w:firstLine="0"/>
        <w:jc w:val="both"/>
      </w:pPr>
      <w:r>
        <w:rPr>
          <w:rFonts w:ascii="Times New Roman" w:hAnsi="Times New Roman" w:eastAsia="Times New Roman" w:cs="Times New Roman"/>
          <w:b w:val="0"/>
          <w:sz w:val="24"/>
        </w:rPr>
        <w:t>Pending the purchase of each Mortgage Loan and until the Payoff Amount is received, the aforesaid ownership interest therein will remain in full force and effect, and you shall hold possession of the Mortgage Loans and the documentation evidencing same as custodian, agent and bailee for and on behalf of the Trustee. In the event that any Mortgage Loan is unacceptable for purchase, promptly return the rejected item directly to the Custodian at its address set forth below. The Mortgage Loans must be so returned or Payoff Amount remitted in full no later than 30 days from the date hereof. If you are unable to comply with the above instructions, please so advise the undersigned Custodian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NOTE: BY ACCEPTING THE MORTGAGE LOANS DELIVERED TO YOU WITH THIS LETTER, YOU CONSENT TO BE THE CUSTODIAN, AGENT AND BAILEE FOR THE OWNER ON THE TERMS DESCRIBED IN THIS LETTER. THE CUSTODIAN REQUESTS THAT YOU ACKNOWLEDGE RECEIPT OF THE ENCLOSED MORTGAGE LOANS AND THIS LETTER BY SIGNING AND RETURNING THE ENCLOSED COPY OF THIS LETTER TO THE CUSTODIAN; HOWEVER, YOUR FAILURE TO DO SO DOES NOT NULLIFY SUCH CONSENT.</w:t>
      </w:r>
    </w:p>
    <w:p>
      <w:pPr>
        <w:keepNext w:val="0"/>
        <w:spacing w:before="200" w:after="0" w:line="260" w:lineRule="exact"/>
        <w:ind w:left="72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as Custodian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ACKNOWLEDGED AND AGREED:</w:t>
      </w:r>
    </w:p>
    <w:p>
      <w:pPr>
        <w:keepNext w:val="0"/>
        <w:spacing w:before="120" w:after="0" w:line="260" w:lineRule="exact"/>
        <w:ind w:left="720" w:right="0" w:firstLine="0"/>
        <w:jc w:val="left"/>
      </w:pPr>
      <w:r>
        <w:rPr>
          <w:rFonts w:ascii="Times New Roman" w:hAnsi="Times New Roman" w:eastAsia="Times New Roman" w:cs="Times New Roman"/>
          <w:b w:val="0"/>
          <w:sz w:val="24"/>
        </w:rPr>
        <w:t>Authorized Signature: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[Purchaser]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 [__________________]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Certification Regarding Servicing Criteria to Be Addressed in Report on Assessment of Compliance.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assessment of compliance to be delivered by the Custodian shall address,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the criteria identified below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"X" as Servicing Criteria applicable to the Custodian: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Credit File Certification.</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w:t>
      </w:r>
    </w:p>
    <w:p>
      <w:pPr>
        <w:keepNext w:val="0"/>
        <w:spacing w:before="200" w:after="0" w:line="260" w:lineRule="exact"/>
        <w:ind w:left="720" w:right="0" w:firstLine="0"/>
        <w:jc w:val="both"/>
      </w:pPr>
      <w:r>
        <w:rPr>
          <w:rFonts w:ascii="Times New Roman" w:hAnsi="Times New Roman" w:eastAsia="Times New Roman" w:cs="Times New Roman"/>
          <w:b w:val="0"/>
          <w:sz w:val="24"/>
        </w:rPr>
        <w:t>[Trustee]</w:t>
      </w:r>
    </w:p>
    <w:p>
      <w:pPr>
        <w:keepNext w:val="0"/>
        <w:spacing w:before="200" w:after="0" w:line="260" w:lineRule="exact"/>
        <w:ind w:left="720" w:right="0" w:firstLine="0"/>
        <w:jc w:val="both"/>
      </w:pPr>
      <w:r>
        <w:rPr>
          <w:rFonts w:ascii="Times New Roman" w:hAnsi="Times New Roman" w:eastAsia="Times New Roman" w:cs="Times New Roman"/>
          <w:b w:val="0"/>
          <w:sz w:val="24"/>
        </w:rPr>
        <w:t>[Depositor]</w:t>
      </w:r>
    </w:p>
    <w:p>
      <w:pPr>
        <w:keepNext w:val="0"/>
        <w:spacing w:before="200" w:after="0" w:line="260" w:lineRule="exact"/>
        <w:ind w:left="720" w:right="0" w:firstLine="0"/>
        <w:jc w:val="both"/>
      </w:pPr>
      <w:r>
        <w:rPr>
          <w:rFonts w:ascii="Times New Roman" w:hAnsi="Times New Roman" w:eastAsia="Times New Roman" w:cs="Times New Roman"/>
          <w:b w:val="0"/>
          <w:sz w:val="24"/>
        </w:rPr>
        <w:t>[Seller]</w:t>
      </w:r>
    </w:p>
    <w:p>
      <w:pPr>
        <w:keepNext w:val="0"/>
        <w:spacing w:before="200" w:after="0" w:line="260" w:lineRule="exact"/>
        <w:ind w:left="720" w:right="0" w:firstLine="0"/>
        <w:jc w:val="both"/>
      </w:pPr>
      <w:r>
        <w:rPr>
          <w:rFonts w:ascii="Times New Roman" w:hAnsi="Times New Roman" w:eastAsia="Times New Roman" w:cs="Times New Roman"/>
          <w:b w:val="0"/>
          <w:sz w:val="24"/>
        </w:rPr>
        <w:t>Re: Custodial Agreement, dated as of [date], among [Trustee], as Trustee, [Seller], as Seller, [Depositor], as Depositor, [Master Servicer], as Master Servicer, and [name], as Custodian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720" w:right="0" w:firstLine="0"/>
        <w:jc w:val="both"/>
      </w:pPr>
      <w:r>
        <w:rPr>
          <w:rFonts w:ascii="Times New Roman" w:hAnsi="Times New Roman" w:eastAsia="Times New Roman" w:cs="Times New Roman"/>
          <w:b w:val="0"/>
          <w:sz w:val="24"/>
        </w:rPr>
        <w:t>In accordance with the provisions of Section 3A.3 of the above referenced Custodial Agreement, the undersigned, as the Custodian, hereby certifies that, except as noted on the attached Exception Report, it has confirmed the presence of each Required Credit File Document listed in the Data Tape and has determined that (i) the Required Credit File Documents required to be delivered to it pursuant to the Custodial Agreement are in its possession; and, (ii) such Required Credit File Documents have been received by it and appear regular on their face. All capitalized terms used but not defined herein shall have the meanings set forth in the Custodial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The Custodian makes no representations as to, and shall not be responsible to verify, (I) the validity, legality, enforceability, perfectibility, due authorization, recordability, sufficiency, or genuineness of any of the Credit Files or (ii) the collectability, insurability, effectiveness or suitability of any such Credit File.</w:t>
      </w:r>
    </w:p>
    <w:p>
      <w:pPr>
        <w:keepNext w:val="0"/>
        <w:spacing w:before="120" w:after="0" w:line="260" w:lineRule="exact"/>
        <w:ind w:left="720" w:right="0" w:firstLine="0"/>
        <w:jc w:val="left"/>
      </w:pPr>
      <w:r>
        <w:rPr>
          <w:rFonts w:ascii="Times New Roman" w:hAnsi="Times New Roman" w:eastAsia="Times New Roman" w:cs="Times New Roman"/>
          <w:b w:val="0"/>
          <w:sz w:val="24"/>
        </w:rPr>
        <w:t>[name], as Custodian</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K.</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Originators and Mortgage Loan Purchase Agreements.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Servicer and Servicing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Flow Mortgage Loan Servicing Agreement, dated as of [date], between [Seller] and [Servicer].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Annex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Types and Exception Codes.</w:t>
      </w:r>
    </w:p>
    <w:p>
      <w:pPr>
        <w:keepNext w:val="0"/>
        <w:spacing w:before="200" w:after="0" w:line="260" w:lineRule="exact"/>
        <w:ind w:left="720" w:right="0" w:firstLine="0"/>
        <w:jc w:val="both"/>
      </w:pPr>
      <w:r>
        <w:rPr>
          <w:rFonts w:ascii="Times New Roman" w:hAnsi="Times New Roman" w:eastAsia="Times New Roman" w:cs="Times New Roman"/>
          <w:b w:val="0"/>
          <w:sz w:val="24"/>
        </w:rPr>
        <w:t>DOCUMENT TYPES</w:t>
      </w:r>
    </w:p>
    <w:p>
      <w:pPr>
        <w:keepNext w:val="0"/>
        <w:spacing w:before="200" w:after="0" w:line="260" w:lineRule="exact"/>
        <w:ind w:left="720" w:right="0" w:firstLine="0"/>
        <w:jc w:val="both"/>
      </w:pPr>
      <w:r>
        <w:rPr>
          <w:rFonts w:ascii="Times New Roman" w:hAnsi="Times New Roman" w:eastAsia="Times New Roman" w:cs="Times New Roman"/>
          <w:b w:val="0"/>
          <w:sz w:val="24"/>
        </w:rPr>
        <w:t>EXCEPTION CODES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