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Custodian Receipt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Custodian Receipt of Offering Proceeds - IPO</w:t>
      </w:r>
    </w:p>
    <w:p>
      <w:pPr>
        <w:keepNext w:val="0"/>
        <w:spacing w:before="200" w:after="0" w:line="260" w:lineRule="exact"/>
        <w:ind w:left="720" w:right="0" w:firstLine="0"/>
        <w:jc w:val="both"/>
      </w:pPr>
      <w:r>
        <w:rPr>
          <w:rFonts w:ascii="Times New Roman" w:hAnsi="Times New Roman" w:eastAsia="Times New Roman" w:cs="Times New Roman"/>
          <w:b w:val="0"/>
          <w:sz w:val="24"/>
        </w:rPr>
        <w:t>[NUMBER] Shares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[COMPANY NAME] </w:t>
      </w:r>
    </w:p>
    <w:p>
      <w:pPr>
        <w:keepNext w:val="0"/>
        <w:spacing w:before="200" w:after="0" w:line="260" w:lineRule="exact"/>
        <w:ind w:left="720" w:right="0" w:firstLine="0"/>
        <w:jc w:val="both"/>
      </w:pPr>
      <w:r>
        <w:rPr>
          <w:rFonts w:ascii="Times New Roman" w:hAnsi="Times New Roman" w:eastAsia="Times New Roman" w:cs="Times New Roman"/>
          <w:b w:val="0"/>
          <w:sz w:val="24"/>
        </w:rPr>
        <w:t>Common Stock (Par Value $[_____] Per Share)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Reference is made to that certain Underwriting Agreement dated [DATE] (the “Underwriting Agreement”) by and among [NAME OF ISSUER],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 (the “Company”), the selling stockholders listed on Schedule [_____] thereto (the "Selling Stockholders"), and [NAME OF REPRESENTATIVE], as representative (the “Representative”) of the several underwriters named on Schedule [_____] thereto (the “Underwriters”), pursuant to which the Company and the Selling Stockholders have agreed to sell, and the Underwriters have agreed to purchase, shares of the Company's common stock, par value $[_____] per share. The undersigned, as Representative for the Underwriters, hereby acknowledges receipt of [_____] shares (the “Shares”) of the Company’s common stock, par value $[_____] per share, in such denominations and registered in such names as the Representative heretofore has requested. The undersigned, as Custodian for the Selling Stockholders, hereby acknowledges receipt from the Underwriters, pursuant to the Underwriting Agreement, of the wire transfer of $[_____], received in exchange for the Shares, delivered as described above on the date hereof to the Underwriters by each of the Selling Stockholders.</w:t>
      </w:r>
    </w:p>
    <w:p>
      <w:pPr>
        <w:keepNext w:val="0"/>
        <w:spacing w:before="200" w:after="0" w:line="260" w:lineRule="exact"/>
        <w:ind w:left="360" w:right="0" w:firstLine="0"/>
        <w:jc w:val="both"/>
      </w:pPr>
      <w:r>
        <w:rPr>
          <w:rFonts w:ascii="Times New Roman" w:hAnsi="Times New Roman" w:eastAsia="Times New Roman" w:cs="Times New Roman"/>
          <w:b w:val="0"/>
          <w:sz w:val="24"/>
        </w:rPr>
        <w:t>Date: _________, 20__</w:t>
      </w:r>
    </w:p>
    <w:p>
      <w:pPr>
        <w:keepNext w:val="0"/>
        <w:spacing w:before="120" w:after="0" w:line="260" w:lineRule="exact"/>
        <w:ind w:left="360" w:right="0" w:firstLine="0"/>
        <w:jc w:val="left"/>
      </w:pPr>
      <w:r>
        <w:rPr>
          <w:rFonts w:ascii="Times New Roman" w:hAnsi="Times New Roman" w:eastAsia="Times New Roman" w:cs="Times New Roman"/>
          <w:b w:val="0"/>
          <w:sz w:val="24"/>
        </w:rPr>
        <w:t>[REPRESENTATIVE], as Representative of the several Underwriters.</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[CUSTODIAN]</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