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360" w:lineRule="auto"/>
        <w:jc w:val="center"/>
      </w:pPr>
    </w:p>
    <w:p>
      <w:pPr>
        <w:spacing w:line="360" w:lineRule="auto"/>
        <w:jc w:val="center"/>
      </w:pPr>
    </w:p>
    <w:p>
      <w:pPr>
        <w:spacing w:line="360" w:lineRule="auto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DMV AFFIDAVIT OF RESIDENCE</w:t>
      </w:r>
    </w:p>
    <w:p>
      <w:pPr>
        <w:spacing w:line="360" w:lineRule="auto"/>
      </w:pPr>
    </w:p>
    <w:p>
      <w:pPr>
        <w:spacing w:line="36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Company/Organization </w:t>
      </w:r>
      <w:r>
        <w:rPr>
          <w:rFonts w:ascii="Times New Roman" w:hAnsi="Times New Roman" w:eastAsia="Times New Roman" w:cs="Times New Roman"/>
          <w:sz w:val="24"/>
        </w:rPr>
        <w:t>[NAME OF COMPANY OR ORGANIZATION]</w:t>
      </w:r>
      <w:r>
        <w:rPr>
          <w:rFonts w:ascii="Times New Roman" w:hAnsi="Times New Roman" w:eastAsia="Times New Roman" w:cs="Times New Roman"/>
          <w:sz w:val="24"/>
        </w:rPr>
        <w:t xml:space="preserve"> (if any)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Name </w:t>
      </w:r>
      <w:r>
        <w:rPr>
          <w:rFonts w:ascii="Times New Roman" w:hAnsi="Times New Roman" w:eastAsia="Times New Roman" w:cs="Times New Roman"/>
          <w:sz w:val="24"/>
        </w:rPr>
        <w:t>[NAME OF AFFIANT]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Street Address </w:t>
      </w:r>
      <w:r>
        <w:rPr>
          <w:rFonts w:ascii="Times New Roman" w:hAnsi="Times New Roman" w:eastAsia="Times New Roman" w:cs="Times New Roman"/>
          <w:sz w:val="24"/>
        </w:rPr>
        <w:t>[STREET ADDRESS OF AFFIANT]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City, State </w:t>
      </w:r>
      <w:r>
        <w:rPr>
          <w:rFonts w:ascii="Times New Roman" w:hAnsi="Times New Roman" w:eastAsia="Times New Roman" w:cs="Times New Roman"/>
          <w:sz w:val="24"/>
        </w:rPr>
        <w:t>[CITY, STATE ABBREVIATION OF AFFIANT]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Zip </w:t>
      </w:r>
      <w:r>
        <w:rPr>
          <w:rFonts w:ascii="Times New Roman" w:hAnsi="Times New Roman" w:eastAsia="Times New Roman" w:cs="Times New Roman"/>
          <w:sz w:val="24"/>
        </w:rPr>
        <w:t>[ZIP CODE OF AFFIANT]</w:t>
      </w:r>
    </w:p>
    <w:p>
      <w:pPr>
        <w:spacing w:line="36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Date </w:t>
      </w:r>
      <w:r>
        <w:rPr>
          <w:rFonts w:ascii="Times New Roman" w:hAnsi="Times New Roman" w:eastAsia="Times New Roman" w:cs="Times New Roman"/>
          <w:sz w:val="24"/>
        </w:rPr>
        <w:t>[DATE OF AFFIDAVIT]</w:t>
      </w: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>To Whom This May Concern,</w:t>
      </w:r>
    </w:p>
    <w:p>
      <w:pPr>
        <w:spacing w:line="36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I, </w:t>
      </w:r>
      <w:r>
        <w:rPr>
          <w:rFonts w:ascii="Times New Roman" w:hAnsi="Times New Roman" w:eastAsia="Times New Roman" w:cs="Times New Roman"/>
          <w:sz w:val="24"/>
        </w:rPr>
        <w:t>[NAME OF AFFIANT]</w:t>
      </w:r>
      <w:r>
        <w:rPr>
          <w:rFonts w:ascii="Times New Roman" w:hAnsi="Times New Roman" w:eastAsia="Times New Roman" w:cs="Times New Roman"/>
          <w:sz w:val="24"/>
        </w:rPr>
        <w:t xml:space="preserve">, formally acknowledge that </w:t>
      </w:r>
      <w:r>
        <w:rPr>
          <w:rFonts w:ascii="Times New Roman" w:hAnsi="Times New Roman" w:eastAsia="Times New Roman" w:cs="Times New Roman"/>
          <w:sz w:val="24"/>
        </w:rPr>
        <w:t>[SUBJECT OF AFFIDAVIT]</w:t>
      </w:r>
      <w:r>
        <w:rPr>
          <w:rFonts w:ascii="Times New Roman" w:hAnsi="Times New Roman" w:eastAsia="Times New Roman" w:cs="Times New Roman"/>
          <w:sz w:val="24"/>
        </w:rPr>
        <w:t xml:space="preserve"> is a resident in the State of </w:t>
      </w:r>
      <w:r>
        <w:rPr>
          <w:rFonts w:ascii="Times New Roman" w:hAnsi="Times New Roman" w:eastAsia="Times New Roman" w:cs="Times New Roman"/>
          <w:sz w:val="24"/>
        </w:rPr>
        <w:t>[STATE]</w:t>
      </w:r>
      <w:r>
        <w:rPr>
          <w:rFonts w:ascii="Times New Roman" w:hAnsi="Times New Roman" w:eastAsia="Times New Roman" w:cs="Times New Roman"/>
          <w:sz w:val="24"/>
        </w:rPr>
        <w:t xml:space="preserve"> with a street address of </w:t>
      </w:r>
      <w:r>
        <w:rPr>
          <w:rFonts w:ascii="Times New Roman" w:hAnsi="Times New Roman" w:eastAsia="Times New Roman" w:cs="Times New Roman"/>
          <w:sz w:val="24"/>
        </w:rPr>
        <w:t>[STREET ADDRESS]</w:t>
      </w:r>
      <w:r>
        <w:rPr>
          <w:rFonts w:ascii="Times New Roman" w:hAnsi="Times New Roman" w:eastAsia="Times New Roman" w:cs="Times New Roman"/>
          <w:sz w:val="24"/>
        </w:rPr>
        <w:t xml:space="preserve">, City of </w:t>
      </w:r>
      <w:r>
        <w:rPr>
          <w:rFonts w:ascii="Times New Roman" w:hAnsi="Times New Roman" w:eastAsia="Times New Roman" w:cs="Times New Roman"/>
          <w:sz w:val="24"/>
        </w:rPr>
        <w:t>[CITY]</w:t>
      </w:r>
      <w:r>
        <w:rPr>
          <w:rFonts w:ascii="Times New Roman" w:hAnsi="Times New Roman" w:eastAsia="Times New Roman" w:cs="Times New Roman"/>
          <w:sz w:val="24"/>
        </w:rPr>
        <w:t xml:space="preserve">, since </w:t>
      </w:r>
      <w:r>
        <w:rPr>
          <w:rFonts w:ascii="Times New Roman" w:hAnsi="Times New Roman" w:eastAsia="Times New Roman" w:cs="Times New Roman"/>
          <w:sz w:val="24"/>
        </w:rPr>
        <w:t>[DATE RESIDENCY BEGAN]</w:t>
      </w:r>
      <w:r>
        <w:rPr>
          <w:rFonts w:ascii="Times New Roman" w:hAnsi="Times New Roman" w:eastAsia="Times New Roman" w:cs="Times New Roman"/>
          <w:sz w:val="24"/>
        </w:rPr>
        <w:t xml:space="preserve">. </w:t>
      </w:r>
    </w:p>
    <w:p>
      <w:pPr>
        <w:spacing w:line="36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>Furthermore, I swear and affirm under penalty of perjury that the facts set forth in this statement are true and accurate.</w:t>
      </w:r>
    </w:p>
    <w:p>
      <w:pPr>
        <w:spacing w:line="36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>Sincerely,</w:t>
      </w:r>
    </w:p>
    <w:p>
      <w:pPr>
        <w:spacing w:line="36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>_____________________</w:t>
      </w: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b/>
          <w:sz w:val="24"/>
        </w:rPr>
        <w:t>Witness Acknowledgment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I/We, as witness(es) to the aforementioned claims made by </w:t>
      </w:r>
      <w:r>
        <w:rPr>
          <w:rFonts w:ascii="Times New Roman" w:hAnsi="Times New Roman" w:eastAsia="Times New Roman" w:cs="Times New Roman"/>
          <w:sz w:val="24"/>
        </w:rPr>
        <w:t>[NAME OF AFFIANT]</w:t>
      </w:r>
      <w:r>
        <w:rPr>
          <w:rFonts w:ascii="Times New Roman" w:hAnsi="Times New Roman" w:eastAsia="Times New Roman" w:cs="Times New Roman"/>
          <w:sz w:val="24"/>
        </w:rPr>
        <w:t xml:space="preserve"> and acknowledge their residency status.</w:t>
      </w:r>
    </w:p>
    <w:p>
      <w:pPr>
        <w:spacing w:line="48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b/>
          <w:sz w:val="24"/>
        </w:rPr>
        <w:t>Witness</w:t>
      </w:r>
      <w:r>
        <w:rPr>
          <w:rFonts w:ascii="Times New Roman" w:hAnsi="Times New Roman" w:eastAsia="Times New Roman" w:cs="Times New Roman"/>
          <w:sz w:val="24"/>
        </w:rPr>
        <w:t xml:space="preserve"> Signature </w:t>
      </w:r>
      <w:r>
        <w:rPr>
          <w:rFonts w:ascii="Times New Roman" w:hAnsi="Times New Roman" w:eastAsia="Times New Roman" w:cs="Times New Roman"/>
          <w:sz w:val="24"/>
        </w:rPr>
        <w:t>_____________________</w:t>
      </w:r>
      <w:r>
        <w:rPr>
          <w:rFonts w:ascii="Times New Roman" w:hAnsi="Times New Roman" w:eastAsia="Times New Roman" w:cs="Times New Roman"/>
          <w:sz w:val="24"/>
        </w:rPr>
        <w:t xml:space="preserve"> Date _________________ 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Print Name </w:t>
      </w:r>
      <w:r>
        <w:rPr>
          <w:rFonts w:ascii="Times New Roman" w:hAnsi="Times New Roman" w:eastAsia="Times New Roman" w:cs="Times New Roman"/>
          <w:sz w:val="24"/>
        </w:rPr>
        <w:t>[NAME OF WITNESS]</w:t>
      </w:r>
    </w:p>
    <w:p>
      <w:pPr>
        <w:spacing w:line="480" w:lineRule="auto"/>
      </w:pPr>
    </w:p>
    <w:p>
      <w:pPr>
        <w:spacing w:line="360" w:lineRule="auto"/>
        <w:jc w:val="both"/>
      </w:pPr>
      <w:r>
        <w:rPr>
          <w:rFonts w:ascii="Times New Roman" w:hAnsi="Times New Roman" w:eastAsia="Times New Roman" w:cs="Times New Roman"/>
          <w:b/>
          <w:sz w:val="24"/>
        </w:rPr>
        <w:t>Witness</w:t>
      </w:r>
      <w:r>
        <w:rPr>
          <w:rFonts w:ascii="Times New Roman" w:hAnsi="Times New Roman" w:eastAsia="Times New Roman" w:cs="Times New Roman"/>
          <w:sz w:val="24"/>
        </w:rPr>
        <w:t xml:space="preserve"> Signature </w:t>
      </w:r>
      <w:r>
        <w:rPr>
          <w:rFonts w:ascii="Times New Roman" w:hAnsi="Times New Roman" w:eastAsia="Times New Roman" w:cs="Times New Roman"/>
          <w:sz w:val="24"/>
        </w:rPr>
        <w:t>_____________________</w:t>
      </w:r>
      <w:r>
        <w:rPr>
          <w:rFonts w:ascii="Times New Roman" w:hAnsi="Times New Roman" w:eastAsia="Times New Roman" w:cs="Times New Roman"/>
          <w:sz w:val="24"/>
        </w:rPr>
        <w:t xml:space="preserve"> Date _________________ 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Print Name </w:t>
      </w:r>
      <w:r>
        <w:rPr>
          <w:rFonts w:ascii="Times New Roman" w:hAnsi="Times New Roman" w:eastAsia="Times New Roman" w:cs="Times New Roman"/>
          <w:sz w:val="24"/>
        </w:rPr>
        <w:t>[NAME OF WITNESS]</w:t>
      </w: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b/>
          <w:sz w:val="24"/>
        </w:rPr>
        <w:t>Notary Acknowledgment</w:t>
      </w: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State of </w:t>
      </w:r>
      <w:r>
        <w:rPr>
          <w:rFonts w:ascii="Times New Roman" w:hAnsi="Times New Roman" w:eastAsia="Times New Roman" w:cs="Times New Roman"/>
          <w:sz w:val="24"/>
        </w:rPr>
        <w:t>[STATE OF NOTARY]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County of </w:t>
      </w:r>
      <w:r>
        <w:rPr>
          <w:rFonts w:ascii="Times New Roman" w:hAnsi="Times New Roman" w:eastAsia="Times New Roman" w:cs="Times New Roman"/>
          <w:sz w:val="24"/>
        </w:rPr>
        <w:t>[COUNTY OF NOTARY]</w:t>
      </w: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On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, before me, </w:t>
      </w:r>
      <w:r>
        <w:rPr>
          <w:rFonts w:ascii="Times New Roman" w:hAnsi="Times New Roman" w:eastAsia="Times New Roman" w:cs="Times New Roman"/>
          <w:sz w:val="24"/>
        </w:rPr>
        <w:t>[NAME OF NOTARY PUBLIC]</w:t>
      </w:r>
      <w:r>
        <w:rPr>
          <w:rFonts w:ascii="Times New Roman" w:hAnsi="Times New Roman" w:eastAsia="Times New Roman" w:cs="Times New Roman"/>
          <w:sz w:val="24"/>
        </w:rPr>
        <w:t xml:space="preserve">, Notary Public, personally appeared </w:t>
      </w:r>
      <w:r>
        <w:rPr>
          <w:rFonts w:ascii="Times New Roman" w:hAnsi="Times New Roman" w:eastAsia="Times New Roman" w:cs="Times New Roman"/>
          <w:sz w:val="24"/>
        </w:rPr>
        <w:t>[NAME OF AFFIANT]</w:t>
      </w:r>
      <w:r>
        <w:rPr>
          <w:rFonts w:ascii="Times New Roman" w:hAnsi="Times New Roman" w:eastAsia="Times New Roman" w:cs="Times New Roman"/>
          <w:sz w:val="24"/>
        </w:rPr>
        <w:t xml:space="preserve"> who proved to me on the basic of satisfactory evidence to be the person(s) whose name(s) is/are subscribed to the within instrument and acknowledged to me that he/she/they executed the same in his/her/their authorized capacity(ies), and that by his/her/their signature(s) on the instrument the person(s), or the entity upon behalf of which the person(s) acted, executed the instrument. 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I certify under PENALTY OF PERJURY under the laws of in the State of </w:t>
      </w:r>
      <w:r>
        <w:rPr>
          <w:rFonts w:ascii="Times New Roman" w:hAnsi="Times New Roman" w:eastAsia="Times New Roman" w:cs="Times New Roman"/>
          <w:sz w:val="24"/>
        </w:rPr>
        <w:t>[STATE OF NOTARY]</w:t>
      </w:r>
      <w:r>
        <w:rPr>
          <w:rFonts w:ascii="Times New Roman" w:hAnsi="Times New Roman" w:eastAsia="Times New Roman" w:cs="Times New Roman"/>
          <w:sz w:val="24"/>
        </w:rPr>
        <w:t xml:space="preserve"> that the foregoing paragraph is true and correct.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WITNESS my hand and official seal.</w:t>
      </w:r>
    </w:p>
    <w:p>
      <w:pPr>
        <w:spacing w:line="360" w:lineRule="auto"/>
      </w:pPr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Signature </w:t>
      </w:r>
      <w:r>
        <w:rPr>
          <w:rFonts w:ascii="Times New Roman" w:hAnsi="Times New Roman" w:eastAsia="Times New Roman" w:cs="Times New Roman"/>
          <w:sz w:val="24"/>
        </w:rPr>
        <w:t>_____________________</w:t>
      </w:r>
    </w:p>
    <w:p>
      <w:pPr>
        <w:spacing w:line="480" w:lineRule="auto"/>
        <w:jc w:val="center"/>
      </w:pPr>
      <w:r>
        <w:rPr>
          <w:rFonts w:ascii="Times New Roman" w:hAnsi="Times New Roman" w:eastAsia="Times New Roman" w:cs="Times New Roman"/>
          <w:sz w:val="24"/>
        </w:rPr>
        <w:t xml:space="preserve">Place Notary Seal Above                                                                             </w:t>
      </w:r>
      <w:r>
        <w:rPr>
          <w:rFonts w:ascii="Times New Roman" w:hAnsi="Times New Roman" w:eastAsia="Times New Roman" w:cs="Times New Roman"/>
          <w:sz w:val="24"/>
        </w:rPr>
        <w:t xml:space="preserve">Print Name </w:t>
      </w:r>
      <w:r>
        <w:rPr>
          <w:rFonts w:ascii="Times New Roman" w:hAnsi="Times New Roman" w:eastAsia="Times New Roman" w:cs="Times New Roman"/>
          <w:sz w:val="24"/>
        </w:rPr>
        <w:t>[NAME OF NOTARY PUBLIC]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