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1" w:after="0" w:line="240" w:lineRule="auto"/>
      </w:pPr>
    </w:p>
    <w:p>
      <w:pPr>
        <w:spacing w:line="1854" w:lineRule="exact"/>
        <w:ind w:firstLine="0"/>
      </w:pPr>
    </w:p>
    <w:p>
      <w:pPr>
        <w:spacing w:line="240" w:lineRule="auto"/>
        <w:ind w:firstLine="866"/>
      </w:pPr>
      <w:r>
        <w:rPr>
          <w:rFonts w:ascii="Times New Roman" w:hAnsi="Times New Roman" w:eastAsia="Times New Roman" w:cs="Times New Roman"/>
          <w:sz w:val="24"/>
        </w:rPr>
        <w:t>STATE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DELAWARE DEPARTMENT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TRANSPORTATION</w:t>
      </w:r>
    </w:p>
    <w:p>
      <w:pPr>
        <w:spacing w:before="0" w:after="0" w:line="276" w:lineRule="exact"/>
        <w:ind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DIVISION OF MOTOR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VEHICLES</w:t>
      </w:r>
    </w:p>
    <w:p>
      <w:pPr>
        <w:spacing w:before="0" w:after="0" w:line="253" w:lineRule="exact"/>
        <w:ind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www.dmv.de.gov</w:t>
      </w:r>
    </w:p>
    <w:p>
      <w:pPr>
        <w:spacing w:before="119" w:after="0" w:line="240" w:lineRule="auto"/>
        <w:jc w:val="center"/>
      </w:pPr>
      <w:r>
        <w:rPr>
          <w:rFonts w:ascii="Times New Roman" w:hAnsi="Times New Roman" w:eastAsia="Times New Roman" w:cs="Times New Roman"/>
          <w:sz w:val="24"/>
        </w:rPr>
        <w:t>POWER OF ATTORNEY TO CONDUCT MOTOR VEHICLE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BUSINESS</w:t>
      </w:r>
    </w:p>
    <w:p>
      <w:pPr>
        <w:spacing w:before="0" w:after="0" w:line="240" w:lineRule="auto"/>
      </w:pPr>
    </w:p>
    <w:p>
      <w:pPr>
        <w:spacing w:line="240" w:lineRule="auto"/>
      </w:pPr>
      <w:r>
        <w:rPr>
          <w:rFonts w:ascii="Times New Roman" w:hAnsi="Times New Roman" w:eastAsia="Times New Roman" w:cs="Times New Roman"/>
          <w:sz w:val="24"/>
        </w:rPr>
        <w:t>To the Delaware Division of Motor Vehicles and to whom it may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concern:</w:t>
      </w:r>
    </w:p>
    <w:p>
      <w:pPr>
        <w:spacing w:before="0" w:after="0" w:line="240" w:lineRule="auto"/>
      </w:pPr>
    </w:p>
    <w:p>
      <w:pPr>
        <w:spacing w:line="240" w:lineRule="auto"/>
      </w:pPr>
      <w:r>
        <w:rPr>
          <w:rFonts w:ascii="Times New Roman" w:hAnsi="Times New Roman" w:eastAsia="Times New Roman" w:cs="Times New Roman"/>
          <w:sz w:val="24"/>
        </w:rPr>
        <w:t>I,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>the undersigned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</w:p>
    <w:p>
      <w:pPr>
        <w:spacing w:before="11" w:after="0" w:line="240" w:lineRule="auto"/>
      </w:pPr>
    </w:p>
    <w:p>
      <w:pPr>
        <w:spacing w:before="69" w:after="0" w:line="24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>(address), City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</w:p>
    <w:p>
      <w:pPr>
        <w:spacing w:before="11" w:after="0" w:line="240" w:lineRule="auto"/>
      </w:pPr>
    </w:p>
    <w:p>
      <w:pPr>
        <w:spacing w:before="69" w:after="0" w:line="24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>, County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>, State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</w:p>
    <w:p>
      <w:pPr>
        <w:spacing w:before="11" w:after="0" w:line="240" w:lineRule="auto"/>
      </w:pPr>
    </w:p>
    <w:p>
      <w:pPr>
        <w:spacing w:before="69" w:after="0" w:line="24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>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appoint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>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</w:p>
    <w:p>
      <w:pPr>
        <w:spacing w:before="11" w:after="0" w:line="240" w:lineRule="auto"/>
      </w:pPr>
    </w:p>
    <w:p>
      <w:pPr>
        <w:spacing w:before="69" w:after="0" w:line="24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>(address), City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>_,</w:t>
      </w:r>
    </w:p>
    <w:p>
      <w:pPr>
        <w:spacing w:before="0" w:after="0" w:line="240" w:lineRule="auto"/>
      </w:pPr>
    </w:p>
    <w:p>
      <w:pPr>
        <w:spacing w:line="240" w:lineRule="auto"/>
      </w:pPr>
      <w:r>
        <w:rPr>
          <w:rFonts w:ascii="Times New Roman" w:hAnsi="Times New Roman" w:eastAsia="Times New Roman" w:cs="Times New Roman"/>
          <w:sz w:val="24"/>
        </w:rPr>
        <w:t>County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>_, State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>, as 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 in fact to sign all papers and documents that may be necessary in order 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conduct motor vehicle business for the following described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vehicle:</w:t>
      </w:r>
    </w:p>
    <w:p>
      <w:pPr>
        <w:spacing w:before="86" w:after="0" w:line="24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>,</w:t>
        <w:tab/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>_,</w:t>
        <w:tab/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>_.</w:t>
      </w:r>
    </w:p>
    <w:p>
      <w:pPr>
        <w:spacing w:before="84" w:after="0" w:line="240" w:lineRule="auto"/>
        <w:ind w:firstLine="201"/>
      </w:pPr>
      <w:r>
        <w:rPr>
          <w:rFonts w:ascii="Times New Roman" w:hAnsi="Times New Roman" w:eastAsia="Times New Roman" w:cs="Times New Roman"/>
          <w:sz w:val="24"/>
        </w:rPr>
        <w:t>Make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Vehicle</w:t>
        <w:tab/>
        <w:t>Model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Year</w:t>
        <w:tab/>
        <w:t>Vehicle Identification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Number</w:t>
      </w:r>
    </w:p>
    <w:p>
      <w:pPr>
        <w:spacing w:before="9" w:after="0" w:line="240" w:lineRule="auto"/>
      </w:pPr>
    </w:p>
    <w:p>
      <w:pPr>
        <w:spacing w:line="240" w:lineRule="auto"/>
      </w:pPr>
      <w:r>
        <w:rPr>
          <w:rFonts w:ascii="Times New Roman" w:hAnsi="Times New Roman" w:eastAsia="Times New Roman" w:cs="Times New Roman"/>
          <w:sz w:val="24"/>
        </w:rPr>
        <w:t>I agree to indemnify and hold harmless the State of Delaware and all public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officials from the Delaware Division of Motor Vehicles from any and all liability that may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accrue from motor vehicle work for the so described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vehicle.</w:t>
      </w:r>
    </w:p>
    <w:p>
      <w:pPr>
        <w:spacing w:before="0" w:after="0" w:line="240" w:lineRule="auto"/>
      </w:pPr>
    </w:p>
    <w:p>
      <w:pPr>
        <w:spacing w:before="5" w:after="0" w:line="240" w:lineRule="auto"/>
      </w:pPr>
    </w:p>
    <w:p>
      <w:pPr>
        <w:spacing w:line="20" w:lineRule="exact"/>
        <w:ind w:firstLine="0"/>
      </w:pPr>
      <w:r>
        <w:rPr>
          <w:rFonts w:ascii="Times New Roman" w:hAnsi="Times New Roman" w:eastAsia="Times New Roman" w:cs="Times New Roman"/>
          <w:sz w:val="24"/>
        </w:rPr>
        <w:tab/>
      </w:r>
    </w:p>
    <w:p>
      <w:pPr>
        <w:spacing w:line="274" w:lineRule="exact"/>
      </w:pPr>
      <w:r>
        <w:rPr>
          <w:rFonts w:ascii="Times New Roman" w:hAnsi="Times New Roman" w:eastAsia="Times New Roman" w:cs="Times New Roman"/>
          <w:sz w:val="24"/>
        </w:rPr>
        <w:t>Date</w:t>
        <w:tab/>
        <w:t>Signature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Owner</w:t>
      </w:r>
    </w:p>
    <w:p>
      <w:pPr>
        <w:spacing w:before="0" w:after="0" w:line="240" w:lineRule="auto"/>
      </w:pPr>
    </w:p>
    <w:p>
      <w:pPr>
        <w:spacing w:before="5" w:after="0" w:line="240" w:lineRule="auto"/>
      </w:pPr>
    </w:p>
    <w:p>
      <w:pPr>
        <w:spacing w:line="20" w:lineRule="exact"/>
        <w:ind w:firstLine="0"/>
      </w:pPr>
    </w:p>
    <w:p>
      <w:pPr/>
    </w:p>
    <w:p>
      <w:pPr>
        <w:spacing w:before="10" w:after="0" w:line="240" w:lineRule="auto"/>
      </w:pPr>
    </w:p>
    <w:p>
      <w:pPr>
        <w:spacing w:line="240" w:lineRule="auto"/>
      </w:pPr>
      <w:r>
        <w:rPr>
          <w:rFonts w:ascii="Times New Roman" w:hAnsi="Times New Roman" w:eastAsia="Times New Roman" w:cs="Times New Roman"/>
          <w:sz w:val="24"/>
        </w:rPr>
        <w:t>State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Delaware</w:t>
      </w:r>
    </w:p>
    <w:p>
      <w:pPr>
        <w:spacing w:line="274" w:lineRule="exact"/>
      </w:pPr>
      <w:r>
        <w:rPr>
          <w:rFonts w:ascii="Times New Roman" w:hAnsi="Times New Roman" w:eastAsia="Times New Roman" w:cs="Times New Roman"/>
          <w:sz w:val="24"/>
        </w:rPr>
        <w:t>Signature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Co-Owner</w:t>
      </w:r>
    </w:p>
    <w:p>
      <w:pPr/>
    </w:p>
    <w:p>
      <w:pPr>
        <w:spacing w:before="11" w:after="0" w:line="240" w:lineRule="auto"/>
      </w:pPr>
    </w:p>
    <w:p>
      <w:pPr>
        <w:spacing w:before="69" w:after="0" w:line="24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>County</w:t>
      </w:r>
    </w:p>
    <w:p>
      <w:pPr>
        <w:spacing w:before="0" w:after="0" w:line="240" w:lineRule="auto"/>
      </w:pPr>
    </w:p>
    <w:p>
      <w:pPr>
        <w:spacing w:line="240" w:lineRule="auto"/>
      </w:pPr>
      <w:r>
        <w:rPr>
          <w:rFonts w:ascii="Times New Roman" w:hAnsi="Times New Roman" w:eastAsia="Times New Roman" w:cs="Times New Roman"/>
          <w:sz w:val="24"/>
        </w:rPr>
        <w:t>Be it remembered that 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this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>day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>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A.D.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>, the Subscriber personally came before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me.</w:t>
      </w:r>
    </w:p>
    <w:p>
      <w:pPr>
        <w:spacing w:before="0" w:after="0" w:line="240" w:lineRule="auto"/>
      </w:pPr>
    </w:p>
    <w:p>
      <w:pPr>
        <w:spacing w:before="0" w:after="0" w:line="240" w:lineRule="auto"/>
      </w:pPr>
    </w:p>
    <w:p>
      <w:pPr>
        <w:spacing w:before="0" w:after="0" w:line="240" w:lineRule="auto"/>
      </w:pPr>
    </w:p>
    <w:p>
      <w:pPr>
        <w:spacing w:before="5" w:after="0" w:line="240" w:lineRule="auto"/>
      </w:pPr>
    </w:p>
    <w:p>
      <w:pPr>
        <w:spacing w:line="20" w:lineRule="exact"/>
        <w:ind w:firstLine="0"/>
      </w:pPr>
    </w:p>
    <w:p>
      <w:pPr>
        <w:spacing w:line="274" w:lineRule="exact"/>
      </w:pPr>
      <w:r>
        <w:rPr>
          <w:rFonts w:ascii="Times New Roman" w:hAnsi="Times New Roman" w:eastAsia="Times New Roman" w:cs="Times New Roman"/>
          <w:sz w:val="24"/>
        </w:rPr>
        <w:t>Notary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Public</w:t>
      </w:r>
    </w:p>
    <w:p>
      <w:pPr>
        <w:spacing w:before="9" w:after="0" w:line="240" w:lineRule="auto"/>
      </w:pPr>
    </w:p>
    <w:p>
      <w:pPr>
        <w:spacing w:before="73" w:after="0"/>
        <w:ind w:firstLine="0"/>
      </w:pPr>
      <w:r>
        <w:rPr>
          <w:rFonts w:ascii="Times New Roman" w:hAnsi="Times New Roman" w:eastAsia="Times New Roman" w:cs="Times New Roman"/>
          <w:sz w:val="24"/>
        </w:rPr>
        <w:t>Form MV386 (Revised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03/12)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