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NOTICE TO CEASE AND DESIST</w:t>
      </w:r>
    </w:p>
    <w:p>
      <w:pPr/>
    </w:p>
    <w:p>
      <w:pPr/>
    </w:p>
    <w:p>
      <w:pPr/>
      <w:r>
        <w:rPr>
          <w:rFonts w:ascii="Times New Roman" w:hAnsi="Times New Roman" w:eastAsia="Times New Roman" w:cs="Times New Roman"/>
          <w:sz w:val="24"/>
        </w:rPr>
        <w:t>From</w:t>
      </w:r>
    </w:p>
    <w:p>
      <w:pPr/>
      <w:r>
        <w:rPr>
          <w:rFonts w:ascii="Times New Roman" w:hAnsi="Times New Roman" w:eastAsia="Times New Roman" w:cs="Times New Roman"/>
          <w:sz w:val="24"/>
        </w:rPr>
        <w:t>[NAME OF SENDER]</w:t>
      </w:r>
    </w:p>
    <w:p>
      <w:pPr/>
      <w:r>
        <w:rPr>
          <w:rFonts w:ascii="Times New Roman" w:hAnsi="Times New Roman" w:eastAsia="Times New Roman" w:cs="Times New Roman"/>
          <w:sz w:val="24"/>
        </w:rPr>
        <w:t>[ADDRESS OF SENDER]</w:t>
      </w:r>
    </w:p>
    <w:p>
      <w:pP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p>
    <w:p>
      <w:pPr/>
      <w:r>
        <w:rPr>
          <w:rFonts w:ascii="Times New Roman" w:hAnsi="Times New Roman" w:eastAsia="Times New Roman" w:cs="Times New Roman"/>
          <w:b/>
          <w:sz w:val="24"/>
        </w:rPr>
        <w:t>Re: Stop ALL Debt Collection Calls</w:t>
      </w:r>
    </w:p>
    <w:p>
      <w:pPr/>
    </w:p>
    <w:p>
      <w:pPr/>
    </w:p>
    <w:p>
      <w:pPr/>
      <w:r>
        <w:rPr>
          <w:rFonts w:ascii="Times New Roman" w:hAnsi="Times New Roman" w:eastAsia="Times New Roman" w:cs="Times New Roman"/>
          <w:sz w:val="24"/>
        </w:rPr>
        <w:t xml:space="preserve">Dear </w:t>
      </w:r>
      <w:r>
        <w:rPr>
          <w:rFonts w:ascii="Times New Roman" w:hAnsi="Times New Roman" w:eastAsia="Times New Roman" w:cs="Times New Roman"/>
          <w:sz w:val="24"/>
        </w:rPr>
        <w:t>[DEBT COLLECTOR]</w:t>
      </w:r>
      <w:r>
        <w:rPr>
          <w:rFonts w:ascii="Times New Roman" w:hAnsi="Times New Roman" w:eastAsia="Times New Roman" w:cs="Times New Roman"/>
          <w:sz w:val="24"/>
        </w:rPr>
        <w:t>,</w:t>
      </w:r>
    </w:p>
    <w:p>
      <w:pPr>
        <w:spacing w:before="0" w:after="0"/>
      </w:pPr>
    </w:p>
    <w:p>
      <w:pPr>
        <w:spacing w:before="0" w:after="0"/>
      </w:pPr>
    </w:p>
    <w:p>
      <w:pPr>
        <w:spacing w:before="0" w:after="0"/>
      </w:pPr>
      <w:r>
        <w:rPr>
          <w:rFonts w:ascii="Times New Roman" w:hAnsi="Times New Roman" w:eastAsia="Times New Roman" w:cs="Times New Roman"/>
          <w:sz w:val="24"/>
        </w:rPr>
        <w:t xml:space="preserve">This letter is in response to the many phone calls I have received from you at the following telephone numbers: </w:t>
      </w:r>
      <w:r>
        <w:rPr>
          <w:rFonts w:ascii="Times New Roman" w:hAnsi="Times New Roman" w:eastAsia="Times New Roman" w:cs="Times New Roman"/>
          <w:sz w:val="24"/>
        </w:rPr>
        <w:t>[LIST PHONE NUMBERS]</w:t>
      </w:r>
      <w:r>
        <w:rPr>
          <w:rFonts w:ascii="Times New Roman" w:hAnsi="Times New Roman" w:eastAsia="Times New Roman" w:cs="Times New Roman"/>
          <w:sz w:val="24"/>
        </w:rPr>
        <w:t>.</w:t>
      </w:r>
    </w:p>
    <w:p>
      <w:pPr>
        <w:spacing w:before="0" w:after="0"/>
      </w:pPr>
    </w:p>
    <w:p>
      <w:pPr>
        <w:spacing w:before="0" w:after="0"/>
      </w:pPr>
      <w:r>
        <w:rPr>
          <w:rFonts w:ascii="Times New Roman" w:hAnsi="Times New Roman" w:eastAsia="Times New Roman" w:cs="Times New Roman"/>
          <w:sz w:val="24"/>
        </w:rPr>
        <w:t xml:space="preserve">According to the Fair Debt Collection Practices Act, specifically 15 U.S. Code § 1692c, this is my formal declaration to terminate and cease all communication from you in regards to the debt you are attempting to collect. </w:t>
      </w:r>
    </w:p>
    <w:p>
      <w:pPr>
        <w:spacing w:before="0" w:after="0"/>
      </w:pPr>
    </w:p>
    <w:p>
      <w:pPr>
        <w:spacing w:before="0" w:after="0"/>
      </w:pPr>
      <w:r>
        <w:rPr>
          <w:rFonts w:ascii="Times New Roman" w:hAnsi="Times New Roman" w:eastAsia="Times New Roman" w:cs="Times New Roman"/>
          <w:sz w:val="24"/>
        </w:rPr>
        <w:t>In response to this ‘Ceasing Communication’ letter, in accordance with the Federal Fair Debt Collections Act, you may only contact to inform me that there will be no further collection efforts or to notify me that a specific action will take place.</w:t>
      </w:r>
    </w:p>
    <w:p>
      <w:pPr>
        <w:spacing w:before="0" w:after="0"/>
      </w:pPr>
    </w:p>
    <w:p>
      <w:pPr>
        <w:spacing w:before="0" w:after="0"/>
      </w:pPr>
      <w:r>
        <w:rPr>
          <w:rFonts w:ascii="Times New Roman" w:hAnsi="Times New Roman" w:eastAsia="Times New Roman" w:cs="Times New Roman"/>
          <w:sz w:val="24"/>
        </w:rPr>
        <w:t>Please be advised that I am well aware of my rights and know that any further contact by you or your company, except a communication confirming your acknowledgment of this letter, is in violation of the Fair Debt Collection Practices Act. In addition, any third (3</w:t>
      </w:r>
      <w:r>
        <w:rPr>
          <w:rFonts w:ascii="Times New Roman" w:hAnsi="Times New Roman" w:eastAsia="Times New Roman" w:cs="Times New Roman"/>
          <w:sz w:val="24"/>
        </w:rPr>
        <w:t>rd</w:t>
      </w:r>
      <w:r>
        <w:rPr>
          <w:rFonts w:ascii="Times New Roman" w:hAnsi="Times New Roman" w:eastAsia="Times New Roman" w:cs="Times New Roman"/>
          <w:sz w:val="24"/>
        </w:rPr>
        <w:t>) party that you use to coerce the collection of this debt shall also be in violation of federal law.</w:t>
      </w:r>
    </w:p>
    <w:p>
      <w:pPr>
        <w:spacing w:before="0" w:after="0"/>
      </w:pPr>
    </w:p>
    <w:p>
      <w:pPr/>
      <w:r>
        <w:rPr>
          <w:rFonts w:ascii="Times New Roman" w:hAnsi="Times New Roman" w:eastAsia="Times New Roman" w:cs="Times New Roman"/>
          <w:b/>
          <w:sz w:val="24"/>
        </w:rPr>
        <w:t xml:space="preserve">If you do not cease communication a lawsuit will be commenced against you. </w:t>
      </w:r>
    </w:p>
    <w:p>
      <w:pPr>
        <w:spacing w:before="0" w:after="0"/>
      </w:pPr>
    </w:p>
    <w:p>
      <w:pPr/>
      <w:r>
        <w:rPr>
          <w:rFonts w:ascii="Times New Roman" w:hAnsi="Times New Roman" w:eastAsia="Times New Roman" w:cs="Times New Roman"/>
          <w:sz w:val="24"/>
        </w:rPr>
        <w:t>This letter has been sent by certified mail with return receipt and shall be presented to any court of proper jurisdiction if communication is to continue.</w:t>
      </w:r>
    </w:p>
    <w:p>
      <w:pPr/>
    </w:p>
    <w:p>
      <w:pPr/>
    </w:p>
    <w:p>
      <w:pPr/>
      <w:r>
        <w:rPr>
          <w:rFonts w:ascii="Times New Roman" w:hAnsi="Times New Roman" w:eastAsia="Times New Roman" w:cs="Times New Roman"/>
          <w:sz w:val="24"/>
        </w:rPr>
        <w:t>Sincerely,</w:t>
      </w:r>
    </w:p>
    <w:p>
      <w:pPr/>
    </w:p>
    <w:p>
      <w:pPr/>
    </w:p>
    <w:p>
      <w:pPr/>
      <w:r>
        <w:rPr>
          <w:rFonts w:ascii="Times New Roman" w:hAnsi="Times New Roman" w:eastAsia="Times New Roman" w:cs="Times New Roman"/>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