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60" w:line="288" w:lineRule="auto"/>
        <w:jc w:val="center"/>
      </w:pPr>
      <w:r>
        <w:rPr>
          <w:rFonts w:ascii="Times New Roman" w:hAnsi="Times New Roman" w:eastAsia="Times New Roman" w:cs="Times New Roman"/>
          <w:b/>
          <w:sz w:val="24"/>
        </w:rPr>
        <w:t>DEBT COLLECTION LETTER</w:t>
      </w:r>
    </w:p>
    <w:p>
      <w:pPr>
        <w:spacing w:before="0" w:after="120" w:line="288" w:lineRule="auto"/>
      </w:pPr>
    </w:p>
    <w:p>
      <w:pPr/>
      <w:r>
        <w:rPr>
          <w:rFonts w:ascii="Times New Roman" w:hAnsi="Times New Roman" w:eastAsia="Times New Roman" w:cs="Times New Roman"/>
          <w:sz w:val="24"/>
        </w:rPr>
        <w:t>_____________________</w:t>
      </w:r>
    </w:p>
    <w:p>
      <w:pPr/>
      <w:r>
        <w:rPr>
          <w:rFonts w:ascii="Times New Roman" w:hAnsi="Times New Roman" w:eastAsia="Times New Roman" w:cs="Times New Roman"/>
          <w:sz w:val="24"/>
        </w:rPr>
        <w:t>_____________________</w:t>
      </w:r>
    </w:p>
    <w:p>
      <w:pPr/>
      <w:r>
        <w:rPr>
          <w:rFonts w:ascii="Times New Roman" w:hAnsi="Times New Roman" w:eastAsia="Times New Roman" w:cs="Times New Roman"/>
          <w:sz w:val="24"/>
        </w:rPr>
        <w:t>_____________________</w:t>
      </w:r>
    </w:p>
    <w:p>
      <w:pPr>
        <w:spacing w:before="0" w:after="120" w:line="288" w:lineRule="auto"/>
      </w:pPr>
      <w:r>
        <w:rPr>
          <w:rFonts w:ascii="Times New Roman" w:hAnsi="Times New Roman" w:eastAsia="Times New Roman" w:cs="Times New Roman"/>
          <w:sz w:val="24"/>
        </w:rPr>
        <w:t>_____________________</w:t>
      </w:r>
    </w:p>
    <w:p>
      <w:pPr>
        <w:spacing w:before="0" w:after="120" w:line="288" w:lineRule="auto"/>
      </w:pPr>
    </w:p>
    <w:p>
      <w:pPr/>
      <w:r>
        <w:rPr>
          <w:rFonts w:ascii="Times New Roman" w:hAnsi="Times New Roman" w:eastAsia="Times New Roman" w:cs="Times New Roman"/>
          <w:sz w:val="24"/>
        </w:rPr>
        <w:t>Date _____________________</w:t>
      </w:r>
    </w:p>
    <w:p>
      <w:pPr>
        <w:spacing w:before="0" w:after="120" w:line="288" w:lineRule="auto"/>
      </w:pPr>
    </w:p>
    <w:p>
      <w:pPr>
        <w:spacing w:before="0" w:after="120" w:line="288" w:lineRule="auto"/>
      </w:pPr>
      <w:r>
        <w:rPr>
          <w:rFonts w:ascii="Times New Roman" w:hAnsi="Times New Roman" w:eastAsia="Times New Roman" w:cs="Times New Roman"/>
          <w:b/>
          <w:sz w:val="24"/>
        </w:rPr>
        <w:t>URGENT:  PLEASE RECTIFY THIS MATTER IMMEDIATELY</w:t>
      </w:r>
    </w:p>
    <w:p>
      <w:pPr>
        <w:spacing w:before="0" w:after="120" w:line="288" w:lineRule="auto"/>
      </w:pPr>
    </w:p>
    <w:p>
      <w:pPr>
        <w:spacing w:before="0" w:after="120" w:line="288" w:lineRule="auto"/>
      </w:pPr>
      <w:r>
        <w:rPr>
          <w:rFonts w:ascii="Times New Roman" w:hAnsi="Times New Roman" w:eastAsia="Times New Roman" w:cs="Times New Roman"/>
          <w:sz w:val="24"/>
        </w:rPr>
        <w:t>Dear _____________________,</w:t>
        <w:tab/>
      </w:r>
    </w:p>
    <w:p>
      <w:pPr>
        <w:spacing w:before="0" w:after="120" w:line="288" w:lineRule="auto"/>
      </w:pPr>
    </w:p>
    <w:p>
      <w:pPr>
        <w:spacing w:before="0" w:after="120" w:line="288" w:lineRule="auto"/>
      </w:pPr>
      <w:r>
        <w:rPr>
          <w:rFonts w:ascii="Times New Roman" w:hAnsi="Times New Roman" w:eastAsia="Times New Roman" w:cs="Times New Roman"/>
          <w:sz w:val="24"/>
        </w:rPr>
        <w:t>Despite our previous reminders, the above amount due remains unpaid.  As such, we would appreciate you making this payment as soon as possible.</w:t>
      </w:r>
    </w:p>
    <w:p>
      <w:pPr>
        <w:spacing w:before="0" w:after="120" w:line="288" w:lineRule="auto"/>
      </w:pPr>
      <w:r>
        <w:rPr>
          <w:rFonts w:ascii="Times New Roman" w:hAnsi="Times New Roman" w:eastAsia="Times New Roman" w:cs="Times New Roman"/>
          <w:b/>
          <w:sz w:val="24"/>
        </w:rPr>
        <w:t>DUE AMOUNT: $_________________</w:t>
      </w:r>
    </w:p>
    <w:p>
      <w:pPr>
        <w:spacing w:before="0" w:after="120" w:line="288" w:lineRule="auto"/>
      </w:pPr>
      <w:r>
        <w:rPr>
          <w:rFonts w:ascii="Times New Roman" w:hAnsi="Times New Roman" w:eastAsia="Times New Roman" w:cs="Times New Roman"/>
          <w:b/>
          <w:sz w:val="24"/>
        </w:rPr>
        <w:t>PLEASE REMIT PAYMENT TO: _________________________________________________________</w:t>
      </w:r>
    </w:p>
    <w:p>
      <w:pPr>
        <w:spacing w:before="0" w:after="120" w:line="288" w:lineRule="auto"/>
      </w:pPr>
      <w:r>
        <w:rPr>
          <w:rFonts w:ascii="Times New Roman" w:hAnsi="Times New Roman" w:eastAsia="Times New Roman" w:cs="Times New Roman"/>
          <w:sz w:val="24"/>
        </w:rPr>
        <w:t>We regret to advise that unless payment is received by ___________________, 20___ this collection will be passed over to our debt collection agency/lawyer. This could seriously affect your credit rating and therefore urge you contact us immediately to make payment or arrange an alternative before this date.</w:t>
      </w:r>
    </w:p>
    <w:p>
      <w:pPr>
        <w:spacing w:before="0" w:after="120" w:line="288" w:lineRule="auto"/>
      </w:pPr>
      <w:r>
        <w:rPr>
          <w:rFonts w:ascii="Times New Roman" w:hAnsi="Times New Roman" w:eastAsia="Times New Roman" w:cs="Times New Roman"/>
          <w:sz w:val="24"/>
        </w:rPr>
        <w:t xml:space="preserve">You have the right to dispute this debt by submitting written notice within thirty (30) days of receiving this letter. If this letter is not disputed within the thirty (30) day time-frame then the collection will be considered accepted by the debtor. </w:t>
      </w:r>
    </w:p>
    <w:p>
      <w:pPr>
        <w:spacing w:before="0" w:after="120" w:line="288" w:lineRule="auto"/>
      </w:pPr>
    </w:p>
    <w:p>
      <w:pPr>
        <w:spacing w:before="0" w:after="120" w:line="288" w:lineRule="auto"/>
      </w:pPr>
      <w:r>
        <w:rPr>
          <w:rFonts w:ascii="Times New Roman" w:hAnsi="Times New Roman" w:eastAsia="Times New Roman" w:cs="Times New Roman"/>
          <w:sz w:val="24"/>
        </w:rPr>
        <w:t>Sincerely,</w:t>
      </w:r>
    </w:p>
    <w:p>
      <w:pPr>
        <w:spacing w:before="0" w:after="120" w:line="288" w:lineRule="auto"/>
      </w:pPr>
      <w:r>
        <w:rPr>
          <w:rFonts w:ascii="Times New Roman" w:hAnsi="Times New Roman" w:eastAsia="Times New Roman" w:cs="Times New Roman"/>
          <w:sz w:val="24"/>
        </w:rPr>
        <w:t>_____________________</w:t>
      </w:r>
    </w:p>
    <w:p>
      <w:pPr>
        <w:spacing w:before="0" w:after="120" w:line="288" w:lineRule="auto"/>
      </w:pPr>
    </w:p>
    <w:p>
      <w:pPr>
        <w:spacing w:before="0" w:after="120" w:line="288" w:lineRule="auto"/>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