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80"/>
        <w:jc w:val="center"/>
      </w:pPr>
      <w:r>
        <w:rPr>
          <w:rFonts w:ascii="Times New Roman" w:hAnsi="Times New Roman" w:eastAsia="Times New Roman" w:cs="Times New Roman"/>
          <w:sz w:val="24"/>
        </w:rPr>
        <w:t>DEBT FORGIVENESS LETTER</w:t>
      </w:r>
    </w:p>
    <w:p>
      <w:pPr>
        <w:spacing w:before="280" w:after="280"/>
      </w:pP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___________________</w:t>
        <w:br/>
        <w:t>___________________</w:t>
        <w:br/>
        <w:t>___________________</w:t>
      </w:r>
    </w:p>
    <w:p>
      <w:pPr>
        <w:spacing w:before="280" w:after="280"/>
      </w:pP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Date ___________________</w:t>
      </w:r>
    </w:p>
    <w:p>
      <w:pPr>
        <w:spacing w:before="280" w:after="280"/>
      </w:pP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Dear ___________________,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Our firm has contacted you in the past about your debt in the amount of $___________________ for ___________________. Due to extenuating circumstances combined with the amount of the debt you owe, we have taken it upon ourselves to completely relieve you of this debt.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b/>
          <w:sz w:val="24"/>
        </w:rPr>
        <w:t>YOUR DEBT HAS BEEN FORGIVEN IN-FULL.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As we have cancelled your debt, please accept our letters in the future when we attempt to collect a debt. Thank you for being a loyal customer of ours.</w:t>
      </w:r>
    </w:p>
    <w:p>
      <w:pPr>
        <w:spacing w:before="280" w:after="280"/>
      </w:pP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