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DEBT SETTLEMENT AGREEMENT</w:t>
      </w:r>
    </w:p>
    <w:p>
      <w:pPr>
        <w:jc w:val="center"/>
      </w:pPr>
    </w:p>
    <w:p>
      <w:pPr/>
    </w:p>
    <w:p>
      <w:pPr/>
    </w:p>
    <w:p>
      <w:pPr/>
      <w:r>
        <w:rPr>
          <w:rFonts w:ascii="Times New Roman" w:hAnsi="Times New Roman" w:eastAsia="Times New Roman" w:cs="Times New Roman"/>
          <w:sz w:val="24"/>
        </w:rPr>
        <w:t>This Debt Settlement Agreement, hereinafter known as the “Agreement”, is between ____________________ of ____________________ City of ____________________, State of ____________________, hereinafter known as the “Creditor”, and ____________________ of ____________________ City of ____________________, State of ____________________, hereinafter known as the “Debtor”. When mentioned jointly shall be the “Parties”.</w:t>
      </w:r>
    </w:p>
    <w:p>
      <w:pPr/>
    </w:p>
    <w:p>
      <w:pPr/>
      <w:r>
        <w:rPr>
          <w:rFonts w:ascii="Times New Roman" w:hAnsi="Times New Roman" w:eastAsia="Times New Roman" w:cs="Times New Roman"/>
          <w:b/>
          <w:sz w:val="24"/>
        </w:rPr>
        <w:t>I. Effective Date</w:t>
      </w:r>
      <w:r>
        <w:rPr>
          <w:rFonts w:ascii="Times New Roman" w:hAnsi="Times New Roman" w:eastAsia="Times New Roman" w:cs="Times New Roman"/>
          <w:sz w:val="24"/>
        </w:rPr>
        <w:t>. ____________________, 20___ shall be the effective date of this Agreement with the Parties agree to the following:</w:t>
      </w:r>
    </w:p>
    <w:p>
      <w:pPr/>
    </w:p>
    <w:p>
      <w:pPr/>
      <w:r>
        <w:rPr>
          <w:rFonts w:ascii="Times New Roman" w:hAnsi="Times New Roman" w:eastAsia="Times New Roman" w:cs="Times New Roman"/>
          <w:b/>
          <w:sz w:val="24"/>
        </w:rPr>
        <w:t>II. Present Debt</w:t>
      </w:r>
      <w:r>
        <w:rPr>
          <w:rFonts w:ascii="Times New Roman" w:hAnsi="Times New Roman" w:eastAsia="Times New Roman" w:cs="Times New Roman"/>
          <w:sz w:val="24"/>
        </w:rPr>
        <w:t xml:space="preserve">. The Parties agree that there is a current debt owed by the Debtor in the amount of $____________________, hereinafter known as the “Present Debt.” </w:t>
      </w:r>
    </w:p>
    <w:p>
      <w:pPr/>
    </w:p>
    <w:p>
      <w:pPr/>
      <w:r>
        <w:rPr>
          <w:rFonts w:ascii="Times New Roman" w:hAnsi="Times New Roman" w:eastAsia="Times New Roman" w:cs="Times New Roman"/>
          <w:b/>
          <w:sz w:val="24"/>
        </w:rPr>
        <w:t>III. Settlement Debt</w:t>
      </w:r>
      <w:r>
        <w:rPr>
          <w:rFonts w:ascii="Times New Roman" w:hAnsi="Times New Roman" w:eastAsia="Times New Roman" w:cs="Times New Roman"/>
          <w:sz w:val="24"/>
        </w:rPr>
        <w:t xml:space="preserve">. The Creditor agrees as part of this Agreement they shall be accepting the last payment for the satisfaction of the Present Debt, hereinafter known as the “Settlement Debt”. This Settlement Debt shall be in the amount of $____________________. </w:t>
      </w:r>
    </w:p>
    <w:p>
      <w:pPr/>
    </w:p>
    <w:p>
      <w:pPr/>
      <w:r>
        <w:rPr>
          <w:rFonts w:ascii="Times New Roman" w:hAnsi="Times New Roman" w:eastAsia="Times New Roman" w:cs="Times New Roman"/>
          <w:sz w:val="24"/>
        </w:rPr>
        <w:t>Acceptance of the Settlement Debt shall immediately discharge all monies owed by the Debtor to the Creditor.</w:t>
      </w:r>
    </w:p>
    <w:p>
      <w:pPr/>
    </w:p>
    <w:p>
      <w:pPr/>
      <w:r>
        <w:rPr>
          <w:rFonts w:ascii="Times New Roman" w:hAnsi="Times New Roman" w:eastAsia="Times New Roman" w:cs="Times New Roman"/>
          <w:b/>
          <w:sz w:val="24"/>
        </w:rPr>
        <w:t>IV. Payment</w:t>
      </w:r>
      <w:r>
        <w:rPr>
          <w:rFonts w:ascii="Times New Roman" w:hAnsi="Times New Roman" w:eastAsia="Times New Roman" w:cs="Times New Roman"/>
          <w:sz w:val="24"/>
        </w:rPr>
        <w:t xml:space="preserve">. Payment for the Settlement Debt shall be made by </w:t>
      </w:r>
      <w:r>
        <w:rPr>
          <w:rFonts w:ascii="Times New Roman" w:hAnsi="Times New Roman" w:eastAsia="Times New Roman" w:cs="Times New Roman"/>
          <w:sz w:val="24"/>
        </w:rPr>
        <w:t>☐</w:t>
      </w:r>
      <w:r>
        <w:rPr>
          <w:rFonts w:ascii="Times New Roman" w:hAnsi="Times New Roman" w:eastAsia="Times New Roman" w:cs="Times New Roman"/>
          <w:sz w:val="24"/>
        </w:rPr>
        <w:t xml:space="preserve"> - Check </w:t>
      </w:r>
      <w:r>
        <w:rPr>
          <w:rFonts w:ascii="Times New Roman" w:hAnsi="Times New Roman" w:eastAsia="Times New Roman" w:cs="Times New Roman"/>
          <w:sz w:val="24"/>
        </w:rPr>
        <w:t>☐</w:t>
      </w:r>
      <w:r>
        <w:rPr>
          <w:rFonts w:ascii="Times New Roman" w:hAnsi="Times New Roman" w:eastAsia="Times New Roman" w:cs="Times New Roman"/>
          <w:sz w:val="24"/>
        </w:rPr>
        <w:t xml:space="preserve"> - Bank Wire </w:t>
      </w:r>
      <w:r>
        <w:rPr>
          <w:rFonts w:ascii="Times New Roman" w:hAnsi="Times New Roman" w:eastAsia="Times New Roman" w:cs="Times New Roman"/>
          <w:sz w:val="24"/>
        </w:rPr>
        <w:t>☐</w:t>
      </w:r>
      <w:r>
        <w:rPr>
          <w:rFonts w:ascii="Times New Roman" w:hAnsi="Times New Roman" w:eastAsia="Times New Roman" w:cs="Times New Roman"/>
          <w:sz w:val="24"/>
        </w:rPr>
        <w:t xml:space="preserve"> - Certified Check </w:t>
      </w:r>
      <w:r>
        <w:rPr>
          <w:rFonts w:ascii="Times New Roman" w:hAnsi="Times New Roman" w:eastAsia="Times New Roman" w:cs="Times New Roman"/>
          <w:sz w:val="24"/>
        </w:rPr>
        <w:t>☐</w:t>
      </w:r>
      <w:r>
        <w:rPr>
          <w:rFonts w:ascii="Times New Roman" w:hAnsi="Times New Roman" w:eastAsia="Times New Roman" w:cs="Times New Roman"/>
          <w:sz w:val="24"/>
        </w:rPr>
        <w:t xml:space="preserve"> - Cash </w:t>
      </w:r>
      <w:r>
        <w:rPr>
          <w:rFonts w:ascii="Times New Roman" w:hAnsi="Times New Roman" w:eastAsia="Times New Roman" w:cs="Times New Roman"/>
          <w:sz w:val="24"/>
        </w:rPr>
        <w:t>☐</w:t>
      </w:r>
      <w:r>
        <w:rPr>
          <w:rFonts w:ascii="Times New Roman" w:hAnsi="Times New Roman" w:eastAsia="Times New Roman" w:cs="Times New Roman"/>
          <w:sz w:val="24"/>
        </w:rPr>
        <w:t xml:space="preserve"> - Other ______________________________________________.</w:t>
      </w:r>
    </w:p>
    <w:p>
      <w:pPr/>
    </w:p>
    <w:p>
      <w:pPr/>
      <w:r>
        <w:rPr>
          <w:rFonts w:ascii="Times New Roman" w:hAnsi="Times New Roman" w:eastAsia="Times New Roman" w:cs="Times New Roman"/>
          <w:sz w:val="24"/>
        </w:rPr>
        <w:t>The Debtor shall make payment of the Settlement Debt Amount by ____________________, 20___ or else this Agreement is void.</w:t>
      </w:r>
    </w:p>
    <w:p>
      <w:pPr/>
    </w:p>
    <w:p>
      <w:pPr/>
      <w:r>
        <w:rPr>
          <w:rFonts w:ascii="Times New Roman" w:hAnsi="Times New Roman" w:eastAsia="Times New Roman" w:cs="Times New Roman"/>
          <w:sz w:val="24"/>
        </w:rPr>
        <w:t>Upon acceptance of payment, the Creditor shall discharge the Present Debt as paid-in-full.</w:t>
      </w:r>
    </w:p>
    <w:p>
      <w:pPr/>
    </w:p>
    <w:p>
      <w:pPr/>
      <w:r>
        <w:rPr>
          <w:rFonts w:ascii="Times New Roman" w:hAnsi="Times New Roman" w:eastAsia="Times New Roman" w:cs="Times New Roman"/>
          <w:b/>
          <w:sz w:val="24"/>
        </w:rPr>
        <w:t>V. Creditor’s Duties</w:t>
      </w:r>
      <w:r>
        <w:rPr>
          <w:rFonts w:ascii="Times New Roman" w:hAnsi="Times New Roman" w:eastAsia="Times New Roman" w:cs="Times New Roman"/>
          <w:sz w:val="24"/>
        </w:rPr>
        <w:t xml:space="preserve">. It is the duty of the Creditor to remove or delete any entries from the Debtor showing this account has been late or claims that could prove to be harmful on their credit report. All credit report entries must be removed. </w:t>
      </w:r>
    </w:p>
    <w:p>
      <w:pPr/>
    </w:p>
    <w:p>
      <w:pPr/>
      <w:r>
        <w:rPr>
          <w:rFonts w:ascii="Times New Roman" w:hAnsi="Times New Roman" w:eastAsia="Times New Roman" w:cs="Times New Roman"/>
          <w:b/>
          <w:sz w:val="24"/>
        </w:rPr>
        <w:t>VI. Binding Effect</w:t>
      </w:r>
      <w:r>
        <w:rPr>
          <w:rFonts w:ascii="Times New Roman" w:hAnsi="Times New Roman" w:eastAsia="Times New Roman" w:cs="Times New Roman"/>
          <w:sz w:val="24"/>
        </w:rPr>
        <w:t>. This Agreement shall be binding on all Parties involved including their successors or assignees.</w:t>
      </w:r>
    </w:p>
    <w:p>
      <w:pPr/>
    </w:p>
    <w:p>
      <w:pPr/>
      <w:r>
        <w:rPr>
          <w:rFonts w:ascii="Times New Roman" w:hAnsi="Times New Roman" w:eastAsia="Times New Roman" w:cs="Times New Roman"/>
          <w:b/>
          <w:sz w:val="24"/>
        </w:rPr>
        <w:t>VII. Held Harmless</w:t>
      </w:r>
      <w:r>
        <w:rPr>
          <w:rFonts w:ascii="Times New Roman" w:hAnsi="Times New Roman" w:eastAsia="Times New Roman" w:cs="Times New Roman"/>
          <w:sz w:val="24"/>
        </w:rPr>
        <w:t>. Except to dispute the terms of this Agreement, the Parties agree not to bring any claim against the other party concerning any matter related to the Present Debt. Creditor and Debtor understand that the authorization of this Agreement bars them from making any claim.</w:t>
      </w:r>
    </w:p>
    <w:p>
      <w:pPr/>
    </w:p>
    <w:p>
      <w:pPr/>
      <w:r>
        <w:rPr>
          <w:rFonts w:ascii="Times New Roman" w:hAnsi="Times New Roman" w:eastAsia="Times New Roman" w:cs="Times New Roman"/>
          <w:b/>
          <w:sz w:val="24"/>
        </w:rPr>
        <w:t>VIII. Confidentiality</w:t>
      </w:r>
      <w:r>
        <w:rPr>
          <w:rFonts w:ascii="Times New Roman" w:hAnsi="Times New Roman" w:eastAsia="Times New Roman" w:cs="Times New Roman"/>
          <w:sz w:val="24"/>
        </w:rPr>
        <w:t>. All Parties understand that all parts of this Agreement are to be kept confidential. If any portion of this Agreement were to be made public, the releasing party would be held responsible for any damages that were inflicted. Furthermore, the releasing party would be liable to all attorney’s fees of the violated party in responding to such release.</w:t>
      </w:r>
    </w:p>
    <w:p>
      <w:pPr/>
    </w:p>
    <w:p>
      <w:pPr/>
      <w:r>
        <w:rPr>
          <w:rFonts w:ascii="Times New Roman" w:hAnsi="Times New Roman" w:eastAsia="Times New Roman" w:cs="Times New Roman"/>
          <w:b/>
          <w:sz w:val="24"/>
        </w:rPr>
        <w:t>IX. Modification</w:t>
      </w:r>
      <w:r>
        <w:rPr>
          <w:rFonts w:ascii="Times New Roman" w:hAnsi="Times New Roman" w:eastAsia="Times New Roman" w:cs="Times New Roman"/>
          <w:sz w:val="24"/>
        </w:rPr>
        <w:t>. No modification to any provisions contained in this Agreement shall be binding upon any party unless made in writing and signed by both Creditor and Debtor.</w:t>
      </w:r>
    </w:p>
    <w:p>
      <w:pPr/>
    </w:p>
    <w:p>
      <w:pPr/>
      <w:r>
        <w:rPr>
          <w:rFonts w:ascii="Times New Roman" w:hAnsi="Times New Roman" w:eastAsia="Times New Roman" w:cs="Times New Roman"/>
          <w:b/>
          <w:sz w:val="24"/>
        </w:rPr>
        <w:t>X. Severability</w:t>
      </w:r>
      <w:r>
        <w:rPr>
          <w:rFonts w:ascii="Times New Roman" w:hAnsi="Times New Roman" w:eastAsia="Times New Roman" w:cs="Times New Roman"/>
          <w:sz w:val="24"/>
        </w:rPr>
        <w:t>. If any provision, part, or expression is held to be unenforceable for any reason, the remaining provisions, parts, or expressions of this Agreement shall remain in full force and effect.</w:t>
      </w:r>
    </w:p>
    <w:p>
      <w:pPr/>
    </w:p>
    <w:p>
      <w:pPr/>
      <w:r>
        <w:rPr>
          <w:rFonts w:ascii="Times New Roman" w:hAnsi="Times New Roman" w:eastAsia="Times New Roman" w:cs="Times New Roman"/>
          <w:b/>
          <w:sz w:val="24"/>
        </w:rPr>
        <w:t>XI. Third (3</w:t>
      </w:r>
      <w:r>
        <w:rPr>
          <w:rFonts w:ascii="Times New Roman" w:hAnsi="Times New Roman" w:eastAsia="Times New Roman" w:cs="Times New Roman"/>
          <w:b/>
          <w:sz w:val="24"/>
        </w:rPr>
        <w:t>rd</w:t>
      </w:r>
      <w:r>
        <w:rPr>
          <w:rFonts w:ascii="Times New Roman" w:hAnsi="Times New Roman" w:eastAsia="Times New Roman" w:cs="Times New Roman"/>
          <w:b/>
          <w:sz w:val="24"/>
        </w:rPr>
        <w:t>) Parties</w:t>
      </w:r>
      <w:r>
        <w:rPr>
          <w:rFonts w:ascii="Times New Roman" w:hAnsi="Times New Roman" w:eastAsia="Times New Roman" w:cs="Times New Roman"/>
          <w:sz w:val="24"/>
        </w:rPr>
        <w:t>. Both Creditor and Debtor agree that they have not assigned any portion of the Debt to another individual or entity. Furthermore, Creditor and Debtor each claim to have the authority to enter into this Agreement.</w:t>
      </w:r>
    </w:p>
    <w:p>
      <w:pPr/>
    </w:p>
    <w:p>
      <w:pPr/>
      <w:r>
        <w:rPr>
          <w:rFonts w:ascii="Times New Roman" w:hAnsi="Times New Roman" w:eastAsia="Times New Roman" w:cs="Times New Roman"/>
          <w:b/>
          <w:sz w:val="24"/>
        </w:rPr>
        <w:t>XII. Governing Law</w:t>
      </w:r>
      <w:r>
        <w:rPr>
          <w:rFonts w:ascii="Times New Roman" w:hAnsi="Times New Roman" w:eastAsia="Times New Roman" w:cs="Times New Roman"/>
          <w:sz w:val="24"/>
        </w:rPr>
        <w:t>. This Agreement shall be governed under the laws in the State of ___________________.</w:t>
      </w:r>
    </w:p>
    <w:p>
      <w:pPr/>
    </w:p>
    <w:p>
      <w:pPr/>
    </w:p>
    <w:p>
      <w:pPr/>
    </w:p>
    <w:p>
      <w:pPr>
        <w:jc w:val="both"/>
      </w:pPr>
      <w:r>
        <w:rPr>
          <w:rFonts w:ascii="Times New Roman" w:hAnsi="Times New Roman" w:eastAsia="Times New Roman" w:cs="Times New Roman"/>
          <w:b/>
          <w:sz w:val="24"/>
        </w:rPr>
        <w:t>Debtor’s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w:t>
      </w:r>
    </w:p>
    <w:p>
      <w:pPr/>
    </w:p>
    <w:p>
      <w:pPr/>
    </w:p>
    <w:p>
      <w:pPr/>
      <w:r>
        <w:rPr>
          <w:rFonts w:ascii="Times New Roman" w:hAnsi="Times New Roman" w:eastAsia="Times New Roman" w:cs="Times New Roman"/>
          <w:sz w:val="24"/>
        </w:rPr>
        <w:t xml:space="preserve">Debtor’s Name _____________________________ </w:t>
      </w:r>
    </w:p>
    <w:p>
      <w:pPr/>
    </w:p>
    <w:p>
      <w:pPr/>
    </w:p>
    <w:p>
      <w:pPr/>
    </w:p>
    <w:p>
      <w:pPr/>
      <w:r>
        <w:rPr>
          <w:rFonts w:ascii="Times New Roman" w:hAnsi="Times New Roman" w:eastAsia="Times New Roman" w:cs="Times New Roman"/>
          <w:b/>
          <w:sz w:val="24"/>
        </w:rPr>
        <w:t>Creditor’s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w:t>
      </w:r>
    </w:p>
    <w:p>
      <w:pPr/>
    </w:p>
    <w:p>
      <w:pPr/>
    </w:p>
    <w:p>
      <w:pPr/>
      <w:r>
        <w:rPr>
          <w:rFonts w:ascii="Times New Roman" w:hAnsi="Times New Roman" w:eastAsia="Times New Roman" w:cs="Times New Roman"/>
          <w:sz w:val="24"/>
        </w:rPr>
        <w:t xml:space="preserve">Debtor’s Name _____________________________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