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before="0" w:after="240"/>
        <w:jc w:val="center"/>
      </w:pPr>
      <w:r>
        <w:rPr>
          <w:rFonts w:ascii="Times New Roman" w:hAnsi="Times New Roman" w:eastAsia="Times New Roman" w:cs="Times New Roman"/>
          <w:b/>
          <w:sz w:val="24"/>
        </w:rPr>
        <w:t>DEBT VALIDATION LETTER</w:t>
      </w:r>
    </w:p>
    <w:p>
      <w:pPr/>
    </w:p>
    <w:p>
      <w:pPr/>
      <w:r>
        <w:rPr>
          <w:rFonts w:ascii="Times New Roman" w:hAnsi="Times New Roman" w:eastAsia="Times New Roman" w:cs="Times New Roman"/>
          <w:sz w:val="24"/>
        </w:rPr>
        <w:t>Date ___________________</w:t>
      </w:r>
    </w:p>
    <w:p>
      <w:pPr/>
      <w:r>
        <w:rPr>
          <w:rFonts w:ascii="Times New Roman" w:hAnsi="Times New Roman" w:eastAsia="Times New Roman" w:cs="Times New Roman"/>
          <w:sz w:val="24"/>
        </w:rPr>
        <w:t>___________________</w:t>
      </w:r>
    </w:p>
    <w:p>
      <w:pPr/>
      <w:r>
        <w:rPr>
          <w:rFonts w:ascii="Times New Roman" w:hAnsi="Times New Roman" w:eastAsia="Times New Roman" w:cs="Times New Roman"/>
          <w:sz w:val="24"/>
        </w:rPr>
        <w:t>___________________</w:t>
      </w:r>
    </w:p>
    <w:p>
      <w:pPr/>
      <w:r>
        <w:rPr>
          <w:rFonts w:ascii="Times New Roman" w:hAnsi="Times New Roman" w:eastAsia="Times New Roman" w:cs="Times New Roman"/>
          <w:sz w:val="24"/>
        </w:rPr>
        <w:t>___________________</w:t>
      </w:r>
    </w:p>
    <w:p>
      <w:pPr>
        <w:spacing w:before="0" w:after="240"/>
      </w:pPr>
    </w:p>
    <w:p>
      <w:pPr/>
      <w:r>
        <w:rPr>
          <w:rFonts w:ascii="Times New Roman" w:hAnsi="Times New Roman" w:eastAsia="Times New Roman" w:cs="Times New Roman"/>
          <w:sz w:val="24"/>
        </w:rPr>
        <w:t>Dear ___________________,</w:t>
      </w:r>
    </w:p>
    <w:p>
      <w:pPr>
        <w:spacing w:before="0" w:after="240"/>
      </w:pPr>
    </w:p>
    <w:p>
      <w:pPr>
        <w:spacing w:before="0" w:after="240"/>
      </w:pPr>
      <w:r>
        <w:rPr>
          <w:rFonts w:ascii="Times New Roman" w:hAnsi="Times New Roman" w:eastAsia="Times New Roman" w:cs="Times New Roman"/>
          <w:sz w:val="24"/>
        </w:rPr>
        <w:t xml:space="preserve">This letter is being sent to you in response to: </w:t>
      </w:r>
    </w:p>
    <w:p>
      <w:pPr>
        <w:spacing w:before="0" w:after="240"/>
      </w:pPr>
      <w:r>
        <w:rPr>
          <w:rFonts w:ascii="Times New Roman" w:hAnsi="Times New Roman" w:eastAsia="Times New Roman" w:cs="Times New Roman"/>
          <w:sz w:val="24"/>
        </w:rPr>
        <w:t>Check One (1)</w:t>
      </w:r>
    </w:p>
    <w:p>
      <w:pPr>
        <w:spacing w:before="0" w:after="240"/>
      </w:pPr>
      <w:r>
        <w:rPr>
          <w:rFonts w:ascii="Times New Roman" w:hAnsi="Times New Roman" w:eastAsia="Times New Roman" w:cs="Times New Roman"/>
          <w:sz w:val="24"/>
        </w:rPr>
        <w:t xml:space="preserve"> </w:t>
      </w:r>
      <w:r>
        <w:rPr>
          <w:rFonts w:ascii="Times New Roman" w:hAnsi="Times New Roman" w:eastAsia="Times New Roman" w:cs="Times New Roman"/>
          <w:sz w:val="24"/>
        </w:rPr>
        <w:t>- Notice sent to me on ___________________, 20___.</w:t>
      </w:r>
    </w:p>
    <w:p>
      <w:pPr>
        <w:spacing w:before="0" w:after="240"/>
      </w:pPr>
      <w:r>
        <w:rPr>
          <w:rFonts w:ascii="Times New Roman" w:hAnsi="Times New Roman" w:eastAsia="Times New Roman" w:cs="Times New Roman"/>
          <w:sz w:val="24"/>
        </w:rPr>
        <w:t xml:space="preserve"> </w:t>
      </w:r>
      <w:r>
        <w:rPr>
          <w:rFonts w:ascii="Times New Roman" w:hAnsi="Times New Roman" w:eastAsia="Times New Roman" w:cs="Times New Roman"/>
          <w:sz w:val="24"/>
        </w:rPr>
        <w:t>- Response to a listing on my Credit Report.</w:t>
      </w:r>
    </w:p>
    <w:p>
      <w:pPr>
        <w:spacing w:before="0" w:after="240"/>
      </w:pPr>
      <w:r>
        <w:rPr>
          <w:rFonts w:ascii="Times New Roman" w:hAnsi="Times New Roman" w:eastAsia="Times New Roman" w:cs="Times New Roman"/>
          <w:sz w:val="24"/>
        </w:rPr>
        <w:t xml:space="preserve">Be advised this is </w:t>
      </w:r>
      <w:r>
        <w:rPr>
          <w:rFonts w:ascii="Times New Roman" w:hAnsi="Times New Roman" w:eastAsia="Times New Roman" w:cs="Times New Roman"/>
          <w:sz w:val="24"/>
        </w:rPr>
        <w:t>not</w:t>
      </w:r>
      <w:r>
        <w:rPr>
          <w:rFonts w:ascii="Times New Roman" w:hAnsi="Times New Roman" w:eastAsia="Times New Roman" w:cs="Times New Roman"/>
          <w:sz w:val="24"/>
        </w:rPr>
        <w:t xml:space="preserve"> a refusal to pay, but a notice sent pursuant to the </w:t>
      </w:r>
      <w:r>
        <w:rPr>
          <w:rFonts w:ascii="Times New Roman" w:hAnsi="Times New Roman" w:eastAsia="Times New Roman" w:cs="Times New Roman"/>
          <w:b/>
          <w:sz w:val="24"/>
        </w:rPr>
        <w:t>Fair Debt Collection Practices Act, 15 USC 1692g</w:t>
      </w:r>
      <w:r>
        <w:rPr>
          <w:rFonts w:ascii="Times New Roman" w:hAnsi="Times New Roman" w:eastAsia="Times New Roman" w:cs="Times New Roman"/>
          <w:sz w:val="24"/>
        </w:rPr>
        <w:t xml:space="preserve"> stating your claim is disputed and validation is requested.</w:t>
      </w:r>
    </w:p>
    <w:p>
      <w:pPr>
        <w:spacing w:before="0" w:after="240"/>
      </w:pPr>
      <w:r>
        <w:rPr>
          <w:rFonts w:ascii="Times New Roman" w:hAnsi="Times New Roman" w:eastAsia="Times New Roman" w:cs="Times New Roman"/>
          <w:sz w:val="24"/>
        </w:rPr>
        <w:t>This is NOT a request for “verification” or proof of my mailing address, but a request for VALIDATION made pursuant to the above-named Title and Section. I respectfully request your offices provide me with competent evidence that I have any legal obligation to pay you.</w:t>
      </w:r>
    </w:p>
    <w:p>
      <w:pPr>
        <w:spacing w:before="0" w:after="240"/>
      </w:pPr>
      <w:r>
        <w:rPr>
          <w:rFonts w:ascii="Times New Roman" w:hAnsi="Times New Roman" w:eastAsia="Times New Roman" w:cs="Times New Roman"/>
          <w:sz w:val="24"/>
        </w:rPr>
        <w:t>At this time, I will also inform you that if your offices have reported invalidated information to any of the 3 major credit bureaus (Equifax, Experian or TransUnion) this action may constitute fraud under both Federal and State Laws. Due to this fact, if any negative mark is found on any of my credit reports by your company or the company that you represent, I will not hesitate in bringing legal action against you and your client for the following: Violation of the Fair Credit Reporting Act, Violation of the Fair Debt Collection Practices Act, and Defamation of Character.</w:t>
      </w:r>
    </w:p>
    <w:p>
      <w:pPr>
        <w:spacing w:before="0" w:after="240"/>
      </w:pPr>
      <w:r>
        <w:rPr>
          <w:rFonts w:ascii="Times New Roman" w:hAnsi="Times New Roman" w:eastAsia="Times New Roman" w:cs="Times New Roman"/>
          <w:sz w:val="24"/>
        </w:rPr>
        <w:t xml:space="preserve">If your offices are able to provide the proper documentation as requested in the following Declaration, I will require at least </w:t>
      </w:r>
      <w:r>
        <w:rPr>
          <w:rFonts w:ascii="Times New Roman" w:hAnsi="Times New Roman" w:eastAsia="Times New Roman" w:cs="Times New Roman"/>
          <w:sz w:val="24"/>
        </w:rPr>
        <w:t>30 days</w:t>
      </w:r>
      <w:r>
        <w:rPr>
          <w:rFonts w:ascii="Times New Roman" w:hAnsi="Times New Roman" w:eastAsia="Times New Roman" w:cs="Times New Roman"/>
          <w:sz w:val="24"/>
        </w:rPr>
        <w:t xml:space="preserve"> to investigate this information, during which time all collection activity must </w:t>
      </w:r>
      <w:r>
        <w:rPr>
          <w:rFonts w:ascii="Times New Roman" w:hAnsi="Times New Roman" w:eastAsia="Times New Roman" w:cs="Times New Roman"/>
          <w:b/>
          <w:sz w:val="24"/>
        </w:rPr>
        <w:t>cease and desist</w:t>
      </w:r>
      <w:r>
        <w:rPr>
          <w:rFonts w:ascii="Times New Roman" w:hAnsi="Times New Roman" w:eastAsia="Times New Roman" w:cs="Times New Roman"/>
          <w:sz w:val="24"/>
        </w:rPr>
        <w:t>.</w:t>
      </w:r>
      <w:r>
        <w:rPr>
          <w:rFonts w:ascii="Times New Roman" w:hAnsi="Times New Roman" w:eastAsia="Times New Roman" w:cs="Times New Roman"/>
          <w:sz w:val="24"/>
        </w:rPr>
        <w:t xml:space="preserve"> Also, during this validation period, if any action is taken which could be considered detrimental to any of my credit reports, I will consult with my legal counsel for suit. This includes any listing of any information to a credit reporting repository that could be inaccurate or invalidated. </w:t>
      </w:r>
    </w:p>
    <w:p>
      <w:pPr>
        <w:spacing w:before="0" w:after="240"/>
      </w:pPr>
      <w:r>
        <w:rPr>
          <w:rFonts w:ascii="Times New Roman" w:hAnsi="Times New Roman" w:eastAsia="Times New Roman" w:cs="Times New Roman"/>
          <w:b/>
          <w:sz w:val="24"/>
        </w:rPr>
        <w:t>If your office fails to respond to this validation request within 30 days from the date of your receipt, all references to this account must be deleted and completely removed from my credit file and a copy of such deletion request shall be sent to me immediately.</w:t>
      </w:r>
    </w:p>
    <w:p>
      <w:pPr>
        <w:spacing w:before="0" w:after="240"/>
      </w:pPr>
    </w:p>
    <w:p>
      <w:pPr>
        <w:spacing w:before="0" w:after="240"/>
      </w:pPr>
      <w:r>
        <w:rPr>
          <w:rFonts w:ascii="Times New Roman" w:hAnsi="Times New Roman" w:eastAsia="Times New Roman" w:cs="Times New Roman"/>
          <w:sz w:val="24"/>
        </w:rPr>
        <w:t>Sincerely,</w:t>
      </w:r>
    </w:p>
    <w:p>
      <w:pPr>
        <w:spacing w:before="0" w:after="240"/>
      </w:pPr>
      <w:r>
        <w:rPr>
          <w:rFonts w:ascii="Times New Roman" w:hAnsi="Times New Roman" w:eastAsia="Times New Roman" w:cs="Times New Roman"/>
          <w:sz w:val="24"/>
        </w:rPr>
        <w:t>___________________</w:t>
      </w:r>
    </w:p>
    <w:p>
      <w:pPr>
        <w:spacing w:before="0" w:after="240"/>
        <w:jc w:val="center"/>
      </w:pPr>
    </w:p>
    <w:p>
      <w:pPr>
        <w:spacing w:before="0" w:after="240"/>
        <w:jc w:val="center"/>
      </w:pPr>
    </w:p>
    <w:p>
      <w:pPr>
        <w:spacing w:before="0" w:after="240"/>
        <w:jc w:val="center"/>
      </w:pPr>
      <w:r>
        <w:rPr>
          <w:rFonts w:ascii="Times New Roman" w:hAnsi="Times New Roman" w:eastAsia="Times New Roman" w:cs="Times New Roman"/>
          <w:b/>
          <w:sz w:val="24"/>
        </w:rPr>
        <w:t>CEASE AND DESIST</w:t>
      </w:r>
    </w:p>
    <w:p>
      <w:pPr>
        <w:spacing w:before="0" w:after="240"/>
      </w:pPr>
    </w:p>
    <w:p>
      <w:pPr>
        <w:spacing w:before="0" w:after="240"/>
      </w:pPr>
      <w:r>
        <w:rPr>
          <w:rFonts w:ascii="Times New Roman" w:hAnsi="Times New Roman" w:eastAsia="Times New Roman" w:cs="Times New Roman"/>
          <w:sz w:val="24"/>
        </w:rPr>
        <w:t>I would also like to request, in writing, that no further telephone contact be made by your offices to my home or to my place of employment. If your offices continue to attempt telephone communication with me it will be considered harassment and I will have no choice but to file suit. All future communications with me MUST be done in writing and sent to the address noted in this letter.</w:t>
      </w:r>
    </w:p>
    <w:p>
      <w:pPr>
        <w:spacing w:before="0" w:after="240"/>
      </w:pPr>
      <w:r>
        <w:rPr>
          <w:rFonts w:ascii="Times New Roman" w:hAnsi="Times New Roman" w:eastAsia="Times New Roman" w:cs="Times New Roman"/>
          <w:sz w:val="24"/>
        </w:rPr>
        <w:t>It would be advisable that you and your client assure that your records are in order before I am forced to take legal action.</w:t>
      </w:r>
    </w:p>
    <w:p>
      <w:pPr>
        <w:spacing w:before="0" w:after="240"/>
      </w:pPr>
    </w:p>
    <w:p>
      <w:pPr>
        <w:spacing w:before="0" w:after="240"/>
      </w:pPr>
      <w:r>
        <w:rPr>
          <w:rFonts w:ascii="Times New Roman" w:hAnsi="Times New Roman" w:eastAsia="Times New Roman" w:cs="Times New Roman"/>
          <w:sz w:val="24"/>
        </w:rPr>
        <w:t>Sincerely,</w:t>
      </w:r>
    </w:p>
    <w:p>
      <w:pPr>
        <w:spacing w:before="0" w:after="240"/>
      </w:pPr>
      <w:r>
        <w:rPr>
          <w:rFonts w:ascii="Times New Roman" w:hAnsi="Times New Roman" w:eastAsia="Times New Roman" w:cs="Times New Roman"/>
          <w:sz w:val="24"/>
        </w:rPr>
        <w:t>___________________</w:t>
      </w:r>
    </w:p>
    <w:p>
      <w:pPr>
        <w:spacing w:before="0" w:after="240"/>
      </w:pPr>
    </w:p>
    <w:p>
      <w:pPr>
        <w:spacing w:before="0" w:after="240"/>
      </w:pPr>
    </w:p>
    <w:p>
      <w:pPr>
        <w:spacing w:before="0" w:after="240"/>
      </w:pPr>
    </w:p>
    <w:p>
      <w:pPr>
        <w:spacing w:before="0" w:after="240"/>
      </w:pPr>
    </w:p>
    <w:p>
      <w:pPr>
        <w:spacing w:before="0" w:after="240"/>
      </w:pPr>
    </w:p>
    <w:p>
      <w:pPr>
        <w:spacing w:before="0" w:after="240"/>
      </w:pPr>
    </w:p>
    <w:p>
      <w:pPr>
        <w:spacing w:before="0" w:after="240"/>
      </w:pPr>
    </w:p>
    <w:p>
      <w:pPr>
        <w:spacing w:before="0" w:after="240"/>
      </w:pPr>
    </w:p>
    <w:p>
      <w:pPr>
        <w:spacing w:before="0" w:after="240"/>
      </w:pPr>
    </w:p>
    <w:p>
      <w:pPr>
        <w:spacing w:before="0" w:after="240"/>
      </w:pPr>
    </w:p>
    <w:p>
      <w:pPr>
        <w:spacing w:before="0" w:after="240"/>
      </w:pPr>
    </w:p>
    <w:p>
      <w:pPr>
        <w:spacing w:before="0" w:after="240"/>
      </w:pPr>
    </w:p>
    <w:p>
      <w:pPr>
        <w:spacing w:before="0" w:after="240"/>
      </w:pPr>
    </w:p>
    <w:p>
      <w:pPr>
        <w:spacing w:before="0" w:after="240"/>
      </w:pPr>
    </w:p>
    <w:p>
      <w:pPr>
        <w:spacing w:before="0" w:after="240"/>
      </w:pPr>
    </w:p>
    <w:p>
      <w:pPr>
        <w:spacing w:before="0" w:after="240"/>
        <w:jc w:val="center"/>
      </w:pPr>
    </w:p>
    <w:p>
      <w:pPr>
        <w:spacing w:before="0" w:after="240"/>
        <w:jc w:val="center"/>
      </w:pPr>
    </w:p>
    <w:p>
      <w:pPr>
        <w:spacing w:before="0" w:after="240"/>
        <w:jc w:val="center"/>
      </w:pPr>
    </w:p>
    <w:p>
      <w:pPr>
        <w:spacing w:before="0" w:after="240"/>
        <w:jc w:val="center"/>
      </w:pPr>
    </w:p>
    <w:p>
      <w:pPr>
        <w:spacing w:before="0" w:after="240"/>
        <w:jc w:val="center"/>
      </w:pPr>
      <w:r>
        <w:rPr>
          <w:rFonts w:ascii="Times New Roman" w:hAnsi="Times New Roman" w:eastAsia="Times New Roman" w:cs="Times New Roman"/>
          <w:b/>
          <w:sz w:val="24"/>
        </w:rPr>
        <w:t>CREDITOR/DEBT COLLECTOR DECLARATION</w:t>
      </w:r>
    </w:p>
    <w:p>
      <w:pPr>
        <w:spacing w:before="0" w:after="240"/>
      </w:pPr>
    </w:p>
    <w:p>
      <w:pPr>
        <w:spacing w:before="0" w:after="240"/>
      </w:pPr>
      <w:r>
        <w:rPr>
          <w:rFonts w:ascii="Times New Roman" w:hAnsi="Times New Roman" w:eastAsia="Times New Roman" w:cs="Times New Roman"/>
          <w:sz w:val="24"/>
        </w:rPr>
        <w:t>Please provide all of the following information and submit the appropriate forms and paperwork within 30 days from the date of your receipt of this request for validation.</w:t>
      </w:r>
    </w:p>
    <w:p>
      <w:pPr>
        <w:spacing w:before="0" w:after="240"/>
      </w:pPr>
      <w:r>
        <w:rPr>
          <w:rFonts w:ascii="Times New Roman" w:hAnsi="Times New Roman" w:eastAsia="Times New Roman" w:cs="Times New Roman"/>
          <w:sz w:val="24"/>
        </w:rPr>
        <w:t>Name and Address of Alleged Creditor:</w:t>
      </w:r>
    </w:p>
    <w:p>
      <w:pPr>
        <w:spacing w:before="0" w:after="240"/>
      </w:pPr>
      <w:r>
        <w:rPr>
          <w:rFonts w:ascii="Times New Roman" w:hAnsi="Times New Roman" w:eastAsia="Times New Roman" w:cs="Times New Roman"/>
          <w:sz w:val="24"/>
        </w:rPr>
        <w:t>______________________________________________________________________</w:t>
      </w:r>
    </w:p>
    <w:p>
      <w:pPr>
        <w:spacing w:before="0" w:after="240"/>
      </w:pPr>
      <w:r>
        <w:rPr>
          <w:rFonts w:ascii="Times New Roman" w:hAnsi="Times New Roman" w:eastAsia="Times New Roman" w:cs="Times New Roman"/>
          <w:sz w:val="24"/>
        </w:rPr>
        <w:t>Name on File of Alleged Debtor:</w:t>
      </w:r>
    </w:p>
    <w:p>
      <w:pPr>
        <w:spacing w:before="0" w:after="240"/>
      </w:pPr>
      <w:r>
        <w:rPr>
          <w:rFonts w:ascii="Times New Roman" w:hAnsi="Times New Roman" w:eastAsia="Times New Roman" w:cs="Times New Roman"/>
          <w:sz w:val="24"/>
        </w:rPr>
        <w:t>______________________________________________________________________</w:t>
      </w:r>
    </w:p>
    <w:p>
      <w:pPr>
        <w:spacing w:before="0" w:after="240"/>
      </w:pPr>
      <w:r>
        <w:rPr>
          <w:rFonts w:ascii="Times New Roman" w:hAnsi="Times New Roman" w:eastAsia="Times New Roman" w:cs="Times New Roman"/>
          <w:sz w:val="24"/>
        </w:rPr>
        <w:t>Alleged Account #:</w:t>
      </w:r>
    </w:p>
    <w:p>
      <w:pPr>
        <w:spacing w:before="0" w:after="240"/>
      </w:pPr>
      <w:r>
        <w:rPr>
          <w:rFonts w:ascii="Times New Roman" w:hAnsi="Times New Roman" w:eastAsia="Times New Roman" w:cs="Times New Roman"/>
          <w:sz w:val="24"/>
        </w:rPr>
        <w:t>______________________________________________________________________</w:t>
      </w:r>
    </w:p>
    <w:p>
      <w:pPr>
        <w:spacing w:before="0" w:after="240"/>
      </w:pPr>
      <w:r>
        <w:rPr>
          <w:rFonts w:ascii="Times New Roman" w:hAnsi="Times New Roman" w:eastAsia="Times New Roman" w:cs="Times New Roman"/>
          <w:sz w:val="24"/>
        </w:rPr>
        <w:t>Address on File for Alleged Debtor:</w:t>
      </w:r>
    </w:p>
    <w:p>
      <w:pPr>
        <w:spacing w:before="0" w:after="240"/>
      </w:pPr>
      <w:r>
        <w:rPr>
          <w:rFonts w:ascii="Times New Roman" w:hAnsi="Times New Roman" w:eastAsia="Times New Roman" w:cs="Times New Roman"/>
          <w:sz w:val="24"/>
        </w:rPr>
        <w:t>______________________________________________________________________</w:t>
      </w:r>
    </w:p>
    <w:p>
      <w:pPr>
        <w:spacing w:before="0" w:after="240"/>
      </w:pPr>
      <w:r>
        <w:rPr>
          <w:rFonts w:ascii="Times New Roman" w:hAnsi="Times New Roman" w:eastAsia="Times New Roman" w:cs="Times New Roman"/>
          <w:sz w:val="24"/>
        </w:rPr>
        <w:t>Amount of Alleged Debt:</w:t>
      </w:r>
    </w:p>
    <w:p>
      <w:pPr>
        <w:spacing w:before="0" w:after="240"/>
      </w:pPr>
      <w:r>
        <w:rPr>
          <w:rFonts w:ascii="Times New Roman" w:hAnsi="Times New Roman" w:eastAsia="Times New Roman" w:cs="Times New Roman"/>
          <w:sz w:val="24"/>
        </w:rPr>
        <w:t>______________________________________________________________________</w:t>
      </w:r>
    </w:p>
    <w:p>
      <w:pPr>
        <w:spacing w:before="0" w:after="240"/>
      </w:pPr>
      <w:r>
        <w:rPr>
          <w:rFonts w:ascii="Times New Roman" w:hAnsi="Times New Roman" w:eastAsia="Times New Roman" w:cs="Times New Roman"/>
          <w:sz w:val="24"/>
        </w:rPr>
        <w:t>Date (that this alleged debt became payable):</w:t>
      </w:r>
    </w:p>
    <w:p>
      <w:pPr>
        <w:spacing w:before="0" w:after="240"/>
      </w:pPr>
      <w:r>
        <w:rPr>
          <w:rFonts w:ascii="Times New Roman" w:hAnsi="Times New Roman" w:eastAsia="Times New Roman" w:cs="Times New Roman"/>
          <w:sz w:val="24"/>
        </w:rPr>
        <w:t>______________________________________________________________________</w:t>
      </w:r>
    </w:p>
    <w:p>
      <w:pPr>
        <w:spacing w:before="0" w:after="240"/>
      </w:pPr>
      <w:r>
        <w:rPr>
          <w:rFonts w:ascii="Times New Roman" w:hAnsi="Times New Roman" w:eastAsia="Times New Roman" w:cs="Times New Roman"/>
          <w:sz w:val="24"/>
        </w:rPr>
        <w:t>Date of Original Charge or Delinquency:</w:t>
      </w:r>
    </w:p>
    <w:p>
      <w:pPr>
        <w:spacing w:before="0" w:after="240"/>
      </w:pPr>
      <w:r>
        <w:rPr>
          <w:rFonts w:ascii="Times New Roman" w:hAnsi="Times New Roman" w:eastAsia="Times New Roman" w:cs="Times New Roman"/>
          <w:sz w:val="24"/>
        </w:rPr>
        <w:t>______________________________________________________________________</w:t>
      </w:r>
    </w:p>
    <w:p>
      <w:pPr>
        <w:spacing w:before="0" w:after="240"/>
      </w:pPr>
      <w:r>
        <w:rPr>
          <w:rFonts w:ascii="Times New Roman" w:hAnsi="Times New Roman" w:eastAsia="Times New Roman" w:cs="Times New Roman"/>
          <w:sz w:val="24"/>
        </w:rPr>
        <w:t>Was this Debt assigned to a Debt Collector or Purchased?</w:t>
      </w:r>
    </w:p>
    <w:p>
      <w:pPr>
        <w:spacing w:before="0" w:after="240"/>
      </w:pPr>
      <w:r>
        <w:rPr>
          <w:rFonts w:ascii="Times New Roman" w:hAnsi="Times New Roman" w:eastAsia="Times New Roman" w:cs="Times New Roman"/>
          <w:sz w:val="24"/>
        </w:rPr>
        <w:t>______________________________________________________________________</w:t>
      </w:r>
    </w:p>
    <w:p>
      <w:pPr>
        <w:spacing w:before="0" w:after="240"/>
      </w:pPr>
      <w:r>
        <w:rPr>
          <w:rFonts w:ascii="Times New Roman" w:hAnsi="Times New Roman" w:eastAsia="Times New Roman" w:cs="Times New Roman"/>
          <w:sz w:val="24"/>
        </w:rPr>
        <w:t>Amount Paid if Debt was Purchased:</w:t>
      </w:r>
    </w:p>
    <w:p>
      <w:pPr>
        <w:spacing w:before="0" w:after="240"/>
      </w:pPr>
      <w:r>
        <w:rPr>
          <w:rFonts w:ascii="Times New Roman" w:hAnsi="Times New Roman" w:eastAsia="Times New Roman" w:cs="Times New Roman"/>
          <w:sz w:val="24"/>
        </w:rPr>
        <w:t>______________________________________________________________________</w:t>
      </w:r>
    </w:p>
    <w:p>
      <w:pPr>
        <w:spacing w:before="0" w:after="240"/>
      </w:pPr>
      <w:r>
        <w:rPr>
          <w:rFonts w:ascii="Times New Roman" w:hAnsi="Times New Roman" w:eastAsia="Times New Roman" w:cs="Times New Roman"/>
          <w:sz w:val="24"/>
        </w:rPr>
        <w:t>Commission for debt collector if collection efforts are successful:</w:t>
      </w:r>
    </w:p>
    <w:p>
      <w:pPr>
        <w:spacing w:before="0" w:after="240"/>
      </w:pPr>
      <w:r>
        <w:rPr>
          <w:rFonts w:ascii="Times New Roman" w:hAnsi="Times New Roman" w:eastAsia="Times New Roman" w:cs="Times New Roman"/>
          <w:sz w:val="24"/>
        </w:rPr>
        <w:t>______________________________________________________________________</w:t>
      </w:r>
    </w:p>
    <w:p>
      <w:pPr>
        <w:spacing w:before="0" w:after="240"/>
        <w:jc w:val="center"/>
      </w:pPr>
    </w:p>
    <w:p>
      <w:pPr>
        <w:spacing w:before="0" w:after="240"/>
        <w:jc w:val="center"/>
      </w:pPr>
    </w:p>
    <w:p>
      <w:pPr>
        <w:spacing w:before="0" w:after="240"/>
        <w:jc w:val="center"/>
      </w:pPr>
    </w:p>
    <w:p>
      <w:pPr>
        <w:spacing w:before="0" w:after="240"/>
        <w:jc w:val="center"/>
      </w:pPr>
    </w:p>
    <w:p>
      <w:pPr>
        <w:spacing w:before="0" w:after="240"/>
        <w:jc w:val="center"/>
      </w:pPr>
      <w:r>
        <w:rPr>
          <w:rFonts w:ascii="Times New Roman" w:hAnsi="Times New Roman" w:eastAsia="Times New Roman" w:cs="Times New Roman"/>
          <w:b/>
          <w:sz w:val="24"/>
        </w:rPr>
        <w:t>REQUESTED INFORMATION</w:t>
      </w:r>
    </w:p>
    <w:p>
      <w:pPr>
        <w:spacing w:before="0" w:after="240"/>
      </w:pPr>
    </w:p>
    <w:p>
      <w:pPr>
        <w:spacing w:before="0" w:after="240"/>
      </w:pPr>
      <w:r>
        <w:rPr>
          <w:rFonts w:ascii="Times New Roman" w:hAnsi="Times New Roman" w:eastAsia="Times New Roman" w:cs="Times New Roman"/>
          <w:sz w:val="24"/>
        </w:rPr>
        <w:t>Please attach copies of the following:</w:t>
      </w:r>
    </w:p>
    <w:p>
      <w:pPr>
        <w:spacing w:before="0" w:after="240"/>
      </w:pPr>
      <w:r>
        <w:rPr>
          <w:rFonts w:ascii="Times New Roman" w:hAnsi="Times New Roman" w:eastAsia="Times New Roman" w:cs="Times New Roman"/>
          <w:sz w:val="24"/>
        </w:rPr>
        <w:t>Agreement with your client that grants ___________________ (Collection Agency Name) the authority to collect this alleged debt.</w:t>
      </w:r>
    </w:p>
    <w:p>
      <w:pPr>
        <w:spacing w:before="0" w:after="240"/>
      </w:pPr>
    </w:p>
    <w:p>
      <w:pPr>
        <w:spacing w:before="0" w:after="240"/>
      </w:pPr>
      <w:r>
        <w:rPr>
          <w:rFonts w:ascii="Times New Roman" w:hAnsi="Times New Roman" w:eastAsia="Times New Roman" w:cs="Times New Roman"/>
          <w:sz w:val="24"/>
        </w:rPr>
        <w:t>Signed agreement Debtor has made with Debt Collector, or other verifiable proof Debtor has a contractual obligation to pay Debt Collector.</w:t>
      </w:r>
    </w:p>
    <w:p>
      <w:pPr>
        <w:spacing w:before="0" w:after="240"/>
      </w:pPr>
    </w:p>
    <w:p>
      <w:pPr>
        <w:spacing w:before="0" w:after="240"/>
      </w:pPr>
      <w:r>
        <w:rPr>
          <w:rFonts w:ascii="Times New Roman" w:hAnsi="Times New Roman" w:eastAsia="Times New Roman" w:cs="Times New Roman"/>
          <w:sz w:val="24"/>
        </w:rPr>
        <w:t>Any agreement that bears the signature of Debtor, wherein agreed to pay Creditor.</w:t>
      </w:r>
    </w:p>
    <w:p>
      <w:pPr>
        <w:spacing w:before="0" w:after="240"/>
      </w:pPr>
    </w:p>
    <w:p>
      <w:pPr>
        <w:spacing w:before="0" w:after="240"/>
      </w:pPr>
      <w:r>
        <w:rPr>
          <w:rFonts w:ascii="Times New Roman" w:hAnsi="Times New Roman" w:eastAsia="Times New Roman" w:cs="Times New Roman"/>
          <w:sz w:val="24"/>
        </w:rPr>
        <w:t>All statements while this account was open.</w:t>
      </w:r>
    </w:p>
    <w:p>
      <w:pPr/>
    </w:p>
    <w:p>
      <w:pPr>
        <w:spacing w:before="0" w:after="240"/>
      </w:pPr>
      <w:r>
        <w:rPr>
          <w:rFonts w:ascii="Times New Roman" w:hAnsi="Times New Roman" w:eastAsia="Times New Roman" w:cs="Times New Roman"/>
          <w:sz w:val="24"/>
        </w:rPr>
        <w:t xml:space="preserve">Have any insurance claims been made by any creditor regarding this account? </w:t>
      </w:r>
    </w:p>
    <w:p>
      <w:pPr>
        <w:spacing w:before="0" w:after="240"/>
      </w:pPr>
      <w:r>
        <w:rPr>
          <w:rFonts w:ascii="Times New Roman" w:hAnsi="Times New Roman" w:eastAsia="Times New Roman" w:cs="Times New Roman"/>
          <w:sz w:val="24"/>
        </w:rPr>
        <w:t>☐</w:t>
      </w: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YES   -   </w:t>
      </w:r>
      <w:r>
        <w:rPr>
          <w:rFonts w:ascii="Times New Roman" w:hAnsi="Times New Roman" w:eastAsia="Times New Roman" w:cs="Times New Roman"/>
          <w:sz w:val="24"/>
        </w:rPr>
        <w:t>☐</w:t>
      </w:r>
      <w:r>
        <w:rPr>
          <w:rFonts w:ascii="Times New Roman" w:hAnsi="Times New Roman" w:eastAsia="Times New Roman" w:cs="Times New Roman"/>
          <w:sz w:val="24"/>
        </w:rPr>
        <w:t xml:space="preserve"> NO</w:t>
      </w:r>
    </w:p>
    <w:p>
      <w:pPr>
        <w:spacing w:before="0" w:after="240"/>
      </w:pPr>
      <w:r>
        <w:rPr>
          <w:rFonts w:ascii="Times New Roman" w:hAnsi="Times New Roman" w:eastAsia="Times New Roman" w:cs="Times New Roman"/>
          <w:sz w:val="24"/>
        </w:rPr>
        <w:t xml:space="preserve">Have any judgments been obtained by any creditor regarding this account? </w:t>
      </w:r>
    </w:p>
    <w:p>
      <w:pPr>
        <w:spacing w:before="0" w:after="240"/>
      </w:pPr>
      <w:r>
        <w:rPr>
          <w:rFonts w:ascii="Times New Roman" w:hAnsi="Times New Roman" w:eastAsia="Times New Roman" w:cs="Times New Roman"/>
          <w:sz w:val="24"/>
        </w:rPr>
        <w:t>☐</w:t>
      </w: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YES   -   </w:t>
      </w:r>
      <w:r>
        <w:rPr>
          <w:rFonts w:ascii="Times New Roman" w:hAnsi="Times New Roman" w:eastAsia="Times New Roman" w:cs="Times New Roman"/>
          <w:sz w:val="24"/>
        </w:rPr>
        <w:t>☐</w:t>
      </w:r>
      <w:r>
        <w:rPr>
          <w:rFonts w:ascii="Times New Roman" w:hAnsi="Times New Roman" w:eastAsia="Times New Roman" w:cs="Times New Roman"/>
          <w:sz w:val="24"/>
        </w:rPr>
        <w:t xml:space="preserve"> NO</w:t>
      </w:r>
    </w:p>
    <w:p>
      <w:pPr>
        <w:spacing w:before="0" w:after="240"/>
      </w:pPr>
      <w:r>
        <w:rPr>
          <w:rFonts w:ascii="Times New Roman" w:hAnsi="Times New Roman" w:eastAsia="Times New Roman" w:cs="Times New Roman"/>
          <w:sz w:val="24"/>
        </w:rPr>
        <w:t>Please provide the name and address of the bonding agent for ___________________ (Name of Debt Collector), in case legal action becomes necessary:</w:t>
      </w:r>
    </w:p>
    <w:p>
      <w:pPr>
        <w:spacing w:before="0" w:after="240"/>
        <w:jc w:val="center"/>
      </w:pPr>
    </w:p>
    <w:p>
      <w:pPr>
        <w:spacing w:before="0" w:after="240"/>
        <w:jc w:val="center"/>
      </w:pPr>
      <w:r>
        <w:rPr>
          <w:rFonts w:ascii="Times New Roman" w:hAnsi="Times New Roman" w:eastAsia="Times New Roman" w:cs="Times New Roman"/>
          <w:sz w:val="24"/>
        </w:rPr>
        <w:t>______________________________</w:t>
      </w:r>
    </w:p>
    <w:p>
      <w:pPr>
        <w:spacing w:before="0" w:after="240"/>
        <w:jc w:val="center"/>
      </w:pPr>
      <w:r>
        <w:rPr>
          <w:rFonts w:ascii="Times New Roman" w:hAnsi="Times New Roman" w:eastAsia="Times New Roman" w:cs="Times New Roman"/>
          <w:sz w:val="24"/>
        </w:rPr>
        <w:t>______________________________</w:t>
      </w:r>
    </w:p>
    <w:p>
      <w:pPr>
        <w:spacing w:before="0" w:after="240"/>
        <w:jc w:val="center"/>
      </w:pPr>
      <w:r>
        <w:rPr>
          <w:rFonts w:ascii="Times New Roman" w:hAnsi="Times New Roman" w:eastAsia="Times New Roman" w:cs="Times New Roman"/>
          <w:sz w:val="24"/>
        </w:rPr>
        <w:t>______________________________</w:t>
      </w:r>
    </w:p>
    <w:p>
      <w:pPr>
        <w:spacing w:before="0" w:after="240"/>
      </w:pPr>
    </w:p>
    <w:p>
      <w:pPr>
        <w:spacing w:before="0" w:after="240"/>
      </w:pPr>
    </w:p>
    <w:p>
      <w:pPr>
        <w:spacing w:before="0" w:after="240"/>
      </w:pPr>
      <w:r>
        <w:rPr>
          <w:rFonts w:ascii="Times New Roman" w:hAnsi="Times New Roman" w:eastAsia="Times New Roman" w:cs="Times New Roman"/>
          <w:b/>
          <w:sz w:val="24"/>
        </w:rPr>
        <w:t>Authorized Signature of Creditor</w:t>
      </w:r>
      <w:r>
        <w:rPr>
          <w:rFonts w:ascii="Times New Roman" w:hAnsi="Times New Roman" w:eastAsia="Times New Roman" w:cs="Times New Roman"/>
          <w:sz w:val="24"/>
        </w:rPr>
        <w:t>: _</w:t>
      </w:r>
      <w:r>
        <w:rPr>
          <w:rFonts w:ascii="Times New Roman" w:hAnsi="Times New Roman" w:eastAsia="Times New Roman" w:cs="Times New Roman"/>
          <w:sz w:val="24"/>
        </w:rPr>
        <w:t>_____________________________</w:t>
      </w:r>
    </w:p>
    <w:p>
      <w:pPr>
        <w:spacing w:before="0" w:after="240"/>
      </w:pPr>
      <w:r>
        <w:rPr>
          <w:rFonts w:ascii="Times New Roman" w:hAnsi="Times New Roman" w:eastAsia="Times New Roman" w:cs="Times New Roman"/>
          <w:sz w:val="24"/>
        </w:rPr>
        <w:t>Date: _________________________</w:t>
      </w:r>
    </w:p>
    <w:p>
      <w:pPr>
        <w:spacing w:before="0" w:after="240"/>
      </w:pPr>
      <w:r>
        <w:rPr>
          <w:rFonts w:ascii="Times New Roman" w:hAnsi="Times New Roman" w:eastAsia="Times New Roman" w:cs="Times New Roman"/>
          <w:sz w:val="24"/>
        </w:rPr>
        <w:t>You must return this completed form along with copies of all requested information, assignments or other transfer agreements, which would establish your right to collect this alleged debt within 30 days from the date of your receipt of this letter.</w:t>
      </w:r>
    </w:p>
    <w:p>
      <w:pPr>
        <w:spacing w:before="0" w:after="240"/>
      </w:pPr>
      <w:r>
        <w:rPr>
          <w:rFonts w:ascii="Times New Roman" w:hAnsi="Times New Roman" w:eastAsia="Times New Roman" w:cs="Times New Roman"/>
          <w:sz w:val="24"/>
        </w:rPr>
        <w:t xml:space="preserve">Your claim cannot and WILL NOT be considered if any portion of this form is not completed and returned with copies of all requested documents. This is a request for validation made pursuant to the Fair Debt Collection Practices Act. </w:t>
      </w:r>
    </w:p>
    <w:p>
      <w:pPr>
        <w:spacing w:before="0" w:after="240"/>
      </w:pPr>
      <w:r>
        <w:rPr>
          <w:rFonts w:ascii="Times New Roman" w:hAnsi="Times New Roman" w:eastAsia="Times New Roman" w:cs="Times New Roman"/>
          <w:sz w:val="24"/>
        </w:rPr>
        <w:t>Please allow 30 days for processing after I receive this information.</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