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w:t>
      </w:r>
    </w:p>
    <w:p>
      <w:pPr>
        <w:keepNext w:val="0"/>
        <w:spacing w:before="200" w:after="0" w:line="260" w:lineRule="exact"/>
        <w:ind w:left="360" w:right="0" w:firstLine="0"/>
        <w:jc w:val="both"/>
      </w:pPr>
      <w:r>
        <w:rPr>
          <w:rFonts w:ascii="Times New Roman" w:hAnsi="Times New Roman" w:eastAsia="Times New Roman" w:cs="Times New Roman"/>
          <w:b w:val="0"/>
          <w:sz w:val="24"/>
        </w:rPr>
        <w:t>[attorney address]</w:t>
      </w:r>
    </w:p>
    <w:p>
      <w:pPr>
        <w:keepNext w:val="0"/>
        <w:spacing w:before="200" w:after="0" w:line="260" w:lineRule="exact"/>
        <w:ind w:left="360" w:right="0" w:firstLine="0"/>
        <w:jc w:val="both"/>
      </w:pPr>
      <w:r>
        <w:rPr>
          <w:rFonts w:ascii="Times New Roman" w:hAnsi="Times New Roman" w:eastAsia="Times New Roman" w:cs="Times New Roman"/>
          <w:b w:val="0"/>
          <w:sz w:val="24"/>
        </w:rPr>
        <w:t>[attorney 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 fax number, if any]</w:t>
      </w:r>
    </w:p>
    <w:p>
      <w:pPr>
        <w:keepNext w:val="0"/>
        <w:spacing w:before="200" w:after="0" w:line="260" w:lineRule="exact"/>
        <w:ind w:left="360" w:right="0" w:firstLine="0"/>
        <w:jc w:val="both"/>
      </w:pPr>
      <w:r>
        <w:rPr>
          <w:rFonts w:ascii="Times New Roman" w:hAnsi="Times New Roman" w:eastAsia="Times New Roman" w:cs="Times New Roman"/>
          <w:b w:val="0"/>
          <w:sz w:val="24"/>
        </w:rPr>
        <w:t>[attorney 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State Bar # [attorney State Bar membership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 for [party designation, e.g., Plaintiff] [party name]</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SUPERIOR COURT OF THE STATE OF CALIFORNIA </w:t>
      </w:r>
    </w:p>
    <w:p>
      <w:pPr>
        <w:keepNext w:val="0"/>
        <w:spacing w:before="200" w:after="0" w:line="260" w:lineRule="exact"/>
        <w:ind w:left="360" w:right="0" w:firstLine="0"/>
        <w:jc w:val="center"/>
      </w:pPr>
      <w:r>
        <w:rPr>
          <w:rFonts w:ascii="Times New Roman" w:hAnsi="Times New Roman" w:eastAsia="Times New Roman" w:cs="Times New Roman"/>
          <w:b w:val="0"/>
          <w:sz w:val="24"/>
        </w:rPr>
        <w:t>FOR THE 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I, [declarant name], declare: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[the duly authorized custodian or state other qualification] of the records of [name of business or other entity] and have authority to certify such records.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[date of service of subpoena], [I or name of person or entity served] was served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duces tecum issued in connection with the above-entitled action, which demanded production of [specify materials sought by subpoena].</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accompanying copies are true copies of all the records described in the subpoena that are in my possession as [custodian of records or state other qualification] of [name of business or other entity].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[records or copies of records] provided pursuant to the subpoena consist of the following: [list individual documents or categories of documents].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These records were prepared by the personnel of [name of business or other entity], and by other persons acting under the control of those personnel, in the ordinary course of business, at or near the times of the acts, conditions, or events recorded therein by the following method(s): [describe method(s) of preparation].</w:t>
      </w:r>
    </w:p>
    <w:p>
      <w:pPr>
        <w:keepNext w:val="0"/>
        <w:spacing w:before="200" w:after="0" w:line="260" w:lineRule="exact"/>
        <w:ind w:left="360" w:right="0" w:firstLine="0"/>
        <w:jc w:val="both"/>
      </w:pPr>
      <w:r>
        <w:rPr>
          <w:rFonts w:ascii="Times New Roman" w:hAnsi="Times New Roman" w:eastAsia="Times New Roman" w:cs="Times New Roman"/>
          <w:b w:val="0"/>
          <w:sz w:val="24"/>
        </w:rPr>
        <w:t>I declare under penalty of perjury under the laws of the State of California that the foregoing is true and correct.</w:t>
      </w:r>
    </w:p>
    <w:p>
      <w:pPr>
        <w:keepNext w:val="0"/>
        <w:spacing w:before="120" w:after="0" w:line="260" w:lineRule="exact"/>
        <w:ind w:left="360" w:right="0" w:firstLine="0"/>
        <w:jc w:val="left"/>
      </w:pPr>
      <w:r>
        <w:rPr>
          <w:rFonts w:ascii="Times New Roman" w:hAnsi="Times New Roman" w:eastAsia="Times New Roman" w:cs="Times New Roman"/>
          <w:b w:val="0"/>
          <w:sz w:val="24"/>
        </w:rPr>
        <w:t>[date signed]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declarant)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