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Declaration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[attorney name]</w:t>
      </w:r>
    </w:p>
    <w:p>
      <w:pPr>
        <w:keepNext w:val="0"/>
        <w:spacing w:before="200" w:after="0" w:line="260" w:lineRule="exact"/>
        <w:ind w:left="360" w:right="0" w:firstLine="0"/>
        <w:jc w:val="both"/>
      </w:pPr>
      <w:r>
        <w:rPr>
          <w:rFonts w:ascii="Times New Roman" w:hAnsi="Times New Roman" w:eastAsia="Times New Roman" w:cs="Times New Roman"/>
          <w:b w:val="0"/>
          <w:sz w:val="24"/>
        </w:rPr>
        <w:t>[attorney address]</w:t>
      </w:r>
    </w:p>
    <w:p>
      <w:pPr>
        <w:keepNext w:val="0"/>
        <w:spacing w:before="200" w:after="0" w:line="260" w:lineRule="exact"/>
        <w:ind w:left="360" w:right="0" w:firstLine="0"/>
        <w:jc w:val="both"/>
      </w:pPr>
      <w:r>
        <w:rPr>
          <w:rFonts w:ascii="Times New Roman" w:hAnsi="Times New Roman" w:eastAsia="Times New Roman" w:cs="Times New Roman"/>
          <w:b w:val="0"/>
          <w:sz w:val="24"/>
        </w:rPr>
        <w:t>[attorney telephone number]</w:t>
      </w:r>
    </w:p>
    <w:p>
      <w:pPr>
        <w:keepNext w:val="0"/>
        <w:spacing w:before="200" w:after="0" w:line="260" w:lineRule="exact"/>
        <w:ind w:left="360" w:right="0" w:firstLine="0"/>
        <w:jc w:val="both"/>
      </w:pPr>
      <w:r>
        <w:rPr>
          <w:rFonts w:ascii="Times New Roman" w:hAnsi="Times New Roman" w:eastAsia="Times New Roman" w:cs="Times New Roman"/>
          <w:b w:val="0"/>
          <w:sz w:val="24"/>
        </w:rPr>
        <w:t>[attorney fax number, if any]</w:t>
      </w:r>
    </w:p>
    <w:p>
      <w:pPr>
        <w:keepNext w:val="0"/>
        <w:spacing w:before="200" w:after="0" w:line="260" w:lineRule="exact"/>
        <w:ind w:left="360" w:right="0" w:firstLine="0"/>
        <w:jc w:val="both"/>
      </w:pPr>
      <w:r>
        <w:rPr>
          <w:rFonts w:ascii="Times New Roman" w:hAnsi="Times New Roman" w:eastAsia="Times New Roman" w:cs="Times New Roman"/>
          <w:b w:val="0"/>
          <w:sz w:val="24"/>
        </w:rPr>
        <w:t>[attorney email address]</w:t>
      </w:r>
    </w:p>
    <w:p>
      <w:pPr>
        <w:keepNext w:val="0"/>
        <w:spacing w:before="200" w:after="0" w:line="260" w:lineRule="exact"/>
        <w:ind w:left="360" w:right="0" w:firstLine="0"/>
        <w:jc w:val="both"/>
      </w:pPr>
      <w:r>
        <w:rPr>
          <w:rFonts w:ascii="Times New Roman" w:hAnsi="Times New Roman" w:eastAsia="Times New Roman" w:cs="Times New Roman"/>
          <w:b w:val="0"/>
          <w:sz w:val="24"/>
        </w:rPr>
        <w:t>State Bar # [attorney State Bar membership number]</w:t>
      </w:r>
    </w:p>
    <w:p>
      <w:pPr>
        <w:keepNext w:val="0"/>
        <w:spacing w:before="200" w:after="0" w:line="260" w:lineRule="exact"/>
        <w:ind w:left="360" w:right="0" w:firstLine="0"/>
        <w:jc w:val="both"/>
      </w:pPr>
      <w:r>
        <w:rPr>
          <w:rFonts w:ascii="Times New Roman" w:hAnsi="Times New Roman" w:eastAsia="Times New Roman" w:cs="Times New Roman"/>
          <w:b w:val="0"/>
          <w:sz w:val="24"/>
        </w:rPr>
        <w:t>Attorney for [party designation, e.g., Plaintiff] [party name]</w:t>
      </w:r>
    </w:p>
    <w:p>
      <w:pPr>
        <w:keepNext w:val="0"/>
        <w:spacing w:before="200" w:after="0" w:line="260" w:lineRule="exact"/>
        <w:ind w:left="360" w:right="0" w:firstLine="0"/>
        <w:jc w:val="center"/>
      </w:pPr>
      <w:r>
        <w:rPr>
          <w:rFonts w:ascii="Times New Roman" w:hAnsi="Times New Roman" w:eastAsia="Times New Roman" w:cs="Times New Roman"/>
          <w:b w:val="0"/>
          <w:sz w:val="24"/>
        </w:rPr>
        <w:t xml:space="preserve">SUPERIOR COURT OF THE STATE OF CALIFORNIA </w:t>
      </w:r>
    </w:p>
    <w:p>
      <w:pPr>
        <w:keepNext w:val="0"/>
        <w:spacing w:before="200" w:after="0" w:line="260" w:lineRule="exact"/>
        <w:ind w:left="360" w:right="0" w:firstLine="0"/>
        <w:jc w:val="center"/>
      </w:pPr>
      <w:r>
        <w:rPr>
          <w:rFonts w:ascii="Times New Roman" w:hAnsi="Times New Roman" w:eastAsia="Times New Roman" w:cs="Times New Roman"/>
          <w:b w:val="0"/>
          <w:sz w:val="24"/>
        </w:rPr>
        <w:t>FOR THE COUNTY OF [county name]</w:t>
      </w:r>
    </w:p>
    <w:p>
      <w:pPr>
        <w:keepNext w:val="0"/>
        <w:spacing w:before="200" w:after="0" w:line="260" w:lineRule="exact"/>
        <w:ind w:left="360" w:right="0" w:firstLine="0"/>
        <w:jc w:val="both"/>
      </w:pPr>
      <w:r>
        <w:rPr>
          <w:rFonts w:ascii="Times New Roman" w:hAnsi="Times New Roman" w:eastAsia="Times New Roman" w:cs="Times New Roman"/>
          <w:b w:val="0"/>
          <w:sz w:val="24"/>
        </w:rPr>
        <w:t>I, [declarant name], declare:</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 am the [plaintiff or plaintiff's attorney] in the above-entitled action.</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declaration is made in support of Plaintiff's application for default judgment against Defendant [defendant name] in the above-entitled action. The declaration is made to comply with the provisions of Title 50, United States Code, Section 3931 et seq., and California Military and Veterans Code Section 400 et seq., Cal Mil &amp; Vet Code § 400.</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Defendant [defendant name] is not presently in the military service within the meaning of either Title 50, United States Code, Section 3931 et seq. or California Military and Veterans Code Section 400 et seq. The following facts within my personal knowledge support this conclusion: [specify facts showing defendant is not in military service].</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 declare under penalty of perjury under the laws of the State of California that the foregoing is true and correct.</w:t>
      </w:r>
    </w:p>
    <w:p>
      <w:pPr>
        <w:keepNext w:val="0"/>
        <w:spacing w:before="200" w:after="0" w:line="260" w:lineRule="exact"/>
        <w:ind w:left="360" w:right="0" w:firstLine="0"/>
        <w:jc w:val="both"/>
      </w:pPr>
      <w:r>
        <w:rPr>
          <w:rFonts w:ascii="Times New Roman" w:hAnsi="Times New Roman" w:eastAsia="Times New Roman" w:cs="Times New Roman"/>
          <w:b w:val="0"/>
          <w:sz w:val="24"/>
        </w:rPr>
        <w:t>Dated: [date signed]</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  (declarant signature)</w:t>
      </w:r>
    </w:p>
    <w:p>
      <w:pPr>
        <w:keepNext w:val="0"/>
        <w:spacing w:before="120" w:after="0" w:line="260" w:lineRule="exact"/>
        <w:ind w:left="360" w:right="0" w:firstLine="0"/>
        <w:jc w:val="left"/>
      </w:pPr>
      <w:r>
        <w:rPr>
          <w:rFonts w:ascii="Times New Roman" w:hAnsi="Times New Roman" w:eastAsia="Times New Roman" w:cs="Times New Roman"/>
          <w:b w:val="0"/>
          <w:sz w:val="24"/>
        </w:rPr>
        <w:t>[declarant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