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Declaration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IN THE CIRCUIT COURT OF THE [CIRCUIT NUMBER] JUDICIAL CIRCUIT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[NAME OF COUNTY] COUNTY, ILLINOIS</w:t>
      </w:r>
    </w:p>
    <w:p>
      <w:pPr>
        <w:keepNext w:val="0"/>
        <w:spacing w:before="120" w:after="0" w:line="260" w:lineRule="exact"/>
        <w:ind w:left="360" w:right="0" w:firstLine="0"/>
        <w:jc w:val="left"/>
      </w:pPr>
      <w:r>
        <w:rPr>
          <w:rFonts w:ascii="Times New Roman" w:hAnsi="Times New Roman" w:eastAsia="Times New Roman" w:cs="Times New Roman"/>
          <w:b/>
          <w:sz w:val="24"/>
        </w:rPr>
        <w:t>DECLARATION OF [NAME] [PURPOSE, SUCH AS “IN SUPPORT OF PLAINTIFF’S SECTION 2-1005 MOTION FOR SUMMARY JUDGMENT”]</w:t>
      </w:r>
    </w:p>
    <w:p>
      <w:pPr>
        <w:keepNext w:val="0"/>
        <w:spacing w:before="200" w:after="0" w:line="260" w:lineRule="exact"/>
        <w:ind w:left="720" w:right="0" w:firstLine="0"/>
        <w:jc w:val="both"/>
      </w:pPr>
      <w:r>
        <w:rPr>
          <w:rFonts w:ascii="Times New Roman" w:hAnsi="Times New Roman" w:eastAsia="Times New Roman" w:cs="Times New Roman"/>
          <w:b w:val="0"/>
          <w:sz w:val="24"/>
        </w:rPr>
        <w:t>I, [name of declarant], declare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my knowledge, all of the facts stated in this declaration are true and correct.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over 18 years of age. I reside at [insert full address]. I am fully competent to make this declaration and I have personal knowledge of the facts stated herein, except where those facts are stated on information and belief. If called to testify at the trial of this matter, I could competently testify as to the facts contained in this declaration.</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[insert additional relevant information about affiant, e.g., “the President of XYZ Corporation, the Defendant in this matter”].</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declaration is submitted in support of the [name of motion, such as “Plaintiff’s Section 2-1005 Motion for Summary Judgment”].</w:t>
      </w:r>
    </w:p>
    <w:p>
      <w:pPr>
        <w:keepNext w:val="0"/>
        <w:spacing w:before="120" w:after="0" w:line="260" w:lineRule="exact"/>
        <w:ind w:left="1080" w:right="0" w:firstLine="0"/>
        <w:jc w:val="left"/>
      </w:pPr>
      <w:r>
        <w:rPr>
          <w:rFonts w:ascii="Times New Roman" w:hAnsi="Times New Roman" w:eastAsia="Times New Roman" w:cs="Times New Roman"/>
          <w:b w:val="0"/>
          <w:sz w:val="24"/>
        </w:rPr>
        <w:t>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[Insert fact to which affiant is testifying].</w:t>
      </w:r>
    </w:p>
    <w:p>
      <w:pPr>
        <w:keepNext w:val="0"/>
        <w:spacing w:before="120" w:after="0" w:line="260" w:lineRule="exact"/>
        <w:ind w:left="1080" w:right="0" w:firstLine="0"/>
        <w:jc w:val="left"/>
      </w:pPr>
      <w:r>
        <w:rPr>
          <w:rFonts w:ascii="Times New Roman" w:hAnsi="Times New Roman" w:eastAsia="Times New Roman" w:cs="Times New Roman"/>
          <w:b w:val="0"/>
          <w:sz w:val="24"/>
        </w:rPr>
        <w:t>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[Insert next fact to which declarant is testifying and continue as necessary].</w:t>
      </w:r>
    </w:p>
    <w:p>
      <w:pPr>
        <w:keepNext w:val="0"/>
        <w:spacing w:before="200" w:after="0" w:line="260" w:lineRule="exact"/>
        <w:ind w:left="360" w:right="0" w:firstLine="0"/>
        <w:jc w:val="both"/>
      </w:pPr>
      <w:r>
        <w:rPr>
          <w:rFonts w:ascii="Times New Roman" w:hAnsi="Times New Roman" w:eastAsia="Times New Roman" w:cs="Times New Roman"/>
          <w:b w:val="0"/>
          <w:sz w:val="24"/>
        </w:rPr>
        <w:t>Under penalties as provided by law pursuant to Section 1-109 of the Code of Civil Procedure, the undersigned certifies that the statements set forth in this instrument are true and correct, except as to matters therein stated to be on information and belief and as to such matters the undersigned certifies as aforesaid that [he/she] verily believes the same to be true.</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declarant]</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[Name of server]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