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Declaration Under 37 C.F.R. § 1.130</w:t>
      </w:r>
    </w:p>
    <w:p>
      <w:pPr>
        <w:keepNext w:val="0"/>
        <w:spacing w:after="0" w:line="240" w:lineRule="exact"/>
        <w:ind w:right="0"/>
        <w:jc w:val="both"/>
      </w:pPr>
    </w:p>
    <w:p>
      <w:pPr>
        <w:keepNext w:val="0"/>
        <w:spacing w:before="200" w:after="0" w:line="260" w:lineRule="exact"/>
        <w:ind w:left="360" w:right="0" w:firstLine="0"/>
        <w:jc w:val="right"/>
      </w:pPr>
      <w:r>
        <w:rPr>
          <w:rFonts w:ascii="Times New Roman" w:hAnsi="Times New Roman" w:eastAsia="Times New Roman" w:cs="Times New Roman"/>
          <w:b w:val="0"/>
          <w:sz w:val="24"/>
        </w:rPr>
        <w:t>Attorney Docket No. [attorney docket number]</w:t>
      </w:r>
    </w:p>
    <w:p>
      <w:pPr>
        <w:keepNext w:val="0"/>
        <w:spacing w:before="200" w:after="0" w:line="260" w:lineRule="exact"/>
        <w:ind w:left="360" w:right="0" w:firstLine="0"/>
        <w:jc w:val="center"/>
      </w:pPr>
      <w:r>
        <w:rPr>
          <w:rFonts w:ascii="Times New Roman" w:hAnsi="Times New Roman" w:eastAsia="Times New Roman" w:cs="Times New Roman"/>
          <w:b/>
          <w:sz w:val="24"/>
        </w:rPr>
        <w:t>IN THE UNITED STATES PATENT AND TRADEMARK OFFICE</w:t>
      </w:r>
    </w:p>
    <w:p>
      <w:pPr>
        <w:keepNext w:val="0"/>
        <w:spacing w:before="200" w:after="0" w:line="260" w:lineRule="exact"/>
        <w:ind w:left="360" w:right="0" w:firstLine="0"/>
        <w:jc w:val="both"/>
      </w:pPr>
      <w:r>
        <w:rPr>
          <w:rFonts w:ascii="Times New Roman" w:hAnsi="Times New Roman" w:eastAsia="Times New Roman" w:cs="Times New Roman"/>
          <w:b w:val="0"/>
          <w:sz w:val="24"/>
        </w:rPr>
        <w:t>IN THE PATENT APPLICATION OF:</w:t>
      </w:r>
    </w:p>
    <w:p>
      <w:pPr>
        <w:keepNext w:val="0"/>
        <w:spacing w:before="200" w:after="0" w:line="260" w:lineRule="exact"/>
        <w:ind w:left="360" w:right="0" w:firstLine="0"/>
        <w:jc w:val="both"/>
      </w:pPr>
      <w:r>
        <w:rPr>
          <w:rFonts w:ascii="Times New Roman" w:hAnsi="Times New Roman" w:eastAsia="Times New Roman" w:cs="Times New Roman"/>
          <w:b w:val="0"/>
          <w:sz w:val="24"/>
        </w:rPr>
        <w:t>FIRST NAMED INVENTOR: [name of the first-named inventor]</w:t>
      </w:r>
    </w:p>
    <w:p>
      <w:pPr>
        <w:keepNext w:val="0"/>
        <w:spacing w:before="200" w:after="0" w:line="260" w:lineRule="exact"/>
        <w:ind w:left="360" w:right="0" w:firstLine="0"/>
        <w:jc w:val="both"/>
      </w:pPr>
      <w:r>
        <w:rPr>
          <w:rFonts w:ascii="Times New Roman" w:hAnsi="Times New Roman" w:eastAsia="Times New Roman" w:cs="Times New Roman"/>
          <w:b w:val="0"/>
          <w:sz w:val="24"/>
        </w:rPr>
        <w:t>APPL. NO.: [application number]</w:t>
      </w:r>
    </w:p>
    <w:p>
      <w:pPr>
        <w:keepNext w:val="0"/>
        <w:spacing w:before="200" w:after="0" w:line="260" w:lineRule="exact"/>
        <w:ind w:left="360" w:right="0" w:firstLine="0"/>
        <w:jc w:val="both"/>
      </w:pPr>
      <w:r>
        <w:rPr>
          <w:rFonts w:ascii="Times New Roman" w:hAnsi="Times New Roman" w:eastAsia="Times New Roman" w:cs="Times New Roman"/>
          <w:b w:val="0"/>
          <w:sz w:val="24"/>
        </w:rPr>
        <w:t>CONFIRMATION NO.: [confirmation number]</w:t>
      </w:r>
    </w:p>
    <w:p>
      <w:pPr>
        <w:keepNext w:val="0"/>
        <w:spacing w:before="200" w:after="0" w:line="260" w:lineRule="exact"/>
        <w:ind w:left="360" w:right="0" w:firstLine="0"/>
        <w:jc w:val="both"/>
      </w:pPr>
      <w:r>
        <w:rPr>
          <w:rFonts w:ascii="Times New Roman" w:hAnsi="Times New Roman" w:eastAsia="Times New Roman" w:cs="Times New Roman"/>
          <w:b w:val="0"/>
          <w:sz w:val="24"/>
        </w:rPr>
        <w:t>FILED: [application filing date]</w:t>
      </w:r>
    </w:p>
    <w:p>
      <w:pPr>
        <w:keepNext w:val="0"/>
        <w:spacing w:before="200" w:after="0" w:line="260" w:lineRule="exact"/>
        <w:ind w:left="360" w:right="0" w:firstLine="0"/>
        <w:jc w:val="both"/>
      </w:pPr>
      <w:r>
        <w:rPr>
          <w:rFonts w:ascii="Times New Roman" w:hAnsi="Times New Roman" w:eastAsia="Times New Roman" w:cs="Times New Roman"/>
          <w:b w:val="0"/>
          <w:sz w:val="24"/>
        </w:rPr>
        <w:t>EXAMINER: [name of patent examiner]</w:t>
      </w:r>
    </w:p>
    <w:p>
      <w:pPr>
        <w:keepNext w:val="0"/>
        <w:spacing w:before="200" w:after="0" w:line="260" w:lineRule="exact"/>
        <w:ind w:left="360" w:right="0" w:firstLine="0"/>
        <w:jc w:val="both"/>
      </w:pPr>
      <w:r>
        <w:rPr>
          <w:rFonts w:ascii="Times New Roman" w:hAnsi="Times New Roman" w:eastAsia="Times New Roman" w:cs="Times New Roman"/>
          <w:b w:val="0"/>
          <w:sz w:val="24"/>
        </w:rPr>
        <w:t>ART UNIT: [art unit number] FOR: [title of patent application]</w:t>
      </w:r>
    </w:p>
    <w:p>
      <w:pPr>
        <w:keepNext w:val="0"/>
        <w:spacing w:before="200" w:after="0" w:line="260" w:lineRule="exact"/>
        <w:ind w:left="360" w:right="0" w:firstLine="0"/>
        <w:jc w:val="both"/>
      </w:pPr>
      <w:r>
        <w:rPr>
          <w:rFonts w:ascii="Times New Roman" w:hAnsi="Times New Roman" w:eastAsia="Times New Roman" w:cs="Times New Roman"/>
          <w:b w:val="0"/>
          <w:sz w:val="24"/>
        </w:rPr>
        <w:t>COMMISSIONER FOR PATENTS</w:t>
      </w:r>
    </w:p>
    <w:p>
      <w:pPr>
        <w:keepNext w:val="0"/>
        <w:spacing w:before="200" w:after="0" w:line="260" w:lineRule="exact"/>
        <w:ind w:left="360" w:right="0" w:firstLine="0"/>
        <w:jc w:val="both"/>
      </w:pPr>
      <w:r>
        <w:rPr>
          <w:rFonts w:ascii="Times New Roman" w:hAnsi="Times New Roman" w:eastAsia="Times New Roman" w:cs="Times New Roman"/>
          <w:b w:val="0"/>
          <w:sz w:val="24"/>
        </w:rPr>
        <w:t>P.O. BOX 1450</w:t>
      </w:r>
    </w:p>
    <w:p>
      <w:pPr>
        <w:keepNext w:val="0"/>
        <w:spacing w:before="200" w:after="0" w:line="260" w:lineRule="exact"/>
        <w:ind w:left="360" w:right="0" w:firstLine="0"/>
        <w:jc w:val="both"/>
      </w:pPr>
      <w:r>
        <w:rPr>
          <w:rFonts w:ascii="Times New Roman" w:hAnsi="Times New Roman" w:eastAsia="Times New Roman" w:cs="Times New Roman"/>
          <w:b w:val="0"/>
          <w:sz w:val="24"/>
        </w:rPr>
        <w:t>ALEXANDRIA, VA 22313-1450</w:t>
      </w:r>
    </w:p>
    <w:p>
      <w:pPr>
        <w:keepNext w:val="0"/>
        <w:spacing w:before="120" w:after="0" w:line="260" w:lineRule="exact"/>
        <w:ind w:left="360" w:right="0" w:firstLine="0"/>
        <w:jc w:val="left"/>
      </w:pPr>
      <w:r>
        <w:rPr>
          <w:rFonts w:ascii="Times New Roman" w:hAnsi="Times New Roman" w:eastAsia="Times New Roman" w:cs="Times New Roman"/>
          <w:b/>
          <w:sz w:val="24"/>
        </w:rPr>
        <w:t>DECLARATION UNDER 37 C.F.R. § 1.130</w:t>
      </w:r>
    </w:p>
    <w:p>
      <w:pPr>
        <w:keepNext w:val="0"/>
        <w:spacing w:before="200" w:after="0" w:line="260" w:lineRule="exact"/>
        <w:ind w:left="720" w:right="0" w:firstLine="0"/>
        <w:jc w:val="both"/>
      </w:pPr>
      <w:r>
        <w:rPr>
          <w:rFonts w:ascii="Times New Roman" w:hAnsi="Times New Roman" w:eastAsia="Times New Roman" w:cs="Times New Roman"/>
          <w:b w:val="0"/>
          <w:sz w:val="24"/>
        </w:rPr>
        <w:t>The undersigned, [name of inventor], hereby states as follows:</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am the [sole inventor/co-inventor] named in U.S. Patent Application No. [application number], entitled "[title of application]."</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am co-author of the [type of disclosure] entitled, "[title of disclosure]", published in [publication], the other named [co-author/co-authors] being [name(s) of co-author(s)].</w:t>
      </w:r>
    </w:p>
    <w:p>
      <w:pPr>
        <w:keepNext w:val="0"/>
        <w:spacing w:before="120" w:after="0" w:line="260" w:lineRule="exact"/>
        <w:ind w:left="1080" w:right="0" w:firstLine="0"/>
        <w:jc w:val="left"/>
      </w:pPr>
      <w:r>
        <w:rPr>
          <w:rFonts w:ascii="Times New Roman" w:hAnsi="Times New Roman" w:eastAsia="Times New Roman" w:cs="Times New Roman"/>
          <w:b w:val="0"/>
          <w:sz w:val="24"/>
        </w:rPr>
        <w:t>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[title or description of disclosure] referenced above reports the results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research project designed by me and carried out by me relating to [description of invention]. My colleague, [name], provided help with [task for which help was provided] that was used to [describe use] and was therefore listed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co-author of [title or description of disclosure]. Similarly, my colleague, [name], provided assistance with [task on which help was provided] that was used to [describe use], and, therefore, was also listed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co-author of [title or description of disclosure]. However, the [title or description of disclosure] reports work that I originated and describes my own work.</w:t>
      </w:r>
    </w:p>
    <w:p>
      <w:pPr>
        <w:keepNext w:val="0"/>
        <w:spacing w:before="120" w:after="0" w:line="260" w:lineRule="exact"/>
        <w:ind w:left="1080" w:right="0" w:firstLine="0"/>
        <w:jc w:val="left"/>
      </w:pPr>
      <w:r>
        <w:rPr>
          <w:rFonts w:ascii="Times New Roman" w:hAnsi="Times New Roman" w:eastAsia="Times New Roman" w:cs="Times New Roman"/>
          <w:b w:val="0"/>
          <w:sz w:val="24"/>
        </w:rPr>
        <w:t>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[description of invention] described and claimed in the pending application is solely my invention and my responsibility.</w:t>
      </w:r>
    </w:p>
    <w:p>
      <w:pPr>
        <w:keepNext w:val="0"/>
        <w:spacing w:before="200" w:after="0" w:line="260" w:lineRule="exact"/>
        <w:ind w:left="720" w:right="0" w:firstLine="0"/>
        <w:jc w:val="both"/>
      </w:pPr>
      <w:r>
        <w:rPr>
          <w:rFonts w:ascii="Times New Roman" w:hAnsi="Times New Roman" w:eastAsia="Times New Roman" w:cs="Times New Roman"/>
          <w:b w:val="0"/>
          <w:sz w:val="24"/>
        </w:rPr>
        <w:t>I hereby declare that all statements made herein of my own knowledge are true and that all statements made on information and belief are believed to be true; and further that these statements were made with the knowledge that willful false statements and the like so made are punishable by fine or imprisonment, or both, under Section 1001 of Title 18 of the United States Code and that such willful false statements may jeopardize the validity of the application or any patent issued thereon.</w:t>
      </w:r>
    </w:p>
    <w:p>
      <w:pPr/>
    </w:p>
    <w:p>
      <w:pPr>
        <w:keepNext w:val="0"/>
        <w:spacing w:before="200" w:after="0" w:line="260" w:lineRule="exact"/>
        <w:ind w:left="360" w:right="0" w:firstLine="0"/>
        <w:jc w:val="both"/>
      </w:pPr>
      <w:r>
        <w:rPr>
          <w:rFonts w:ascii="Times New Roman" w:hAnsi="Times New Roman" w:eastAsia="Times New Roman" w:cs="Times New Roman"/>
          <w:b w:val="0"/>
          <w:sz w:val="24"/>
        </w:rPr>
        <w:t>Date: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of inventor]</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