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for Mental Health Treatment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[name of client], being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of sound mind, willfully and voluntarily make this declaration for mental health treatment to be followed if it is determined by 2 physicians or the court that my ability to receive and evaluate information effectively or communicate decisions is impaired to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extent that I lack the capacity to refuse or consent to mental health treatment.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"Mental Health Treatment" means electroconvulsive treatment, treatment of mental illness with psychotropic medication, and admission to and retention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up to 17 days.</w:t>
      </w:r>
    </w:p>
    <w:p>
      <w:pPr>
        <w:keepNext w:val="0"/>
        <w:spacing w:before="200" w:after="0" w:line="260" w:lineRule="exact"/>
        <w:ind w:left="720" w:right="0" w:firstLine="0"/>
        <w:jc w:val="both"/>
      </w:pPr>
      <w:r>
        <w:rPr>
          <w:rFonts w:ascii="Times New Roman" w:hAnsi="Times New Roman" w:eastAsia="Times New Roman" w:cs="Times New Roman"/>
          <w:b w:val="0"/>
          <w:sz w:val="24"/>
        </w:rPr>
        <w:t>[symptoms]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I become incapable of giving or withholding informed consent for mental health treatment, my wishes regarding psychotropic medications are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[________] I consent to the administration of the following medications: Any and all as recommended by my Attorney-in-Fact and my treating physician</w:t>
      </w:r>
    </w:p>
    <w:p>
      <w:pPr>
        <w:keepNext w:val="0"/>
        <w:spacing w:before="200" w:after="0" w:line="260" w:lineRule="exact"/>
        <w:ind w:left="720" w:right="0" w:firstLine="0"/>
        <w:jc w:val="both"/>
      </w:pPr>
      <w:r>
        <w:rPr>
          <w:rFonts w:ascii="Times New Roman" w:hAnsi="Times New Roman" w:eastAsia="Times New Roman" w:cs="Times New Roman"/>
          <w:b w:val="0"/>
          <w:sz w:val="24"/>
        </w:rPr>
        <w:t>[________] I do not consent to the administration of the following medications:</w:t>
      </w:r>
    </w:p>
    <w:p>
      <w:pPr>
        <w:keepNext w:val="0"/>
        <w:spacing w:before="200" w:after="0" w:line="260" w:lineRule="exact"/>
        <w:ind w:left="360" w:right="0" w:firstLine="0"/>
        <w:jc w:val="both"/>
      </w:pPr>
      <w:r>
        <w:rPr>
          <w:rFonts w:ascii="Times New Roman" w:hAnsi="Times New Roman" w:eastAsia="Times New Roman" w:cs="Times New Roman"/>
          <w:b w:val="0"/>
          <w:sz w:val="24"/>
        </w:rPr>
        <w:t>Conditions or limitations:</w:t>
      </w:r>
    </w:p>
    <w:p>
      <w:pPr>
        <w:keepNext w:val="0"/>
        <w:spacing w:before="200" w:after="0" w:line="260" w:lineRule="exact"/>
        <w:ind w:left="720" w:right="0" w:firstLine="0"/>
        <w:jc w:val="both"/>
      </w:pPr>
      <w:r>
        <w:rPr>
          <w:rFonts w:ascii="Times New Roman" w:hAnsi="Times New Roman" w:eastAsia="Times New Roman" w:cs="Times New Roman"/>
          <w:b w:val="0"/>
          <w:sz w:val="24"/>
        </w:rPr>
        <w:t>[conditions or limitations]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Electroconvulsive Treatment.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I become incapable of giving or withholding informed consent for mental health treatment, my wishes regarding electroconvulsive treatment are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[________] I consent to the administration of electroconvulsive treatment.</w:t>
      </w:r>
    </w:p>
    <w:p>
      <w:pPr>
        <w:keepNext w:val="0"/>
        <w:spacing w:before="200" w:after="0" w:line="260" w:lineRule="exact"/>
        <w:ind w:left="720" w:right="0" w:firstLine="0"/>
        <w:jc w:val="both"/>
      </w:pPr>
      <w:r>
        <w:rPr>
          <w:rFonts w:ascii="Times New Roman" w:hAnsi="Times New Roman" w:eastAsia="Times New Roman" w:cs="Times New Roman"/>
          <w:b w:val="0"/>
          <w:sz w:val="24"/>
        </w:rPr>
        <w:t>[________] I do not consent to the administration of electroconvulsive treatment.</w:t>
      </w:r>
    </w:p>
    <w:p>
      <w:pPr>
        <w:keepNext w:val="0"/>
        <w:spacing w:before="200" w:after="0" w:line="260" w:lineRule="exact"/>
        <w:ind w:left="720" w:right="0" w:firstLine="0"/>
        <w:jc w:val="both"/>
      </w:pPr>
      <w:r>
        <w:rPr>
          <w:rFonts w:ascii="Times New Roman" w:hAnsi="Times New Roman" w:eastAsia="Times New Roman" w:cs="Times New Roman"/>
          <w:b w:val="0"/>
          <w:sz w:val="24"/>
        </w:rPr>
        <w:t>Conditions or limitations:</w:t>
      </w:r>
    </w:p>
    <w:p>
      <w:pPr>
        <w:keepNext w:val="0"/>
        <w:spacing w:before="200" w:after="0" w:line="260" w:lineRule="exact"/>
        <w:ind w:left="1080" w:right="0" w:firstLine="0"/>
        <w:jc w:val="both"/>
      </w:pPr>
      <w:r>
        <w:rPr>
          <w:rFonts w:ascii="Times New Roman" w:hAnsi="Times New Roman" w:eastAsia="Times New Roman" w:cs="Times New Roman"/>
          <w:b w:val="0"/>
          <w:sz w:val="24"/>
        </w:rPr>
        <w:t>[conditions or limitations]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to and Retention in Facility.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I become incapable of giving or withholding informed consent for mental health treatment, my wishes regarding admission to and retention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for mental health treatment are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[________] I consent to being admitted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for mental health treatment.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[________] I do not consent to being admitted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facility for mental health treatment.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directive cannot, by law, provide consent to retain me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for more than 17 days.</w:t>
      </w:r>
    </w:p>
    <w:p>
      <w:pPr>
        <w:keepNext w:val="0"/>
        <w:spacing w:before="200" w:after="0" w:line="260" w:lineRule="exact"/>
        <w:ind w:left="720" w:right="0" w:firstLine="0"/>
        <w:jc w:val="both"/>
      </w:pPr>
      <w:r>
        <w:rPr>
          <w:rFonts w:ascii="Times New Roman" w:hAnsi="Times New Roman" w:eastAsia="Times New Roman" w:cs="Times New Roman"/>
          <w:b w:val="0"/>
          <w:sz w:val="24"/>
        </w:rPr>
        <w:t>Conditions or limitations:</w:t>
      </w:r>
    </w:p>
    <w:p>
      <w:pPr>
        <w:keepNext w:val="0"/>
        <w:spacing w:before="200" w:after="0" w:line="260" w:lineRule="exact"/>
        <w:ind w:left="1080" w:right="0" w:firstLine="0"/>
        <w:jc w:val="both"/>
      </w:pPr>
      <w:r>
        <w:rPr>
          <w:rFonts w:ascii="Times New Roman" w:hAnsi="Times New Roman" w:eastAsia="Times New Roman" w:cs="Times New Roman"/>
          <w:b w:val="0"/>
          <w:sz w:val="24"/>
        </w:rPr>
        <w:t>[conditions or limitations]</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References or Instructions.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[additional references or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Conditions or limitations:</w:t>
      </w:r>
    </w:p>
    <w:p>
      <w:pPr>
        <w:keepNext w:val="0"/>
        <w:spacing w:before="200" w:after="0" w:line="260" w:lineRule="exact"/>
        <w:ind w:left="1080" w:right="0" w:firstLine="0"/>
        <w:jc w:val="both"/>
      </w:pPr>
      <w:r>
        <w:rPr>
          <w:rFonts w:ascii="Times New Roman" w:hAnsi="Times New Roman" w:eastAsia="Times New Roman" w:cs="Times New Roman"/>
          <w:b w:val="0"/>
          <w:sz w:val="24"/>
        </w:rPr>
        <w:t>[conditions or limitations]</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Attorney-in-Fact.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hereby appoint:</w:t>
      </w:r>
    </w:p>
    <w:p>
      <w:pPr>
        <w:keepNext w:val="0"/>
        <w:spacing w:before="200" w:after="0" w:line="260" w:lineRule="exact"/>
        <w:ind w:left="720" w:right="0" w:firstLine="0"/>
        <w:jc w:val="both"/>
      </w:pPr>
      <w:r>
        <w:rPr>
          <w:rFonts w:ascii="Times New Roman" w:hAnsi="Times New Roman" w:eastAsia="Times New Roman" w:cs="Times New Roman"/>
          <w:b w:val="0"/>
          <w:sz w:val="24"/>
        </w:rPr>
        <w:t>Name: [name of attorney-in-fact #1]</w:t>
      </w:r>
    </w:p>
    <w:p>
      <w:pPr>
        <w:keepNext w:val="0"/>
        <w:spacing w:before="200" w:after="0" w:line="260" w:lineRule="exact"/>
        <w:ind w:left="72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720" w:right="0" w:firstLine="0"/>
        <w:jc w:val="both"/>
      </w:pPr>
      <w:r>
        <w:rPr>
          <w:rFonts w:ascii="Times New Roman" w:hAnsi="Times New Roman" w:eastAsia="Times New Roman" w:cs="Times New Roman"/>
          <w:b w:val="0"/>
          <w:sz w:val="24"/>
        </w:rPr>
        <w:t>Phone: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to act as my attorney-in-fact to make decisions regarding my mental health treatment if I become incapable of or withholding informed consent for that treatment.</w:t>
      </w:r>
    </w:p>
    <w:p>
      <w:pPr>
        <w:keepNext w:val="0"/>
        <w:spacing w:before="200" w:after="0" w:line="260" w:lineRule="exact"/>
        <w:ind w:left="720" w:right="0" w:firstLine="0"/>
        <w:jc w:val="both"/>
      </w:pPr>
      <w:r>
        <w:rPr>
          <w:rFonts w:ascii="Times New Roman" w:hAnsi="Times New Roman" w:eastAsia="Times New Roman" w:cs="Times New Roman"/>
          <w:b w:val="0"/>
          <w:sz w:val="24"/>
        </w:rPr>
        <w:t>If the person named above refused or is unable to act on my behalf, or if I revoke that person's authority to act as my attorney-in-fact, I authorize the following to act as my attorney-in-fact:</w:t>
      </w:r>
    </w:p>
    <w:p>
      <w:pPr>
        <w:keepNext w:val="0"/>
        <w:spacing w:before="200" w:after="0" w:line="260" w:lineRule="exact"/>
        <w:ind w:left="1080" w:right="0" w:firstLine="0"/>
        <w:jc w:val="both"/>
      </w:pPr>
      <w:r>
        <w:rPr>
          <w:rFonts w:ascii="Times New Roman" w:hAnsi="Times New Roman" w:eastAsia="Times New Roman" w:cs="Times New Roman"/>
          <w:b w:val="0"/>
          <w:sz w:val="24"/>
        </w:rPr>
        <w:t>Name: [attorney-in-fact #2]</w:t>
      </w:r>
    </w:p>
    <w:p>
      <w:pPr>
        <w:keepNext w:val="0"/>
        <w:spacing w:before="200" w:after="0" w:line="260" w:lineRule="exact"/>
        <w:ind w:left="108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1080" w:right="0" w:firstLine="0"/>
        <w:jc w:val="both"/>
      </w:pPr>
      <w:r>
        <w:rPr>
          <w:rFonts w:ascii="Times New Roman" w:hAnsi="Times New Roman" w:eastAsia="Times New Roman" w:cs="Times New Roman"/>
          <w:b w:val="0"/>
          <w:sz w:val="24"/>
        </w:rPr>
        <w:t>Phone: [phone number]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My attorney-in-fact is authorized to make decisions that are consistent with the wishes I have expressed in this declaration or, if not expressed, are otherwise known to my attorney-in-fact. If my wishes are not expressed and are not otherwise known by my attorney-in-fact, my attorney-in-fact is to act in what he or she believes to be my best interest.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client]</w:t>
      </w:r>
    </w:p>
    <w:p>
      <w:pPr>
        <w:keepNext w:val="0"/>
        <w:spacing w:before="120" w:after="0" w:line="260" w:lineRule="exact"/>
        <w:ind w:left="360" w:right="0" w:firstLine="0"/>
        <w:jc w:val="left"/>
      </w:pPr>
      <w:r>
        <w:rPr>
          <w:rFonts w:ascii="Times New Roman" w:hAnsi="Times New Roman" w:eastAsia="Times New Roman" w:cs="Times New Roman"/>
          <w:b w:val="0"/>
          <w:sz w:val="24"/>
        </w:rPr>
        <w:t>[Month Day, 20__]</w:t>
      </w:r>
    </w:p>
    <w:p>
      <w:pPr>
        <w:keepNext w:val="0"/>
        <w:spacing w:before="120" w:after="0" w:line="260" w:lineRule="exact"/>
        <w:ind w:left="360" w:right="0" w:firstLine="0"/>
        <w:jc w:val="left"/>
      </w:pPr>
      <w:r>
        <w:rPr>
          <w:rFonts w:ascii="Times New Roman" w:hAnsi="Times New Roman" w:eastAsia="Times New Roman" w:cs="Times New Roman"/>
          <w:b/>
          <w:sz w:val="24"/>
        </w:rPr>
        <w:t>AFFIRMATION OF WITNESSES</w:t>
      </w:r>
    </w:p>
    <w:p>
      <w:pPr>
        <w:keepNext w:val="0"/>
        <w:spacing w:before="200" w:after="0" w:line="260" w:lineRule="exact"/>
        <w:ind w:left="720" w:right="0" w:firstLine="0"/>
        <w:jc w:val="both"/>
      </w:pPr>
      <w:r>
        <w:rPr>
          <w:rFonts w:ascii="Times New Roman" w:hAnsi="Times New Roman" w:eastAsia="Times New Roman" w:cs="Times New Roman"/>
          <w:b w:val="0"/>
          <w:sz w:val="24"/>
        </w:rPr>
        <w:t>We affirm that the principal is personally known to us, that the principal signed or acknowledged the principal's signature on this declaration for mental health treatment in our presence, that the principal appears to be of sound mind and not under duress, fraud or undue influence, that neither of us is:</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appointed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attorney-in-fact by this document;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principal's attending physician or mental health service provider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the physician or provider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owner, operator, or relative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or operator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facility in which the principal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patient or resident; or</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related to the principal by blood, marriage or adoption.</w:t>
      </w:r>
    </w:p>
    <w:p>
      <w:pPr>
        <w:keepNext w:val="0"/>
        <w:spacing w:before="200" w:after="0" w:line="260" w:lineRule="exact"/>
        <w:ind w:left="720" w:right="0" w:firstLine="0"/>
        <w:jc w:val="both"/>
      </w:pPr>
      <w:r>
        <w:rPr>
          <w:rFonts w:ascii="Times New Roman" w:hAnsi="Times New Roman" w:eastAsia="Times New Roman" w:cs="Times New Roman"/>
          <w:b w:val="0"/>
          <w:sz w:val="24"/>
        </w:rPr>
        <w:t>Witnessed by: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720" w:right="0" w:firstLine="0"/>
        <w:jc w:val="left"/>
      </w:pPr>
      <w:r>
        <w:rPr>
          <w:rFonts w:ascii="Times New Roman" w:hAnsi="Times New Roman" w:eastAsia="Times New Roman" w:cs="Times New Roman"/>
          <w:b w:val="0"/>
          <w:sz w:val="24"/>
        </w:rPr>
        <w:t>[Month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Witness</w:t>
      </w:r>
    </w:p>
    <w:p>
      <w:pPr>
        <w:keepNext w:val="0"/>
        <w:spacing w:before="120" w:after="0" w:line="260" w:lineRule="exact"/>
        <w:ind w:left="720" w:right="0" w:firstLine="0"/>
        <w:jc w:val="left"/>
      </w:pPr>
      <w:r>
        <w:rPr>
          <w:rFonts w:ascii="Times New Roman" w:hAnsi="Times New Roman" w:eastAsia="Times New Roman" w:cs="Times New Roman"/>
          <w:b w:val="0"/>
          <w:sz w:val="24"/>
        </w:rPr>
        <w:t>[Month Day, 20__]</w:t>
      </w:r>
    </w:p>
    <w:p>
      <w:pPr>
        <w:keepNext w:val="0"/>
        <w:spacing w:before="120" w:after="0" w:line="260" w:lineRule="exact"/>
        <w:ind w:left="360" w:right="0" w:firstLine="0"/>
        <w:jc w:val="left"/>
      </w:pPr>
      <w:r>
        <w:rPr>
          <w:rFonts w:ascii="Times New Roman" w:hAnsi="Times New Roman" w:eastAsia="Times New Roman" w:cs="Times New Roman"/>
          <w:b/>
          <w:sz w:val="24"/>
        </w:rPr>
        <w:t>ACCEPTANCE OF APPOINTMENT AS ATTORNEY-IN-FACT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accept this appointment and agree to serve as attorney-in-fact to make decisions about mental health treatment for the principal. I understand that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act consistent with the desires of the principal as expressed in this appointment. I understand that this document gives me authority to make decisions about mental health treatment only while the principal is incapable as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2 physicians. I understand that the principal may revoke this declaration in whole or in part at any time and in any manner when the principal is not incapable.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[attorney-in-fact #1], Attorney-in-fact</w:t>
      </w:r>
    </w:p>
    <w:p>
      <w:pPr>
        <w:keepNext w:val="0"/>
        <w:spacing w:before="120" w:after="0" w:line="260" w:lineRule="exact"/>
        <w:ind w:left="720" w:right="0" w:firstLine="0"/>
        <w:jc w:val="left"/>
      </w:pPr>
      <w:r>
        <w:rPr>
          <w:rFonts w:ascii="Times New Roman" w:hAnsi="Times New Roman" w:eastAsia="Times New Roman" w:cs="Times New Roman"/>
          <w:b w:val="0"/>
          <w:sz w:val="24"/>
        </w:rPr>
        <w:t>[Month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[attorney-in-fact #2], Attorney-in-fact</w:t>
      </w:r>
    </w:p>
    <w:p>
      <w:pPr>
        <w:keepNext w:val="0"/>
        <w:spacing w:before="120" w:after="0" w:line="260" w:lineRule="exact"/>
        <w:ind w:left="720" w:right="0" w:firstLine="0"/>
        <w:jc w:val="left"/>
      </w:pPr>
      <w:r>
        <w:rPr>
          <w:rFonts w:ascii="Times New Roman" w:hAnsi="Times New Roman" w:eastAsia="Times New Roman" w:cs="Times New Roman"/>
          <w:b w:val="0"/>
          <w:sz w:val="24"/>
        </w:rPr>
        <w:t>[Month Day, 20__]</w:t>
      </w:r>
    </w:p>
    <w:p>
      <w:pPr/>
    </w:p>
    <w:p>
      <w:pPr>
        <w:keepNext w:val="0"/>
        <w:spacing w:before="120" w:after="0" w:line="260" w:lineRule="exact"/>
        <w:ind w:left="360" w:right="0" w:firstLine="0"/>
        <w:jc w:val="left"/>
      </w:pPr>
      <w:r>
        <w:rPr>
          <w:rFonts w:ascii="Times New Roman" w:hAnsi="Times New Roman" w:eastAsia="Times New Roman" w:cs="Times New Roman"/>
          <w:b/>
          <w:sz w:val="24"/>
        </w:rPr>
        <w:t xml:space="preserve">NOTICE TO PERSON MAKING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DECLARATION FOR</w:t>
      </w:r>
      <w:r>
        <w:rPr>
          <w:rFonts w:ascii="Times New Roman" w:hAnsi="Times New Roman" w:eastAsia="Times New Roman" w:cs="Times New Roman"/>
          <w:sz w:val="24"/>
        </w:rPr>
        <w:br/>
      </w:r>
      <w:r>
        <w:rPr>
          <w:rFonts w:ascii="Times New Roman" w:hAnsi="Times New Roman" w:eastAsia="Times New Roman" w:cs="Times New Roman"/>
          <w:b/>
          <w:sz w:val="24"/>
        </w:rPr>
        <w:t>MENTAL HEALTH TREATMENT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legal document. It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for mental health treatment. Before signing this document, you should know these important facts: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document allows you to make decisions in advance about 3 types of mental health treatment: psychotropic medication, electroconvulsive therapy, and short-term (up to 17 days) admission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treatment facility. The instructions that you include in this declaration will be followed only if 2 physicians or the court believes that you are incapable of making treatment decisions. Otherwise, you will be considered capable to give or withhold consent for the treatments.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may also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as your attorney-in-fact to make these treatment decisions for you if you become incapable. The person you appoint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act consistent with your desires as stated in this document or, if your desires are not stated or otherwise made known to the attorney-in-fact,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what the person in good faith believes to be in your best interest. For the appointment to be effective, the person you appoint must accept the appointment in writing. The person also has the right to withdraw from acting as your attorney-in-fact at any time.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document will continue in effect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 years unless you become incapable of participating in mental health treatment decisions. If this occurs, the directive will continue in effect until you are no longer incapable.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have the right to revoke this document in whole or in part at any time you have been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to be capable of giving or withholding informed consent for mental health treatment.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revocation is effective when it is communicated to your attending physician in writing and is signed by you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The revocation may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similar to the following.</w:t>
      </w:r>
    </w:p>
    <w:p>
      <w:pPr/>
    </w:p>
    <w:p>
      <w:pPr>
        <w:keepNext w:val="0"/>
        <w:spacing w:before="120" w:after="0" w:line="260" w:lineRule="exact"/>
        <w:ind w:left="360" w:right="0" w:firstLine="0"/>
        <w:jc w:val="left"/>
      </w:pPr>
      <w:r>
        <w:rPr>
          <w:rFonts w:ascii="Times New Roman" w:hAnsi="Times New Roman" w:eastAsia="Times New Roman" w:cs="Times New Roman"/>
          <w:b/>
          <w:sz w:val="24"/>
        </w:rPr>
        <w:t>REVOCATION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client], willfully and voluntarily revoke my declaration for mental health treatment as indicated:</w:t>
      </w:r>
    </w:p>
    <w:p>
      <w:pPr>
        <w:keepNext w:val="0"/>
        <w:spacing w:before="200" w:after="0" w:line="260" w:lineRule="exact"/>
        <w:ind w:left="1080" w:right="0" w:firstLine="0"/>
        <w:jc w:val="both"/>
      </w:pPr>
      <w:r>
        <w:rPr>
          <w:rFonts w:ascii="Times New Roman" w:hAnsi="Times New Roman" w:eastAsia="Times New Roman" w:cs="Times New Roman"/>
          <w:b w:val="0"/>
          <w:sz w:val="24"/>
        </w:rPr>
        <w:t>[________] I revoke my entire declaration.</w:t>
      </w:r>
    </w:p>
    <w:p>
      <w:pPr>
        <w:keepNext w:val="0"/>
        <w:spacing w:before="200" w:after="0" w:line="260" w:lineRule="exact"/>
        <w:ind w:left="1080" w:right="0" w:firstLine="0"/>
        <w:jc w:val="both"/>
      </w:pPr>
      <w:r>
        <w:rPr>
          <w:rFonts w:ascii="Times New Roman" w:hAnsi="Times New Roman" w:eastAsia="Times New Roman" w:cs="Times New Roman"/>
          <w:b w:val="0"/>
          <w:sz w:val="24"/>
        </w:rPr>
        <w:t>[________] I revoke the following portion of my declaration:</w:t>
      </w:r>
    </w:p>
    <w:p>
      <w:pPr>
        <w:keepNext w:val="0"/>
        <w:spacing w:before="200" w:after="0" w:line="260" w:lineRule="exact"/>
        <w:ind w:left="1440" w:right="0" w:firstLine="0"/>
        <w:jc w:val="both"/>
      </w:pPr>
      <w:r>
        <w:rPr>
          <w:rFonts w:ascii="Times New Roman" w:hAnsi="Times New Roman" w:eastAsia="Times New Roman" w:cs="Times New Roman"/>
          <w:b w:val="0"/>
          <w:sz w:val="24"/>
        </w:rPr>
        <w:t>[revoked portion]</w:t>
      </w:r>
    </w:p>
    <w:p>
      <w:pPr>
        <w:keepNext w:val="0"/>
        <w:spacing w:before="200" w:after="0" w:line="260" w:lineRule="exact"/>
        <w:ind w:left="720" w:right="0" w:firstLine="0"/>
        <w:jc w:val="both"/>
      </w:pPr>
      <w:r>
        <w:rPr>
          <w:rFonts w:ascii="Times New Roman" w:hAnsi="Times New Roman" w:eastAsia="Times New Roman" w:cs="Times New Roman"/>
          <w:b w:val="0"/>
          <w:sz w:val="24"/>
        </w:rPr>
        <w:t>Date: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client]</w:t>
      </w:r>
    </w:p>
    <w:p>
      <w:pPr>
        <w:keepNext w:val="0"/>
        <w:spacing w:before="200" w:after="0" w:line="260" w:lineRule="exact"/>
        <w:ind w:left="720" w:right="0" w:firstLine="0"/>
        <w:jc w:val="both"/>
      </w:pPr>
      <w:r>
        <w:rPr>
          <w:rFonts w:ascii="Times New Roman" w:hAnsi="Times New Roman" w:eastAsia="Times New Roman" w:cs="Times New Roman"/>
          <w:b w:val="0"/>
          <w:sz w:val="24"/>
        </w:rPr>
        <w:t>I, Dr. [name of physician], have evaluated the principal and determined that he is capable of giving or withholding informed consent for mental health treatment.</w:t>
      </w:r>
    </w:p>
    <w:p>
      <w:pPr>
        <w:keepNext w:val="0"/>
        <w:spacing w:before="200" w:after="0" w:line="260" w:lineRule="exact"/>
        <w:ind w:left="720" w:right="0" w:firstLine="0"/>
        <w:jc w:val="both"/>
      </w:pPr>
      <w:r>
        <w:rPr>
          <w:rFonts w:ascii="Times New Roman" w:hAnsi="Times New Roman" w:eastAsia="Times New Roman" w:cs="Times New Roman"/>
          <w:b w:val="0"/>
          <w:sz w:val="24"/>
        </w:rPr>
        <w:t>Date: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physician)</w:t>
      </w:r>
    </w:p>
    <w:p>
      <w:pPr>
        <w:keepNext w:val="0"/>
        <w:spacing w:before="200" w:after="0" w:line="260" w:lineRule="exact"/>
        <w:ind w:left="360" w:right="0" w:firstLine="0"/>
        <w:jc w:val="both"/>
      </w:pPr>
      <w:r>
        <w:rPr>
          <w:rFonts w:ascii="Times New Roman" w:hAnsi="Times New Roman" w:eastAsia="Times New Roman" w:cs="Times New Roman"/>
          <w:b/>
          <w:sz w:val="24"/>
        </w:rPr>
        <w:t xml:space="preserve">If there is anything in this document that you do not understand, you should ask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lawyer to explain it to you. This declaration will not be valid unless it is signed by two qualified witnesses who are personally known to you and who are present when you sign or acknowledge your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