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
    <w:p>
      <w:pPr/>
    </w:p>
    <w:p>
      <w:pPr>
        <w:keepNext w:val="0"/>
        <w:spacing w:after="200" w:line="340" w:lineRule="exact"/>
        <w:ind w:left="0" w:right="0" w:firstLine="0"/>
        <w:jc w:val="center"/>
      </w:pPr>
      <w:r>
        <w:rPr>
          <w:rFonts w:ascii="Times New Roman" w:hAnsi="Times New Roman" w:eastAsia="Times New Roman" w:cs="Times New Roman"/>
          <w:b/>
          <w:sz w:val="24"/>
        </w:rPr>
        <w:t xml:space="preserve">Declaration of Trust Ownership </w:t>
      </w:r>
    </w:p>
    <w:p>
      <w:pPr>
        <w:keepNext w:val="0"/>
        <w:spacing w:after="0" w:line="240" w:lineRule="exact"/>
        <w:ind w:right="0"/>
        <w:jc w:val="both"/>
      </w:pPr>
    </w:p>
    <w:p>
      <w:pPr>
        <w:keepNext w:val="0"/>
        <w:spacing w:before="200" w:after="0" w:line="260" w:lineRule="exact"/>
        <w:ind w:left="360" w:right="0" w:firstLine="0"/>
        <w:jc w:val="both"/>
      </w:pPr>
      <w:r>
        <w:rPr>
          <w:rFonts w:ascii="Times New Roman" w:hAnsi="Times New Roman" w:eastAsia="Times New Roman" w:cs="Times New Roman"/>
          <w:b w:val="0"/>
          <w:sz w:val="24"/>
        </w:rPr>
        <w:t>The undersigned hereby declare[s] that, as Trustee[s] of the [name of trust, e.g., LANGJON FAMILY REVOCABLE TRUST], dated [date] ("the Trust"), and pursuant to Section [number] of the [Declaration of Trust or Trust Agreement] that created the Trust, the undersigned [is or are] now holding and will continue to hold, solely and exclusively for and on behalf of the Trust, the following:</w:t>
      </w:r>
    </w:p>
    <w:p>
      <w:pPr>
        <w:keepNext w:val="0"/>
        <w:spacing w:before="200" w:after="0" w:line="260" w:lineRule="exact"/>
        <w:ind w:left="360" w:right="0" w:firstLine="0"/>
        <w:jc w:val="both"/>
      </w:pPr>
      <w:r>
        <w:rPr>
          <w:rFonts w:ascii="Times New Roman" w:hAnsi="Times New Roman" w:eastAsia="Times New Roman" w:cs="Times New Roman"/>
          <w:b w:val="0"/>
          <w:sz w:val="24"/>
        </w:rPr>
        <w:t xml:space="preserve">All jewelry, clothing, household furniture and furnishings, personal automobiles, country club memberships, and other tangible articles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personal nature belonging to the settlor[s] of the trust, or the [settlor's or settlors'] interest in any such property which now or at any time after the date of this instrument is normally kept at the [settlor's or settlors'] place of residence.</w:t>
      </w:r>
    </w:p>
    <w:p>
      <w:pPr>
        <w:keepNext w:val="0"/>
        <w:spacing w:before="200" w:after="0" w:line="260" w:lineRule="exact"/>
        <w:ind w:left="360" w:right="0" w:firstLine="0"/>
        <w:jc w:val="both"/>
      </w:pPr>
      <w:r>
        <w:rPr>
          <w:rFonts w:ascii="Times New Roman" w:hAnsi="Times New Roman" w:eastAsia="Times New Roman" w:cs="Times New Roman"/>
          <w:b w:val="0"/>
          <w:sz w:val="24"/>
        </w:rPr>
        <w:t>The undersigned hereby further affirm[s] and declare[s] that, from and after the date of this declaration:</w:t>
      </w:r>
    </w:p>
    <w:p>
      <w:pPr>
        <w:keepNext w:val="0"/>
        <w:spacing w:before="120" w:after="0" w:line="260" w:lineRule="exact"/>
        <w:ind w:left="720" w:right="0" w:firstLine="0"/>
        <w:jc w:val="left"/>
      </w:pPr>
      <w:r>
        <w:rPr>
          <w:rFonts w:ascii="Times New Roman" w:hAnsi="Times New Roman" w:eastAsia="Times New Roman" w:cs="Times New Roman"/>
          <w:b w:val="0"/>
          <w:sz w:val="24"/>
        </w:rPr>
        <w:t>1.</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All properties described above will be held by the undersigned solely and exclusively for and on behalf of the Trust as true owner.</w:t>
      </w:r>
    </w:p>
    <w:p>
      <w:pPr>
        <w:keepNext w:val="0"/>
        <w:spacing w:before="120" w:after="0" w:line="260" w:lineRule="exact"/>
        <w:ind w:left="720" w:right="0" w:firstLine="0"/>
        <w:jc w:val="left"/>
      </w:pPr>
      <w:r>
        <w:rPr>
          <w:rFonts w:ascii="Times New Roman" w:hAnsi="Times New Roman" w:eastAsia="Times New Roman" w:cs="Times New Roman"/>
          <w:b w:val="0"/>
          <w:sz w:val="24"/>
        </w:rPr>
        <w:t>2.</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Except to the extent of beneficial interests provided to the undersigned under the terms and provisions of the [Declaration of Trust or Trust Agreement] that created the Trust (as now written or as amended in the future), the undersigned [has or have] and shall have no personal interest in any of the properties described above.</w:t>
      </w:r>
    </w:p>
    <w:p>
      <w:pPr>
        <w:keepNext w:val="0"/>
        <w:spacing w:before="120" w:after="0" w:line="260" w:lineRule="exact"/>
        <w:ind w:left="720" w:right="0" w:firstLine="0"/>
        <w:jc w:val="left"/>
      </w:pPr>
      <w:r>
        <w:rPr>
          <w:rFonts w:ascii="Times New Roman" w:hAnsi="Times New Roman" w:eastAsia="Times New Roman" w:cs="Times New Roman"/>
          <w:b w:val="0"/>
          <w:sz w:val="24"/>
        </w:rPr>
        <w:t>3.</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All liabilities that relate in any way to the acquisition of, or that are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lien upon, any of the properties governed by this declaration shall be borne by the Trust which, pursuant to this declaration, owns those properties.</w:t>
      </w:r>
    </w:p>
    <w:p>
      <w:pPr>
        <w:keepNext w:val="0"/>
        <w:spacing w:before="200" w:after="0" w:line="260" w:lineRule="exact"/>
        <w:ind w:left="360" w:right="0" w:firstLine="0"/>
        <w:jc w:val="both"/>
      </w:pPr>
      <w:r>
        <w:rPr>
          <w:rFonts w:ascii="Times New Roman" w:hAnsi="Times New Roman" w:eastAsia="Times New Roman" w:cs="Times New Roman"/>
          <w:b w:val="0"/>
          <w:sz w:val="24"/>
        </w:rPr>
        <w:t xml:space="preserve">This declaration of exclusive trust ownership and waiver of interest is intended to be and shall be binding on the heirs, administrators, executors, and assigns of the undersigned, and shall be revocable only by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written instrument executed by one or more of the Trustees of the Trust then serving, with all of the same formalities that accompanied the execution of this instrument.</w:t>
      </w:r>
    </w:p>
    <w:p>
      <w:pPr>
        <w:keepNext w:val="0"/>
        <w:spacing w:before="200" w:after="0" w:line="260" w:lineRule="exact"/>
        <w:ind w:left="360" w:right="0" w:firstLine="0"/>
        <w:jc w:val="both"/>
      </w:pPr>
      <w:r>
        <w:rPr>
          <w:rFonts w:ascii="Times New Roman" w:hAnsi="Times New Roman" w:eastAsia="Times New Roman" w:cs="Times New Roman"/>
          <w:b w:val="0"/>
          <w:sz w:val="24"/>
        </w:rPr>
        <w:t>This declaration revokes all previous declarations of ownership, if any, with respect to any and all properties governed by this declaration, heretofore executed by the undersigned.</w:t>
      </w:r>
    </w:p>
    <w:p>
      <w:pPr>
        <w:keepNext w:val="0"/>
        <w:spacing w:before="200" w:after="0" w:line="260" w:lineRule="exact"/>
        <w:ind w:left="360" w:right="0" w:firstLine="0"/>
        <w:jc w:val="both"/>
      </w:pPr>
      <w:r>
        <w:rPr>
          <w:rFonts w:ascii="Times New Roman" w:hAnsi="Times New Roman" w:eastAsia="Times New Roman" w:cs="Times New Roman"/>
          <w:b w:val="0"/>
          <w:sz w:val="24"/>
        </w:rPr>
        <w:t>[I or We] declare under penalty of perjury under the laws of the State of California that the foregoing and all information herein, including any accompanying statements or documents, are true, correct, and complete to the best of [my or our] knowledge and belief.</w:t>
      </w:r>
    </w:p>
    <w:p>
      <w:pPr/>
    </w:p>
    <w:p>
      <w:pPr>
        <w:keepNext w:val="0"/>
        <w:spacing w:before="200" w:after="0" w:line="260" w:lineRule="exact"/>
        <w:ind w:left="360" w:right="0" w:firstLine="0"/>
        <w:jc w:val="both"/>
      </w:pPr>
      <w:r>
        <w:rPr>
          <w:rFonts w:ascii="Times New Roman" w:hAnsi="Times New Roman" w:eastAsia="Times New Roman" w:cs="Times New Roman"/>
          <w:b w:val="0"/>
          <w:sz w:val="24"/>
        </w:rPr>
        <w:t>Dated: ______________________</w:t>
      </w:r>
    </w:p>
    <w:p>
      <w:pPr>
        <w:keepNext w:val="0"/>
        <w:spacing w:before="120" w:after="0" w:line="260" w:lineRule="exact"/>
        <w:ind w:left="360" w:right="0" w:firstLine="0"/>
        <w:jc w:val="left"/>
      </w:pPr>
      <w:r>
        <w:rPr>
          <w:rFonts w:ascii="Times New Roman" w:hAnsi="Times New Roman" w:eastAsia="Times New Roman" w:cs="Times New Roman"/>
          <w:b w:val="0"/>
          <w:sz w:val="24"/>
        </w:rPr>
        <w:t>______________________ [signature of first trustee]</w:t>
      </w:r>
    </w:p>
    <w:p>
      <w:pPr>
        <w:keepNext w:val="0"/>
        <w:spacing w:before="120" w:after="0" w:line="260" w:lineRule="exact"/>
        <w:ind w:left="360" w:right="0" w:firstLine="0"/>
        <w:jc w:val="left"/>
      </w:pPr>
      <w:r>
        <w:rPr>
          <w:rFonts w:ascii="Times New Roman" w:hAnsi="Times New Roman" w:eastAsia="Times New Roman" w:cs="Times New Roman"/>
          <w:b w:val="0"/>
          <w:sz w:val="24"/>
        </w:rPr>
        <w:t>[typed name]</w:t>
      </w:r>
    </w:p>
    <w:p>
      <w:pPr>
        <w:keepNext w:val="0"/>
        <w:spacing w:before="120" w:after="0" w:line="260" w:lineRule="exact"/>
        <w:ind w:left="360" w:right="0" w:firstLine="0"/>
        <w:jc w:val="left"/>
      </w:pPr>
      <w:r>
        <w:rPr>
          <w:rFonts w:ascii="Times New Roman" w:hAnsi="Times New Roman" w:eastAsia="Times New Roman" w:cs="Times New Roman"/>
          <w:b w:val="0"/>
          <w:sz w:val="24"/>
        </w:rPr>
        <w:t>______________________ [signature of second trustee]</w:t>
      </w:r>
    </w:p>
    <w:p>
      <w:pPr>
        <w:keepNext w:val="0"/>
        <w:spacing w:before="120" w:after="0" w:line="260" w:lineRule="exact"/>
        <w:ind w:left="360" w:right="0" w:firstLine="0"/>
        <w:jc w:val="left"/>
      </w:pPr>
      <w:r>
        <w:rPr>
          <w:rFonts w:ascii="Times New Roman" w:hAnsi="Times New Roman" w:eastAsia="Times New Roman" w:cs="Times New Roman"/>
          <w:b w:val="0"/>
          <w:sz w:val="24"/>
        </w:rPr>
        <w:t>[typed name]</w:t>
      </w:r>
    </w:p>
    <w:p>
      <w:pPr/>
    </w:p>
    <w:p>
      <w:pPr>
        <w:keepNext w:val="0"/>
        <w:spacing w:before="120" w:after="0" w:line="260" w:lineRule="exact"/>
        <w:ind w:left="360" w:right="0" w:firstLine="0"/>
        <w:jc w:val="left"/>
      </w:pPr>
      <w:r>
        <w:rPr>
          <w:rFonts w:ascii="Times New Roman" w:hAnsi="Times New Roman" w:eastAsia="Times New Roman" w:cs="Times New Roman"/>
          <w:b/>
          <w:sz w:val="24"/>
        </w:rPr>
        <w:t>ACKNOWLEDGMENT</w:t>
      </w:r>
    </w:p>
    <w:p>
      <w:pPr>
        <w:keepNext w:val="0"/>
        <w:spacing w:before="200" w:after="0" w:line="260" w:lineRule="exact"/>
        <w:ind w:left="720" w:right="0" w:firstLine="0"/>
        <w:jc w:val="both"/>
      </w:pP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notary public or other officer completing this certificate verifies only the identity of the individual who signed the document to which this certificate is attached, and not the truthfulness, accuracy, or validity of that document.</w:t>
      </w:r>
    </w:p>
    <w:p>
      <w:pPr>
        <w:keepNext w:val="0"/>
        <w:spacing w:before="200" w:after="0" w:line="260" w:lineRule="exact"/>
        <w:ind w:left="1080" w:right="0" w:firstLine="0"/>
        <w:jc w:val="both"/>
      </w:pPr>
      <w:r>
        <w:rPr>
          <w:rFonts w:ascii="Times New Roman" w:hAnsi="Times New Roman" w:eastAsia="Times New Roman" w:cs="Times New Roman"/>
          <w:b w:val="0"/>
          <w:sz w:val="24"/>
        </w:rPr>
        <w:t>On [date], before me, [notary public name], notary public, personally appeared [principal’s name], who proved to me on the basis of satisfactory evidence to be the person whose name is subscribed to the within instrument and acknowledged to me that [he/she/they] executed the same in [his/her/their] authorized capacity(ies), and that by [his/her/their] signature(s) on the instrument the person, or the entity upon behalf of which the person(s) acted, executed the instrument.</w:t>
      </w:r>
    </w:p>
    <w:p>
      <w:pPr>
        <w:keepNext w:val="0"/>
        <w:spacing w:before="200" w:after="0" w:line="260" w:lineRule="exact"/>
        <w:ind w:left="1080" w:right="0" w:firstLine="0"/>
        <w:jc w:val="both"/>
      </w:pPr>
      <w:r>
        <w:rPr>
          <w:rFonts w:ascii="Times New Roman" w:hAnsi="Times New Roman" w:eastAsia="Times New Roman" w:cs="Times New Roman"/>
          <w:b w:val="0"/>
          <w:sz w:val="24"/>
        </w:rPr>
        <w:t>I certify under PENALTY OF PERJURY under the laws of the State of California that the foregoing paragraph is true and correct.</w:t>
      </w:r>
    </w:p>
    <w:p>
      <w:pPr>
        <w:keepNext w:val="0"/>
        <w:spacing w:before="120" w:after="0" w:line="260" w:lineRule="exact"/>
        <w:ind w:left="1080" w:right="0" w:firstLine="0"/>
        <w:jc w:val="left"/>
      </w:pPr>
      <w:r>
        <w:rPr>
          <w:rFonts w:ascii="Times New Roman" w:hAnsi="Times New Roman" w:eastAsia="Times New Roman" w:cs="Times New Roman"/>
          <w:b w:val="0"/>
          <w:sz w:val="24"/>
        </w:rPr>
        <w:t>WITNESS my hand and official seal.</w:t>
      </w:r>
    </w:p>
    <w:p>
      <w:pPr>
        <w:keepNext w:val="0"/>
        <w:spacing w:before="120" w:after="0" w:line="260" w:lineRule="exact"/>
        <w:ind w:left="1080" w:right="0" w:firstLine="0"/>
        <w:jc w:val="left"/>
      </w:pPr>
      <w:r>
        <w:rPr>
          <w:rFonts w:ascii="Times New Roman" w:hAnsi="Times New Roman" w:eastAsia="Times New Roman" w:cs="Times New Roman"/>
          <w:b w:val="0"/>
          <w:sz w:val="24"/>
        </w:rPr>
        <w:t>Signature ____________________</w:t>
      </w:r>
    </w:p>
    <w:p>
      <w:pP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