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Desire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Death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____________________, Declarant, being at least eighteen years of age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and domiciled in the City of ____________________, County of ____________________, State of South Carolina, make this Declaration this _____ day of ____________________, 20__.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willfully and voluntarily make known my desire that no life-sustaining procedures be used to prolong my dying if my condition is terminal or if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permanent unconsciousness, and I declare: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at any time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certified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by two physicians who have personally examined me, one of whom is my attending physician, and the physicians have determined that my death could occur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short period of time without the use of life-sustaining procedures or if the physicians certify that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permanent unconsciousness and where the application of life-sustaining procedures would serve only to prolong the dying process, I direct that the procedures be withheld or withdrawn, and that I be permitted to die naturally with only the administration of medication or the performance of any medical procedure necessary to provide me with comfort care.</w:t>
      </w:r>
    </w:p>
    <w:p>
      <w:pPr>
        <w:keepNext w:val="0"/>
        <w:spacing w:before="120" w:after="0" w:line="260" w:lineRule="exact"/>
        <w:ind w:left="360" w:right="0" w:firstLine="0"/>
        <w:jc w:val="left"/>
      </w:pPr>
      <w:r>
        <w:rPr>
          <w:rFonts w:ascii="Times New Roman" w:hAnsi="Times New Roman" w:eastAsia="Times New Roman" w:cs="Times New Roman"/>
          <w:b/>
          <w:sz w:val="24"/>
        </w:rPr>
        <w:t>INSTRUCTIONS CONCERNING 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INITIAL ONE OF THE FOLLOWING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my condition is terminal and could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short time,</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BE PROVIDED through any medically indicated means, including medically or surgically implanted tubes.</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NOT BE PROVIDED through any medically indicated means, including medically or surgically implanted tubes.</w:t>
      </w:r>
    </w:p>
    <w:p>
      <w:pPr>
        <w:keepNext w:val="0"/>
        <w:spacing w:before="200" w:after="0" w:line="260" w:lineRule="exact"/>
        <w:ind w:left="720" w:right="0" w:firstLine="0"/>
        <w:jc w:val="center"/>
      </w:pPr>
      <w:r>
        <w:rPr>
          <w:rFonts w:ascii="Times New Roman" w:hAnsi="Times New Roman" w:eastAsia="Times New Roman" w:cs="Times New Roman"/>
          <w:b w:val="0"/>
          <w:sz w:val="24"/>
        </w:rPr>
        <w:t>INITIAL ONE OF THE FOLLOWING STATEMENTS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 or other condition of permanent unconsciousness,</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BE PROVIDED through any medically indicated means, including medically or surgically implanted tubes.</w:t>
      </w:r>
    </w:p>
    <w:p>
      <w:pPr>
        <w:keepNext w:val="0"/>
        <w:spacing w:before="200" w:after="0" w:line="260" w:lineRule="exact"/>
        <w:ind w:left="720" w:right="0" w:firstLine="0"/>
        <w:jc w:val="both"/>
      </w:pPr>
      <w:r>
        <w:rPr>
          <w:rFonts w:ascii="Times New Roman" w:hAnsi="Times New Roman" w:eastAsia="Times New Roman" w:cs="Times New Roman"/>
          <w:b w:val="0"/>
          <w:sz w:val="24"/>
        </w:rPr>
        <w:t>______ I direct that nutrition and hydration NOT BE PROVIDED through any medically indicated means, including medically or surgically implanted tubes.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absence of my ability to give directions regarding the use of life-sustaining procedures, it is my intention that this Declaration be honored by my family and physicians and any health facility in which I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as the final expression of my legal right to refuse medical or surgical treatment, and I accept the consequences from the refusal.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aware that this Declaration authorizes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to withhold or withdraw life-sustaining procedures. I am emotionally and mentally competent to make this Declaration.</w:t>
      </w:r>
    </w:p>
    <w:p>
      <w:pPr>
        <w:keepNext w:val="0"/>
        <w:spacing w:before="120" w:after="0" w:line="260" w:lineRule="exact"/>
        <w:ind w:left="360" w:right="0" w:firstLine="0"/>
        <w:jc w:val="left"/>
      </w:pPr>
      <w:r>
        <w:rPr>
          <w:rFonts w:ascii="Times New Roman" w:hAnsi="Times New Roman" w:eastAsia="Times New Roman" w:cs="Times New Roman"/>
          <w:b/>
          <w:sz w:val="24"/>
        </w:rPr>
        <w:t xml:space="preserve">APPOINTMENT OF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AGENT (OPTIONAL)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may give another person authority to revoke this declaration on your behalf. If you wish to do so, please enter that person's name in the space below.</w:t>
      </w:r>
    </w:p>
    <w:p>
      <w:pPr>
        <w:keepNext w:val="0"/>
        <w:spacing w:before="200" w:after="0" w:line="260" w:lineRule="exact"/>
        <w:ind w:left="720" w:right="0" w:firstLine="0"/>
        <w:jc w:val="both"/>
      </w:pPr>
      <w:r>
        <w:rPr>
          <w:rFonts w:ascii="Times New Roman" w:hAnsi="Times New Roman" w:eastAsia="Times New Roman" w:cs="Times New Roman"/>
          <w:b w:val="0"/>
          <w:sz w:val="24"/>
        </w:rPr>
        <w:t>Name of Agent with Power to Revoke: 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may give another person authority to enforce this declaration on your behalf. If you wish to do so, please enter that person's name in the space below.</w:t>
      </w:r>
    </w:p>
    <w:p>
      <w:pPr>
        <w:keepNext w:val="0"/>
        <w:spacing w:before="200" w:after="0" w:line="260" w:lineRule="exact"/>
        <w:ind w:left="720" w:right="0" w:firstLine="0"/>
        <w:jc w:val="both"/>
      </w:pPr>
      <w:r>
        <w:rPr>
          <w:rFonts w:ascii="Times New Roman" w:hAnsi="Times New Roman" w:eastAsia="Times New Roman" w:cs="Times New Roman"/>
          <w:b w:val="0"/>
          <w:sz w:val="24"/>
        </w:rPr>
        <w:t>Name of Agent with Power to Enforce: 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REVOCATION PROCEDURES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DECLARATION MAY BE REVOKED BY ANY ONE OF THE FOLLOWING METHODS,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IS NOT EFFECTIVE UNTIL IT IS COMMUNICATED TO THE ATTENDING PHYSICIAN.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BEING DEFACED, TORN, OBLITERATED, OR OTHERWISE DESTROYED IN EXPRESSION OF YOUR INTENT TO REVOKE, BY YOU OR BY SOME PERSON IN YOUR PRESENCE AND BY YOUR DIRECTION. REVOCATION BY DESTRUCTION OF ONE OR MORE OF MULTIPLE ORIGINAL DECLARATIONS REVOKES ALL OF THE ORIGINAL DECLARATIONS;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REVOCATION SIGNED AND DATED BY YOU EXPRESSING YOUR INTENT TO REVOKE;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YOUR ORAL EXPRESSION OF YOUR INTENT TO REVOKE THE DECLARATION.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ORAL REVOCATION COMMUNICATED TO THE ATTENDING PHYSICIAN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YOU IS EFFECTIVE ONLY IF:</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WAS PRESENT WHEN THE ORAL REVOCATION WAS MADE;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REVOCATION WAS COMMUNICATED TO THE PHYSICIAN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YOUR PHYSICAL OR MENTAL CONDITION MAKES IT IMPOSSIBLE FOR THE PHYSICIAN TO CONFIRM THROUGH SUBSEQUENT CONVERSATION WITH YOU THAT THE REVOCATION HAS OCCURRED. TO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THE ORAL EXPRESSION CLEARLY MUST INDICATE YOUR DESIRE THAT THE DECLARATION NOT BE GIVEN EFFECT OR THAT LIFE-SUSTAINING PROCEDURES BE ADMINISTERED.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IN THE SPACE ABOVE, HAVE AUTHORIZED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REVOKE THE DECLARATION, THE AGENT MAY REVOKE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SIGNED, AND DATED INSTRUMENT.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MAY REVOKE ONLY IF YOU ARE INCOMPETENT TO DO SO.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MAY REVOKE THE DECLARATION PERMANENTLY OR TEMPORARILY.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YOUR EXECUTING ANOTHER DECLARATION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Declarant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____________________ and ____________________, the undersigned witnesses to the foregoing Declaration, dated the _____ day of ____________________, 20__, at least one of us being first duly sworn, declare to the undersigned authority, on the basis of our best information and belief, that the Declaration was on that date signed by the Declarant as and for his DECLARATION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DEATH in our presence and we, at his request and in his presence, and in the presence of each other, subscribe our names as witnesses on that date. The declarant is personally known to us, and we believe him to be of sound mind. Each of us affirms that he is qualified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to this Declaration under the provisions of the South Carolina Death With Dignity Act in that he is not related to the declarant by blood, marriage, or adoption, either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lineal ancestor, descendant of the parents of the declarant, or spouse of any of them; nor directly financially responsible for the declarant's medical care; nor entitled to any portion of the declarant's estate upon his decease, whether under any will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heir by intestate succession; nor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of the declarant; nor the declarant's attending physician; 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attending physician;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declarant's decedent's estate as of this time. No more than one of us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facility in which the declarant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If the declarant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or nursing care facility at the date of execution of this Declaration, at least one of us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ombudsman designated by the State Ombudsman, Office of the Governor.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before me by _________________, the declarant, and subscribed and sworn to before me by ______________ and ______________, the witnesses, this ___ day of _______________,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for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