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Declaration under Penalty of Perjury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NO. [case file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DECLARATION OF [DECLARANT NAME] IN [SUPPORT OF / OPPOSITION TO] [SPECIFY (E.G., PLAINTIFF'S MOTION FOR SUMMARY JUDGMENT)]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[declarant name], declare: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[declarant's connection to litigation, such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party, eyewitness, treating physician, expert who investigated incident, etc.]. I am above the age of eighteen (18) years, and I am fully competent to make this declaration.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[Fact that declarant is testifying to].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[Next fact declarant is testifying to].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(declarant signature)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[Declarant name], Declarant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JURAT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name is [declarant's first, middle, and last names], my date of birth is [date], and my address is [street, city, state, zip code, country]. I declare under penalty of perjury that every statement in the foregoing [declaration name (e.g., Declaration of (declarant) in Support of Plaintiff's Motion for Summary Judgment)] is within my personal knowledge and is true and correct.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in [county] County, State of [state], on the [day] day of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(signature)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[Declarant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